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3E0A" w14:textId="77777777" w:rsidR="005A5E87" w:rsidRDefault="001C7255">
      <w:pPr>
        <w:spacing w:after="40" w:line="240" w:lineRule="auto"/>
        <w:jc w:val="center"/>
      </w:pPr>
      <w:r>
        <w:rPr>
          <w:b/>
          <w:color w:val="17191C"/>
          <w:sz w:val="30"/>
        </w:rPr>
        <w:t>MASTER EMPLOYMENT APPLICATION</w:t>
      </w:r>
    </w:p>
    <w:p w14:paraId="51E1D9B4" w14:textId="77777777" w:rsidR="005A5E87" w:rsidRDefault="001C7255">
      <w:pPr>
        <w:spacing w:after="80" w:line="240" w:lineRule="auto"/>
        <w:jc w:val="center"/>
      </w:pPr>
      <w:r>
        <w:rPr>
          <w:i/>
          <w:color w:val="5E646B"/>
          <w:sz w:val="17"/>
        </w:rPr>
        <w:t>For website submission or applicant-completed print/PDF use</w:t>
      </w:r>
    </w:p>
    <w:tbl>
      <w:tblPr>
        <w:tblStyle w:val="TableGrid"/>
        <w:tblW w:w="0" w:type="auto"/>
        <w:jc w:val="center"/>
        <w:tblLook w:val="04A0" w:firstRow="1" w:lastRow="0" w:firstColumn="1" w:lastColumn="0" w:noHBand="0" w:noVBand="1"/>
      </w:tblPr>
      <w:tblGrid>
        <w:gridCol w:w="10646"/>
      </w:tblGrid>
      <w:tr w:rsidR="005A5E87" w14:paraId="4F427E4C" w14:textId="77777777">
        <w:trPr>
          <w:cantSplit/>
          <w:jc w:val="center"/>
        </w:trPr>
        <w:tc>
          <w:tcPr>
            <w:tcW w:w="10656" w:type="dxa"/>
            <w:shd w:val="clear" w:color="auto" w:fill="EEF0F2"/>
            <w:tcMar>
              <w:top w:w="70" w:type="dxa"/>
              <w:left w:w="90" w:type="dxa"/>
              <w:bottom w:w="70" w:type="dxa"/>
              <w:right w:w="90" w:type="dxa"/>
            </w:tcMar>
            <w:vAlign w:val="center"/>
          </w:tcPr>
          <w:p w14:paraId="6069A096" w14:textId="77777777" w:rsidR="005A5E87" w:rsidRDefault="001C7255">
            <w:r>
              <w:rPr>
                <w:color w:val="202327"/>
                <w:sz w:val="17"/>
              </w:rPr>
              <w:t>1776 Customs is a Veteran-owned custom automotive company committed to craftsmanship, integrity, accountability, innovation and disciplined execution. Complete all required fields and all position-specific sections that apply. Information provided will be used only for lawful employment purposes. This initial application does not request criminal-history, medical or disability information. Applicants needing a reasonable accommodation to complete the application or participate in the hiring process may contact [HR EMAIL] or [PHONE].</w:t>
            </w:r>
          </w:p>
        </w:tc>
      </w:tr>
    </w:tbl>
    <w:p w14:paraId="44F4015A" w14:textId="77777777" w:rsidR="005A5E87" w:rsidRDefault="001C7255">
      <w:pPr>
        <w:spacing w:after="60" w:line="240" w:lineRule="auto"/>
      </w:pPr>
      <w:r>
        <w:rPr>
          <w:b/>
          <w:color w:val="111111"/>
          <w:sz w:val="16"/>
        </w:rPr>
        <w:t xml:space="preserve">Equal Employment Opportunity: </w:t>
      </w:r>
      <w:r>
        <w:rPr>
          <w:color w:val="111111"/>
          <w:sz w:val="16"/>
        </w:rPr>
        <w:t>1776 Customs considers qualified applicants without unlawful discrimination. Required fields are marked with an asterisk (*).</w:t>
      </w:r>
    </w:p>
    <w:tbl>
      <w:tblPr>
        <w:tblW w:w="0" w:type="auto"/>
        <w:jc w:val="center"/>
        <w:tblLook w:val="04A0" w:firstRow="1" w:lastRow="0" w:firstColumn="1" w:lastColumn="0" w:noHBand="0" w:noVBand="1"/>
      </w:tblPr>
      <w:tblGrid>
        <w:gridCol w:w="10656"/>
      </w:tblGrid>
      <w:tr w:rsidR="005A5E87" w14:paraId="6210943A" w14:textId="77777777">
        <w:trPr>
          <w:cantSplit/>
          <w:jc w:val="center"/>
        </w:trPr>
        <w:tc>
          <w:tcPr>
            <w:tcW w:w="10656" w:type="dxa"/>
            <w:shd w:val="clear" w:color="auto" w:fill="17191C"/>
            <w:tcMar>
              <w:top w:w="80" w:type="dxa"/>
              <w:left w:w="120" w:type="dxa"/>
              <w:bottom w:w="80" w:type="dxa"/>
              <w:right w:w="120" w:type="dxa"/>
            </w:tcMar>
          </w:tcPr>
          <w:p w14:paraId="5FE4A812" w14:textId="77777777" w:rsidR="005A5E87" w:rsidRDefault="001C7255">
            <w:pPr>
              <w:spacing w:after="0" w:line="240" w:lineRule="auto"/>
            </w:pPr>
            <w:r>
              <w:rPr>
                <w:b/>
                <w:color w:val="FFFFFF"/>
                <w:sz w:val="22"/>
              </w:rPr>
              <w:t>1. POSITION INFORMATION</w:t>
            </w:r>
          </w:p>
        </w:tc>
      </w:tr>
    </w:tbl>
    <w:p w14:paraId="31135F2C" w14:textId="77777777" w:rsidR="005A5E87" w:rsidRDefault="005A5E87">
      <w:pPr>
        <w:spacing w:after="0"/>
      </w:pPr>
    </w:p>
    <w:tbl>
      <w:tblPr>
        <w:tblStyle w:val="TableGrid"/>
        <w:tblW w:w="0" w:type="auto"/>
        <w:jc w:val="center"/>
        <w:tblLook w:val="04A0" w:firstRow="1" w:lastRow="0" w:firstColumn="1" w:lastColumn="0" w:noHBand="0" w:noVBand="1"/>
      </w:tblPr>
      <w:tblGrid>
        <w:gridCol w:w="5323"/>
        <w:gridCol w:w="5323"/>
      </w:tblGrid>
      <w:tr w:rsidR="005A5E87" w14:paraId="243BD56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F36D641" w14:textId="77777777" w:rsidR="005A5E87" w:rsidRDefault="001C7255">
            <w:pPr>
              <w:spacing w:after="20"/>
            </w:pPr>
            <w:r>
              <w:rPr>
                <w:b/>
                <w:color w:val="222222"/>
                <w:sz w:val="17"/>
              </w:rPr>
              <w:t>Position Applied For *</w:t>
            </w:r>
          </w:p>
          <w:p w14:paraId="05C64918"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22EECA27" w14:textId="77777777" w:rsidR="005A5E87" w:rsidRDefault="001C7255">
            <w:pPr>
              <w:spacing w:after="20"/>
            </w:pPr>
            <w:r>
              <w:rPr>
                <w:b/>
                <w:color w:val="222222"/>
                <w:sz w:val="17"/>
              </w:rPr>
              <w:t>Secondary Position of Interest</w:t>
            </w:r>
          </w:p>
          <w:p w14:paraId="3DCE08FE" w14:textId="77777777" w:rsidR="005A5E87" w:rsidRDefault="001C7255">
            <w:r>
              <w:t xml:space="preserve"> </w:t>
            </w:r>
          </w:p>
        </w:tc>
      </w:tr>
      <w:tr w:rsidR="005A5E87" w14:paraId="755445BC"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676EE85" w14:textId="77777777" w:rsidR="005A5E87" w:rsidRDefault="001C7255">
            <w:pPr>
              <w:spacing w:after="20"/>
            </w:pPr>
            <w:r>
              <w:rPr>
                <w:b/>
                <w:color w:val="222222"/>
                <w:sz w:val="17"/>
              </w:rPr>
              <w:t>Department / Career Area *</w:t>
            </w:r>
          </w:p>
          <w:p w14:paraId="3BA921D5"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283C716" w14:textId="77777777" w:rsidR="005A5E87" w:rsidRDefault="001C7255">
            <w:pPr>
              <w:spacing w:after="20"/>
            </w:pPr>
            <w:r>
              <w:rPr>
                <w:b/>
                <w:color w:val="222222"/>
                <w:sz w:val="17"/>
              </w:rPr>
              <w:t>Employment Type Desired *</w:t>
            </w:r>
          </w:p>
          <w:p w14:paraId="7479879B" w14:textId="77777777" w:rsidR="005A5E87" w:rsidRDefault="001C7255">
            <w:r>
              <w:t xml:space="preserve"> </w:t>
            </w:r>
          </w:p>
        </w:tc>
      </w:tr>
      <w:tr w:rsidR="005A5E87" w14:paraId="4C8E936B" w14:textId="77777777">
        <w:trPr>
          <w:cantSplit/>
          <w:jc w:val="center"/>
        </w:trPr>
        <w:tc>
          <w:tcPr>
            <w:tcW w:w="10656" w:type="dxa"/>
            <w:gridSpan w:val="2"/>
            <w:tcMar>
              <w:top w:w="70" w:type="dxa"/>
              <w:left w:w="90" w:type="dxa"/>
              <w:bottom w:w="70" w:type="dxa"/>
              <w:right w:w="90" w:type="dxa"/>
            </w:tcMar>
            <w:vAlign w:val="center"/>
          </w:tcPr>
          <w:p w14:paraId="3D042406" w14:textId="77777777" w:rsidR="005A5E87" w:rsidRDefault="001C7255">
            <w:pPr>
              <w:spacing w:after="20"/>
            </w:pPr>
            <w:r>
              <w:rPr>
                <w:b/>
                <w:color w:val="111111"/>
                <w:sz w:val="17"/>
              </w:rPr>
              <w:t>Employment arrangement</w:t>
            </w:r>
          </w:p>
          <w:p w14:paraId="62E6D537" w14:textId="77777777" w:rsidR="005A5E87" w:rsidRDefault="001C7255">
            <w:pPr>
              <w:spacing w:after="20"/>
            </w:pPr>
            <w:r>
              <w:rPr>
                <w:color w:val="111111"/>
                <w:sz w:val="16"/>
              </w:rPr>
              <w:t>☐ Full-Time   ☐ Part-Time   ☐ Temporary / Project   ☐ Apprenticeship   ☐ Internship   ☐ Open to Multiple</w:t>
            </w:r>
          </w:p>
        </w:tc>
      </w:tr>
      <w:tr w:rsidR="005A5E87" w14:paraId="2342DFB0" w14:textId="77777777">
        <w:trPr>
          <w:cantSplit/>
          <w:jc w:val="center"/>
        </w:trPr>
        <w:tc>
          <w:tcPr>
            <w:tcW w:w="10656" w:type="dxa"/>
            <w:gridSpan w:val="2"/>
            <w:tcMar>
              <w:top w:w="70" w:type="dxa"/>
              <w:left w:w="90" w:type="dxa"/>
              <w:bottom w:w="70" w:type="dxa"/>
              <w:right w:w="90" w:type="dxa"/>
            </w:tcMar>
            <w:vAlign w:val="center"/>
          </w:tcPr>
          <w:p w14:paraId="14BA540E" w14:textId="77777777" w:rsidR="005A5E87" w:rsidRDefault="001C7255">
            <w:pPr>
              <w:spacing w:after="20"/>
            </w:pPr>
            <w:r>
              <w:rPr>
                <w:b/>
                <w:color w:val="111111"/>
                <w:sz w:val="17"/>
              </w:rPr>
              <w:t>Career area</w:t>
            </w:r>
          </w:p>
          <w:p w14:paraId="4B374AF1" w14:textId="77777777" w:rsidR="005A5E87" w:rsidRDefault="001C7255">
            <w:pPr>
              <w:spacing w:after="20"/>
            </w:pPr>
            <w:r>
              <w:rPr>
                <w:color w:val="111111"/>
                <w:sz w:val="16"/>
              </w:rPr>
              <w:t>☐ Build &amp; Assembly   ☐ Mechanical Service / Repair   ☐ Fabrication   ☐ Body / Fit &amp; Finish   ☐ Paint   ☐ Electrical   ☐ Dyno / Tuning   ☐ Towing / Transport   ☐ Project Management   ☐ Administration   ☐ Sales / Retail / Marketing   ☐ Other</w:t>
            </w:r>
          </w:p>
        </w:tc>
      </w:tr>
      <w:tr w:rsidR="005A5E87" w14:paraId="016A9ABA"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78C1823" w14:textId="77777777" w:rsidR="005A5E87" w:rsidRDefault="001C7255">
            <w:pPr>
              <w:spacing w:after="20"/>
            </w:pPr>
            <w:r>
              <w:rPr>
                <w:b/>
                <w:color w:val="222222"/>
                <w:sz w:val="17"/>
              </w:rPr>
              <w:t>Earliest Available Start Date *</w:t>
            </w:r>
          </w:p>
          <w:p w14:paraId="3486CF35"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32C7EB96" w14:textId="77777777" w:rsidR="005A5E87" w:rsidRDefault="001C7255">
            <w:pPr>
              <w:spacing w:after="20"/>
            </w:pPr>
            <w:r>
              <w:rPr>
                <w:b/>
                <w:color w:val="222222"/>
                <w:sz w:val="17"/>
              </w:rPr>
              <w:t>How Did You Learn About This Opportunity? *</w:t>
            </w:r>
          </w:p>
          <w:p w14:paraId="3AA5B056" w14:textId="77777777" w:rsidR="005A5E87" w:rsidRDefault="001C7255">
            <w:r>
              <w:t xml:space="preserve"> </w:t>
            </w:r>
          </w:p>
        </w:tc>
      </w:tr>
      <w:tr w:rsidR="005A5E87" w14:paraId="09FD488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1BE8FFC" w14:textId="77777777" w:rsidR="005A5E87" w:rsidRDefault="001C7255">
            <w:pPr>
              <w:spacing w:after="20"/>
            </w:pPr>
            <w:r>
              <w:rPr>
                <w:b/>
                <w:color w:val="222222"/>
                <w:sz w:val="17"/>
              </w:rPr>
              <w:t>Employee Referral Name (if applicable)</w:t>
            </w:r>
          </w:p>
          <w:p w14:paraId="36A69C27"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30C14EDF" w14:textId="77777777" w:rsidR="005A5E87" w:rsidRDefault="001C7255">
            <w:pPr>
              <w:spacing w:after="20"/>
            </w:pPr>
            <w:r>
              <w:rPr>
                <w:b/>
                <w:color w:val="222222"/>
                <w:sz w:val="17"/>
              </w:rPr>
              <w:t>Have You Previously Applied or Worked Here? If yes, explain.</w:t>
            </w:r>
          </w:p>
          <w:p w14:paraId="02FB9E87" w14:textId="77777777" w:rsidR="005A5E87" w:rsidRDefault="001C7255">
            <w:r>
              <w:t xml:space="preserve"> </w:t>
            </w:r>
          </w:p>
        </w:tc>
      </w:tr>
    </w:tbl>
    <w:tbl>
      <w:tblPr>
        <w:tblW w:w="0" w:type="auto"/>
        <w:jc w:val="center"/>
        <w:tblLook w:val="04A0" w:firstRow="1" w:lastRow="0" w:firstColumn="1" w:lastColumn="0" w:noHBand="0" w:noVBand="1"/>
      </w:tblPr>
      <w:tblGrid>
        <w:gridCol w:w="10656"/>
      </w:tblGrid>
      <w:tr w:rsidR="005A5E87" w14:paraId="715B02C9" w14:textId="77777777">
        <w:trPr>
          <w:cantSplit/>
          <w:jc w:val="center"/>
        </w:trPr>
        <w:tc>
          <w:tcPr>
            <w:tcW w:w="10656" w:type="dxa"/>
            <w:shd w:val="clear" w:color="auto" w:fill="17191C"/>
            <w:tcMar>
              <w:top w:w="80" w:type="dxa"/>
              <w:left w:w="120" w:type="dxa"/>
              <w:bottom w:w="80" w:type="dxa"/>
              <w:right w:w="120" w:type="dxa"/>
            </w:tcMar>
          </w:tcPr>
          <w:p w14:paraId="54D458AF" w14:textId="77777777" w:rsidR="005A5E87" w:rsidRDefault="001C7255">
            <w:pPr>
              <w:spacing w:after="0" w:line="240" w:lineRule="auto"/>
            </w:pPr>
            <w:r>
              <w:rPr>
                <w:b/>
                <w:color w:val="FFFFFF"/>
                <w:sz w:val="22"/>
              </w:rPr>
              <w:t>2. APPLICANT INFORMATION</w:t>
            </w:r>
          </w:p>
        </w:tc>
      </w:tr>
    </w:tbl>
    <w:p w14:paraId="4B86C60A" w14:textId="77777777" w:rsidR="005A5E87" w:rsidRDefault="005A5E87">
      <w:pPr>
        <w:spacing w:after="0"/>
      </w:pPr>
    </w:p>
    <w:tbl>
      <w:tblPr>
        <w:tblStyle w:val="TableGrid"/>
        <w:tblW w:w="0" w:type="auto"/>
        <w:jc w:val="center"/>
        <w:tblLook w:val="04A0" w:firstRow="1" w:lastRow="0" w:firstColumn="1" w:lastColumn="0" w:noHBand="0" w:noVBand="1"/>
      </w:tblPr>
      <w:tblGrid>
        <w:gridCol w:w="5323"/>
        <w:gridCol w:w="5323"/>
      </w:tblGrid>
      <w:tr w:rsidR="005A5E87" w14:paraId="0ED4DA1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0C685291" w14:textId="77777777" w:rsidR="005A5E87" w:rsidRDefault="001C7255">
            <w:pPr>
              <w:spacing w:after="20"/>
            </w:pPr>
            <w:r>
              <w:rPr>
                <w:b/>
                <w:color w:val="222222"/>
                <w:sz w:val="17"/>
              </w:rPr>
              <w:t>Legal First Name *</w:t>
            </w:r>
          </w:p>
          <w:p w14:paraId="19342B7E"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17537B3" w14:textId="77777777" w:rsidR="005A5E87" w:rsidRDefault="001C7255">
            <w:pPr>
              <w:spacing w:after="20"/>
            </w:pPr>
            <w:r>
              <w:rPr>
                <w:b/>
                <w:color w:val="222222"/>
                <w:sz w:val="17"/>
              </w:rPr>
              <w:t>Middle Name / Initial</w:t>
            </w:r>
          </w:p>
          <w:p w14:paraId="08E686FA" w14:textId="77777777" w:rsidR="005A5E87" w:rsidRDefault="001C7255">
            <w:r>
              <w:t xml:space="preserve"> </w:t>
            </w:r>
          </w:p>
        </w:tc>
      </w:tr>
      <w:tr w:rsidR="005A5E87" w14:paraId="79EDFC52"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16BFB5AF" w14:textId="77777777" w:rsidR="005A5E87" w:rsidRDefault="001C7255">
            <w:pPr>
              <w:spacing w:after="20"/>
            </w:pPr>
            <w:r>
              <w:rPr>
                <w:b/>
                <w:color w:val="222222"/>
                <w:sz w:val="17"/>
              </w:rPr>
              <w:t>Legal Last Name *</w:t>
            </w:r>
          </w:p>
          <w:p w14:paraId="53A9A612"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2E54D82B" w14:textId="77777777" w:rsidR="005A5E87" w:rsidRDefault="001C7255">
            <w:pPr>
              <w:spacing w:after="20"/>
            </w:pPr>
            <w:r>
              <w:rPr>
                <w:b/>
                <w:color w:val="222222"/>
                <w:sz w:val="17"/>
              </w:rPr>
              <w:t>Preferred Name</w:t>
            </w:r>
          </w:p>
          <w:p w14:paraId="07F5C0B1" w14:textId="77777777" w:rsidR="005A5E87" w:rsidRDefault="001C7255">
            <w:r>
              <w:t xml:space="preserve"> </w:t>
            </w:r>
          </w:p>
        </w:tc>
      </w:tr>
      <w:tr w:rsidR="005A5E87" w14:paraId="6BF1390D"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9F5D492" w14:textId="77777777" w:rsidR="005A5E87" w:rsidRDefault="001C7255">
            <w:pPr>
              <w:spacing w:after="20"/>
            </w:pPr>
            <w:r>
              <w:rPr>
                <w:b/>
                <w:color w:val="222222"/>
                <w:sz w:val="17"/>
              </w:rPr>
              <w:t>Current City *</w:t>
            </w:r>
          </w:p>
          <w:p w14:paraId="26E8A568"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61E3B62" w14:textId="77777777" w:rsidR="005A5E87" w:rsidRDefault="001C7255">
            <w:pPr>
              <w:spacing w:after="20"/>
            </w:pPr>
            <w:r>
              <w:rPr>
                <w:b/>
                <w:color w:val="222222"/>
                <w:sz w:val="17"/>
              </w:rPr>
              <w:t>State *</w:t>
            </w:r>
          </w:p>
          <w:p w14:paraId="10D8E5B6" w14:textId="77777777" w:rsidR="005A5E87" w:rsidRDefault="001C7255">
            <w:r>
              <w:t xml:space="preserve"> </w:t>
            </w:r>
          </w:p>
        </w:tc>
      </w:tr>
      <w:tr w:rsidR="005A5E87" w14:paraId="0A9CC4DF"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026A1EF" w14:textId="77777777" w:rsidR="005A5E87" w:rsidRDefault="001C7255">
            <w:pPr>
              <w:spacing w:after="20"/>
            </w:pPr>
            <w:r>
              <w:rPr>
                <w:b/>
                <w:color w:val="222222"/>
                <w:sz w:val="17"/>
              </w:rPr>
              <w:t>ZIP Code *</w:t>
            </w:r>
          </w:p>
          <w:p w14:paraId="051F0B32"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2FD2794" w14:textId="77777777" w:rsidR="005A5E87" w:rsidRDefault="001C7255">
            <w:pPr>
              <w:spacing w:after="20"/>
            </w:pPr>
            <w:r>
              <w:rPr>
                <w:b/>
                <w:color w:val="222222"/>
                <w:sz w:val="17"/>
              </w:rPr>
              <w:t>Primary Phone *</w:t>
            </w:r>
          </w:p>
          <w:p w14:paraId="14E404E7" w14:textId="77777777" w:rsidR="005A5E87" w:rsidRDefault="001C7255">
            <w:r>
              <w:t xml:space="preserve"> </w:t>
            </w:r>
          </w:p>
        </w:tc>
      </w:tr>
      <w:tr w:rsidR="005A5E87" w14:paraId="264F0B2A"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B396645" w14:textId="77777777" w:rsidR="005A5E87" w:rsidRDefault="001C7255">
            <w:pPr>
              <w:spacing w:after="20"/>
            </w:pPr>
            <w:r>
              <w:rPr>
                <w:b/>
                <w:color w:val="222222"/>
                <w:sz w:val="17"/>
              </w:rPr>
              <w:t>Email Address *</w:t>
            </w:r>
          </w:p>
          <w:p w14:paraId="241534F1"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5C9CCD27" w14:textId="77777777" w:rsidR="005A5E87" w:rsidRDefault="001C7255">
            <w:pPr>
              <w:spacing w:after="20"/>
            </w:pPr>
            <w:r>
              <w:rPr>
                <w:b/>
                <w:color w:val="222222"/>
                <w:sz w:val="17"/>
              </w:rPr>
              <w:t>Preferred Contact Method</w:t>
            </w:r>
          </w:p>
          <w:p w14:paraId="06773593" w14:textId="77777777" w:rsidR="005A5E87" w:rsidRDefault="001C7255">
            <w:r>
              <w:t xml:space="preserve"> </w:t>
            </w:r>
          </w:p>
        </w:tc>
      </w:tr>
      <w:tr w:rsidR="005A5E87" w14:paraId="5ADFB138" w14:textId="77777777">
        <w:trPr>
          <w:cantSplit/>
          <w:jc w:val="center"/>
        </w:trPr>
        <w:tc>
          <w:tcPr>
            <w:tcW w:w="5328" w:type="dxa"/>
            <w:tcMar>
              <w:top w:w="70" w:type="dxa"/>
              <w:left w:w="90" w:type="dxa"/>
              <w:bottom w:w="70" w:type="dxa"/>
              <w:right w:w="90" w:type="dxa"/>
            </w:tcMar>
            <w:vAlign w:val="center"/>
          </w:tcPr>
          <w:p w14:paraId="416C1E07" w14:textId="77777777" w:rsidR="005A5E87" w:rsidRDefault="001C7255">
            <w:pPr>
              <w:spacing w:after="20"/>
            </w:pPr>
            <w:r>
              <w:rPr>
                <w:b/>
                <w:color w:val="111111"/>
                <w:sz w:val="17"/>
              </w:rPr>
              <w:t>Are you at least 18 years old? *</w:t>
            </w:r>
          </w:p>
          <w:p w14:paraId="6BC8CF3A" w14:textId="77777777" w:rsidR="005A5E87" w:rsidRDefault="001C7255">
            <w:pPr>
              <w:spacing w:after="20"/>
            </w:pPr>
            <w:r>
              <w:rPr>
                <w:color w:val="111111"/>
                <w:sz w:val="16"/>
              </w:rPr>
              <w:t>☐ Yes   ☐ No</w:t>
            </w:r>
          </w:p>
        </w:tc>
        <w:tc>
          <w:tcPr>
            <w:tcW w:w="5328" w:type="dxa"/>
            <w:tcMar>
              <w:top w:w="70" w:type="dxa"/>
              <w:left w:w="90" w:type="dxa"/>
              <w:bottom w:w="70" w:type="dxa"/>
              <w:right w:w="90" w:type="dxa"/>
            </w:tcMar>
            <w:vAlign w:val="center"/>
          </w:tcPr>
          <w:p w14:paraId="11C2D85D" w14:textId="77777777" w:rsidR="005A5E87" w:rsidRDefault="001C7255">
            <w:pPr>
              <w:spacing w:after="20"/>
            </w:pPr>
            <w:r>
              <w:rPr>
                <w:b/>
                <w:color w:val="111111"/>
                <w:sz w:val="17"/>
              </w:rPr>
              <w:t>Preferred contact method</w:t>
            </w:r>
          </w:p>
          <w:p w14:paraId="7AF317A9" w14:textId="77777777" w:rsidR="005A5E87" w:rsidRDefault="001C7255">
            <w:pPr>
              <w:spacing w:after="20"/>
            </w:pPr>
            <w:r>
              <w:rPr>
                <w:color w:val="111111"/>
                <w:sz w:val="16"/>
              </w:rPr>
              <w:t>☐ Phone   ☐ Text   ☐ Email</w:t>
            </w:r>
          </w:p>
        </w:tc>
      </w:tr>
    </w:tbl>
    <w:tbl>
      <w:tblPr>
        <w:tblW w:w="0" w:type="auto"/>
        <w:jc w:val="center"/>
        <w:tblLook w:val="04A0" w:firstRow="1" w:lastRow="0" w:firstColumn="1" w:lastColumn="0" w:noHBand="0" w:noVBand="1"/>
      </w:tblPr>
      <w:tblGrid>
        <w:gridCol w:w="10656"/>
      </w:tblGrid>
      <w:tr w:rsidR="005A5E87" w14:paraId="2828D1EB" w14:textId="77777777">
        <w:trPr>
          <w:cantSplit/>
          <w:jc w:val="center"/>
        </w:trPr>
        <w:tc>
          <w:tcPr>
            <w:tcW w:w="10656" w:type="dxa"/>
            <w:shd w:val="clear" w:color="auto" w:fill="17191C"/>
            <w:tcMar>
              <w:top w:w="80" w:type="dxa"/>
              <w:left w:w="120" w:type="dxa"/>
              <w:bottom w:w="80" w:type="dxa"/>
              <w:right w:w="120" w:type="dxa"/>
            </w:tcMar>
          </w:tcPr>
          <w:p w14:paraId="529E90E0" w14:textId="77777777" w:rsidR="005A5E87" w:rsidRDefault="001C7255">
            <w:pPr>
              <w:spacing w:after="0" w:line="240" w:lineRule="auto"/>
            </w:pPr>
            <w:r>
              <w:rPr>
                <w:b/>
                <w:color w:val="FFFFFF"/>
                <w:sz w:val="22"/>
              </w:rPr>
              <w:t>3. WORK AUTHORIZATION, AVAILABILITY AND SCHEDULING</w:t>
            </w:r>
          </w:p>
        </w:tc>
      </w:tr>
    </w:tbl>
    <w:p w14:paraId="4109F778" w14:textId="77777777" w:rsidR="005A5E87" w:rsidRDefault="005A5E87">
      <w:pPr>
        <w:spacing w:after="0"/>
      </w:pPr>
    </w:p>
    <w:tbl>
      <w:tblPr>
        <w:tblStyle w:val="TableGrid"/>
        <w:tblW w:w="0" w:type="auto"/>
        <w:jc w:val="center"/>
        <w:tblLook w:val="04A0" w:firstRow="1" w:lastRow="0" w:firstColumn="1" w:lastColumn="0" w:noHBand="0" w:noVBand="1"/>
      </w:tblPr>
      <w:tblGrid>
        <w:gridCol w:w="5323"/>
        <w:gridCol w:w="5323"/>
      </w:tblGrid>
      <w:tr w:rsidR="005A5E87" w14:paraId="750C6F6A" w14:textId="77777777">
        <w:trPr>
          <w:cantSplit/>
          <w:jc w:val="center"/>
        </w:trPr>
        <w:tc>
          <w:tcPr>
            <w:tcW w:w="5328" w:type="dxa"/>
            <w:tcMar>
              <w:top w:w="70" w:type="dxa"/>
              <w:left w:w="90" w:type="dxa"/>
              <w:bottom w:w="70" w:type="dxa"/>
              <w:right w:w="90" w:type="dxa"/>
            </w:tcMar>
            <w:vAlign w:val="center"/>
          </w:tcPr>
          <w:p w14:paraId="36677AEE" w14:textId="77777777" w:rsidR="005A5E87" w:rsidRDefault="001C7255">
            <w:pPr>
              <w:spacing w:after="20"/>
            </w:pPr>
            <w:r>
              <w:rPr>
                <w:b/>
                <w:color w:val="111111"/>
                <w:sz w:val="17"/>
              </w:rPr>
              <w:t>Legally authorized to work in the United States? *</w:t>
            </w:r>
          </w:p>
          <w:p w14:paraId="3AE3C91D" w14:textId="77777777" w:rsidR="005A5E87" w:rsidRDefault="001C7255">
            <w:pPr>
              <w:spacing w:after="20"/>
            </w:pPr>
            <w:r>
              <w:rPr>
                <w:color w:val="111111"/>
                <w:sz w:val="16"/>
              </w:rPr>
              <w:t>☐ Yes   ☐ No</w:t>
            </w:r>
          </w:p>
        </w:tc>
        <w:tc>
          <w:tcPr>
            <w:tcW w:w="5328" w:type="dxa"/>
            <w:tcMar>
              <w:top w:w="70" w:type="dxa"/>
              <w:left w:w="90" w:type="dxa"/>
              <w:bottom w:w="70" w:type="dxa"/>
              <w:right w:w="90" w:type="dxa"/>
            </w:tcMar>
            <w:vAlign w:val="center"/>
          </w:tcPr>
          <w:p w14:paraId="4FA73068" w14:textId="77777777" w:rsidR="005A5E87" w:rsidRDefault="001C7255">
            <w:pPr>
              <w:spacing w:after="20"/>
            </w:pPr>
            <w:r>
              <w:rPr>
                <w:b/>
                <w:color w:val="111111"/>
                <w:sz w:val="17"/>
              </w:rPr>
              <w:t>Require sponsorship now or in the future? *</w:t>
            </w:r>
          </w:p>
          <w:p w14:paraId="5BF8DB93" w14:textId="77777777" w:rsidR="005A5E87" w:rsidRDefault="001C7255">
            <w:pPr>
              <w:spacing w:after="20"/>
            </w:pPr>
            <w:r>
              <w:rPr>
                <w:color w:val="111111"/>
                <w:sz w:val="16"/>
              </w:rPr>
              <w:t>☐ Yes   ☐ No</w:t>
            </w:r>
          </w:p>
        </w:tc>
      </w:tr>
      <w:tr w:rsidR="005A5E87" w14:paraId="399F4087" w14:textId="77777777">
        <w:trPr>
          <w:cantSplit/>
          <w:jc w:val="center"/>
        </w:trPr>
        <w:tc>
          <w:tcPr>
            <w:tcW w:w="5328" w:type="dxa"/>
            <w:tcMar>
              <w:top w:w="70" w:type="dxa"/>
              <w:left w:w="90" w:type="dxa"/>
              <w:bottom w:w="70" w:type="dxa"/>
              <w:right w:w="90" w:type="dxa"/>
            </w:tcMar>
            <w:vAlign w:val="center"/>
          </w:tcPr>
          <w:p w14:paraId="791B2D9D" w14:textId="77777777" w:rsidR="005A5E87" w:rsidRDefault="001C7255">
            <w:pPr>
              <w:spacing w:after="20"/>
            </w:pPr>
            <w:r>
              <w:rPr>
                <w:b/>
                <w:color w:val="111111"/>
                <w:sz w:val="17"/>
              </w:rPr>
              <w:t>Available for occasional overtime?</w:t>
            </w:r>
          </w:p>
          <w:p w14:paraId="22B1E6D5" w14:textId="77777777" w:rsidR="005A5E87" w:rsidRDefault="001C7255">
            <w:pPr>
              <w:spacing w:after="20"/>
            </w:pPr>
            <w:r>
              <w:rPr>
                <w:color w:val="111111"/>
                <w:sz w:val="16"/>
              </w:rPr>
              <w:t>☐ Yes   ☐ No   ☐ With advance notice</w:t>
            </w:r>
          </w:p>
        </w:tc>
        <w:tc>
          <w:tcPr>
            <w:tcW w:w="5328" w:type="dxa"/>
            <w:tcMar>
              <w:top w:w="70" w:type="dxa"/>
              <w:left w:w="90" w:type="dxa"/>
              <w:bottom w:w="70" w:type="dxa"/>
              <w:right w:w="90" w:type="dxa"/>
            </w:tcMar>
            <w:vAlign w:val="center"/>
          </w:tcPr>
          <w:p w14:paraId="1DF14A87" w14:textId="77777777" w:rsidR="005A5E87" w:rsidRDefault="001C7255">
            <w:pPr>
              <w:spacing w:after="20"/>
            </w:pPr>
            <w:r>
              <w:rPr>
                <w:b/>
                <w:color w:val="111111"/>
                <w:sz w:val="17"/>
              </w:rPr>
              <w:t>Available for occasional evenings / weekends?</w:t>
            </w:r>
          </w:p>
          <w:p w14:paraId="4CC4EC04" w14:textId="77777777" w:rsidR="005A5E87" w:rsidRDefault="001C7255">
            <w:pPr>
              <w:spacing w:after="20"/>
            </w:pPr>
            <w:r>
              <w:rPr>
                <w:color w:val="111111"/>
                <w:sz w:val="16"/>
              </w:rPr>
              <w:t>☐ Yes   ☐ No   ☐ With advance notice</w:t>
            </w:r>
          </w:p>
        </w:tc>
      </w:tr>
      <w:tr w:rsidR="005A5E87" w14:paraId="5855ADA9" w14:textId="77777777">
        <w:trPr>
          <w:cantSplit/>
          <w:jc w:val="center"/>
        </w:trPr>
        <w:tc>
          <w:tcPr>
            <w:tcW w:w="5328" w:type="dxa"/>
            <w:tcMar>
              <w:top w:w="70" w:type="dxa"/>
              <w:left w:w="90" w:type="dxa"/>
              <w:bottom w:w="70" w:type="dxa"/>
              <w:right w:w="90" w:type="dxa"/>
            </w:tcMar>
            <w:vAlign w:val="center"/>
          </w:tcPr>
          <w:p w14:paraId="2D7B442D" w14:textId="77777777" w:rsidR="005A5E87" w:rsidRDefault="001C7255">
            <w:pPr>
              <w:spacing w:after="20"/>
            </w:pPr>
            <w:r>
              <w:rPr>
                <w:b/>
                <w:color w:val="111111"/>
                <w:sz w:val="17"/>
              </w:rPr>
              <w:t>Travel acceptable</w:t>
            </w:r>
          </w:p>
          <w:p w14:paraId="6CF3309C" w14:textId="77777777" w:rsidR="005A5E87" w:rsidRDefault="001C7255">
            <w:pPr>
              <w:spacing w:after="20"/>
            </w:pPr>
            <w:r>
              <w:rPr>
                <w:color w:val="111111"/>
                <w:sz w:val="16"/>
              </w:rPr>
              <w:t>☐ None   ☐ Up to 10%   ☐ Up to 25%   ☐ Up to 50%   ☐ More than 50%</w:t>
            </w:r>
          </w:p>
        </w:tc>
        <w:tc>
          <w:tcPr>
            <w:tcW w:w="5328" w:type="dxa"/>
            <w:tcMar>
              <w:top w:w="70" w:type="dxa"/>
              <w:left w:w="90" w:type="dxa"/>
              <w:bottom w:w="70" w:type="dxa"/>
              <w:right w:w="90" w:type="dxa"/>
            </w:tcMar>
            <w:vAlign w:val="center"/>
          </w:tcPr>
          <w:p w14:paraId="489CCEB3" w14:textId="77777777" w:rsidR="005A5E87" w:rsidRDefault="001C7255">
            <w:pPr>
              <w:spacing w:after="20"/>
            </w:pPr>
            <w:r>
              <w:rPr>
                <w:b/>
                <w:color w:val="111111"/>
                <w:sz w:val="17"/>
              </w:rPr>
              <w:t>Able and willing to travel if required?</w:t>
            </w:r>
          </w:p>
          <w:p w14:paraId="42B296F3" w14:textId="77777777" w:rsidR="005A5E87" w:rsidRDefault="001C7255">
            <w:pPr>
              <w:spacing w:after="20"/>
            </w:pPr>
            <w:r>
              <w:rPr>
                <w:color w:val="111111"/>
                <w:sz w:val="16"/>
              </w:rPr>
              <w:t>☐ Yes   ☐ No   ☐ Limited</w:t>
            </w:r>
          </w:p>
        </w:tc>
      </w:tr>
    </w:tbl>
    <w:p w14:paraId="69F40DE0" w14:textId="77777777" w:rsidR="005A5E87" w:rsidRDefault="001C7255">
      <w:r>
        <w:br w:type="page"/>
      </w:r>
    </w:p>
    <w:tbl>
      <w:tblPr>
        <w:tblW w:w="0" w:type="auto"/>
        <w:jc w:val="center"/>
        <w:tblLook w:val="04A0" w:firstRow="1" w:lastRow="0" w:firstColumn="1" w:lastColumn="0" w:noHBand="0" w:noVBand="1"/>
      </w:tblPr>
      <w:tblGrid>
        <w:gridCol w:w="10656"/>
      </w:tblGrid>
      <w:tr w:rsidR="005A5E87" w14:paraId="71D9EED4" w14:textId="77777777">
        <w:trPr>
          <w:cantSplit/>
          <w:jc w:val="center"/>
        </w:trPr>
        <w:tc>
          <w:tcPr>
            <w:tcW w:w="10656" w:type="dxa"/>
            <w:shd w:val="clear" w:color="auto" w:fill="D9DDE1"/>
            <w:tcMar>
              <w:top w:w="60" w:type="dxa"/>
              <w:left w:w="100" w:type="dxa"/>
              <w:bottom w:w="60" w:type="dxa"/>
              <w:right w:w="100" w:type="dxa"/>
            </w:tcMar>
          </w:tcPr>
          <w:p w14:paraId="52C53047" w14:textId="77777777" w:rsidR="005A5E87" w:rsidRDefault="001C7255">
            <w:pPr>
              <w:spacing w:after="0" w:line="240" w:lineRule="auto"/>
            </w:pPr>
            <w:r>
              <w:rPr>
                <w:b/>
                <w:color w:val="17191C"/>
                <w:sz w:val="19"/>
              </w:rPr>
              <w:lastRenderedPageBreak/>
              <w:t>Weekly Availability</w:t>
            </w:r>
          </w:p>
        </w:tc>
      </w:tr>
    </w:tbl>
    <w:tbl>
      <w:tblPr>
        <w:tblStyle w:val="TableGrid"/>
        <w:tblW w:w="0" w:type="auto"/>
        <w:jc w:val="center"/>
        <w:tblLook w:val="04A0" w:firstRow="1" w:lastRow="0" w:firstColumn="1" w:lastColumn="0" w:noHBand="0" w:noVBand="1"/>
      </w:tblPr>
      <w:tblGrid>
        <w:gridCol w:w="2664"/>
        <w:gridCol w:w="2663"/>
        <w:gridCol w:w="2660"/>
        <w:gridCol w:w="2659"/>
      </w:tblGrid>
      <w:tr w:rsidR="005A5E87" w14:paraId="01BE7AB6" w14:textId="77777777">
        <w:trPr>
          <w:cantSplit/>
          <w:tblHeader/>
          <w:jc w:val="center"/>
        </w:trPr>
        <w:tc>
          <w:tcPr>
            <w:tcW w:w="2664" w:type="dxa"/>
            <w:shd w:val="clear" w:color="auto" w:fill="30343A"/>
            <w:tcMar>
              <w:top w:w="70" w:type="dxa"/>
              <w:left w:w="90" w:type="dxa"/>
              <w:bottom w:w="70" w:type="dxa"/>
              <w:right w:w="90" w:type="dxa"/>
            </w:tcMar>
            <w:vAlign w:val="center"/>
          </w:tcPr>
          <w:p w14:paraId="50AC2F74" w14:textId="77777777" w:rsidR="005A5E87" w:rsidRDefault="001C7255">
            <w:r>
              <w:rPr>
                <w:b/>
                <w:color w:val="FFFFFF"/>
                <w:sz w:val="16"/>
              </w:rPr>
              <w:t>Day</w:t>
            </w:r>
          </w:p>
        </w:tc>
        <w:tc>
          <w:tcPr>
            <w:tcW w:w="2664" w:type="dxa"/>
            <w:shd w:val="clear" w:color="auto" w:fill="30343A"/>
            <w:tcMar>
              <w:top w:w="70" w:type="dxa"/>
              <w:left w:w="90" w:type="dxa"/>
              <w:bottom w:w="70" w:type="dxa"/>
              <w:right w:w="90" w:type="dxa"/>
            </w:tcMar>
            <w:vAlign w:val="center"/>
          </w:tcPr>
          <w:p w14:paraId="78A55977" w14:textId="77777777" w:rsidR="005A5E87" w:rsidRDefault="001C7255">
            <w:r>
              <w:rPr>
                <w:b/>
                <w:color w:val="FFFFFF"/>
                <w:sz w:val="16"/>
              </w:rPr>
              <w:t>Available?</w:t>
            </w:r>
          </w:p>
        </w:tc>
        <w:tc>
          <w:tcPr>
            <w:tcW w:w="2664" w:type="dxa"/>
            <w:shd w:val="clear" w:color="auto" w:fill="30343A"/>
            <w:tcMar>
              <w:top w:w="70" w:type="dxa"/>
              <w:left w:w="90" w:type="dxa"/>
              <w:bottom w:w="70" w:type="dxa"/>
              <w:right w:w="90" w:type="dxa"/>
            </w:tcMar>
            <w:vAlign w:val="center"/>
          </w:tcPr>
          <w:p w14:paraId="7A6632BF" w14:textId="77777777" w:rsidR="005A5E87" w:rsidRDefault="001C7255">
            <w:r>
              <w:rPr>
                <w:b/>
                <w:color w:val="FFFFFF"/>
                <w:sz w:val="16"/>
              </w:rPr>
              <w:t>From</w:t>
            </w:r>
          </w:p>
        </w:tc>
        <w:tc>
          <w:tcPr>
            <w:tcW w:w="2664" w:type="dxa"/>
            <w:shd w:val="clear" w:color="auto" w:fill="30343A"/>
            <w:tcMar>
              <w:top w:w="70" w:type="dxa"/>
              <w:left w:w="90" w:type="dxa"/>
              <w:bottom w:w="70" w:type="dxa"/>
              <w:right w:w="90" w:type="dxa"/>
            </w:tcMar>
            <w:vAlign w:val="center"/>
          </w:tcPr>
          <w:p w14:paraId="3DB5C7CB" w14:textId="77777777" w:rsidR="005A5E87" w:rsidRDefault="001C7255">
            <w:r>
              <w:rPr>
                <w:b/>
                <w:color w:val="FFFFFF"/>
                <w:sz w:val="16"/>
              </w:rPr>
              <w:t>Until</w:t>
            </w:r>
          </w:p>
        </w:tc>
      </w:tr>
      <w:tr w:rsidR="005A5E87" w14:paraId="64EFA24E" w14:textId="77777777">
        <w:trPr>
          <w:cantSplit/>
          <w:jc w:val="center"/>
        </w:trPr>
        <w:tc>
          <w:tcPr>
            <w:tcW w:w="2664" w:type="dxa"/>
            <w:tcMar>
              <w:top w:w="70" w:type="dxa"/>
              <w:left w:w="90" w:type="dxa"/>
              <w:bottom w:w="70" w:type="dxa"/>
              <w:right w:w="90" w:type="dxa"/>
            </w:tcMar>
            <w:vAlign w:val="center"/>
          </w:tcPr>
          <w:p w14:paraId="037641EE" w14:textId="77777777" w:rsidR="005A5E87" w:rsidRDefault="001C7255">
            <w:r>
              <w:rPr>
                <w:color w:val="111111"/>
                <w:sz w:val="16"/>
              </w:rPr>
              <w:t>Monday</w:t>
            </w:r>
          </w:p>
        </w:tc>
        <w:tc>
          <w:tcPr>
            <w:tcW w:w="2664" w:type="dxa"/>
            <w:tcMar>
              <w:top w:w="70" w:type="dxa"/>
              <w:left w:w="90" w:type="dxa"/>
              <w:bottom w:w="70" w:type="dxa"/>
              <w:right w:w="90" w:type="dxa"/>
            </w:tcMar>
            <w:vAlign w:val="center"/>
          </w:tcPr>
          <w:p w14:paraId="6ACC0893"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3071DA51" w14:textId="77777777" w:rsidR="005A5E87" w:rsidRDefault="005A5E87"/>
        </w:tc>
        <w:tc>
          <w:tcPr>
            <w:tcW w:w="2664" w:type="dxa"/>
            <w:tcMar>
              <w:top w:w="70" w:type="dxa"/>
              <w:left w:w="90" w:type="dxa"/>
              <w:bottom w:w="70" w:type="dxa"/>
              <w:right w:w="90" w:type="dxa"/>
            </w:tcMar>
            <w:vAlign w:val="center"/>
          </w:tcPr>
          <w:p w14:paraId="1AD127C6" w14:textId="77777777" w:rsidR="005A5E87" w:rsidRDefault="005A5E87"/>
        </w:tc>
      </w:tr>
      <w:tr w:rsidR="005A5E87" w14:paraId="6AE0D671" w14:textId="77777777">
        <w:trPr>
          <w:cantSplit/>
          <w:jc w:val="center"/>
        </w:trPr>
        <w:tc>
          <w:tcPr>
            <w:tcW w:w="2664" w:type="dxa"/>
            <w:tcMar>
              <w:top w:w="70" w:type="dxa"/>
              <w:left w:w="90" w:type="dxa"/>
              <w:bottom w:w="70" w:type="dxa"/>
              <w:right w:w="90" w:type="dxa"/>
            </w:tcMar>
            <w:vAlign w:val="center"/>
          </w:tcPr>
          <w:p w14:paraId="58328032" w14:textId="77777777" w:rsidR="005A5E87" w:rsidRDefault="001C7255">
            <w:r>
              <w:rPr>
                <w:color w:val="111111"/>
                <w:sz w:val="16"/>
              </w:rPr>
              <w:t>Tuesday</w:t>
            </w:r>
          </w:p>
        </w:tc>
        <w:tc>
          <w:tcPr>
            <w:tcW w:w="2664" w:type="dxa"/>
            <w:tcMar>
              <w:top w:w="70" w:type="dxa"/>
              <w:left w:w="90" w:type="dxa"/>
              <w:bottom w:w="70" w:type="dxa"/>
              <w:right w:w="90" w:type="dxa"/>
            </w:tcMar>
            <w:vAlign w:val="center"/>
          </w:tcPr>
          <w:p w14:paraId="246CF3A7"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02CC2051" w14:textId="77777777" w:rsidR="005A5E87" w:rsidRDefault="005A5E87"/>
        </w:tc>
        <w:tc>
          <w:tcPr>
            <w:tcW w:w="2664" w:type="dxa"/>
            <w:tcMar>
              <w:top w:w="70" w:type="dxa"/>
              <w:left w:w="90" w:type="dxa"/>
              <w:bottom w:w="70" w:type="dxa"/>
              <w:right w:w="90" w:type="dxa"/>
            </w:tcMar>
            <w:vAlign w:val="center"/>
          </w:tcPr>
          <w:p w14:paraId="6C008450" w14:textId="77777777" w:rsidR="005A5E87" w:rsidRDefault="005A5E87"/>
        </w:tc>
      </w:tr>
      <w:tr w:rsidR="005A5E87" w14:paraId="783406AD" w14:textId="77777777">
        <w:trPr>
          <w:cantSplit/>
          <w:jc w:val="center"/>
        </w:trPr>
        <w:tc>
          <w:tcPr>
            <w:tcW w:w="2664" w:type="dxa"/>
            <w:tcMar>
              <w:top w:w="70" w:type="dxa"/>
              <w:left w:w="90" w:type="dxa"/>
              <w:bottom w:w="70" w:type="dxa"/>
              <w:right w:w="90" w:type="dxa"/>
            </w:tcMar>
            <w:vAlign w:val="center"/>
          </w:tcPr>
          <w:p w14:paraId="4E8F94AD" w14:textId="77777777" w:rsidR="005A5E87" w:rsidRDefault="001C7255">
            <w:r>
              <w:rPr>
                <w:color w:val="111111"/>
                <w:sz w:val="16"/>
              </w:rPr>
              <w:t>Wednesday</w:t>
            </w:r>
          </w:p>
        </w:tc>
        <w:tc>
          <w:tcPr>
            <w:tcW w:w="2664" w:type="dxa"/>
            <w:tcMar>
              <w:top w:w="70" w:type="dxa"/>
              <w:left w:w="90" w:type="dxa"/>
              <w:bottom w:w="70" w:type="dxa"/>
              <w:right w:w="90" w:type="dxa"/>
            </w:tcMar>
            <w:vAlign w:val="center"/>
          </w:tcPr>
          <w:p w14:paraId="754792C7"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55D6C5A4" w14:textId="77777777" w:rsidR="005A5E87" w:rsidRDefault="005A5E87"/>
        </w:tc>
        <w:tc>
          <w:tcPr>
            <w:tcW w:w="2664" w:type="dxa"/>
            <w:tcMar>
              <w:top w:w="70" w:type="dxa"/>
              <w:left w:w="90" w:type="dxa"/>
              <w:bottom w:w="70" w:type="dxa"/>
              <w:right w:w="90" w:type="dxa"/>
            </w:tcMar>
            <w:vAlign w:val="center"/>
          </w:tcPr>
          <w:p w14:paraId="2B690D68" w14:textId="77777777" w:rsidR="005A5E87" w:rsidRDefault="005A5E87"/>
        </w:tc>
      </w:tr>
      <w:tr w:rsidR="005A5E87" w14:paraId="432D898D" w14:textId="77777777">
        <w:trPr>
          <w:cantSplit/>
          <w:jc w:val="center"/>
        </w:trPr>
        <w:tc>
          <w:tcPr>
            <w:tcW w:w="2664" w:type="dxa"/>
            <w:tcMar>
              <w:top w:w="70" w:type="dxa"/>
              <w:left w:w="90" w:type="dxa"/>
              <w:bottom w:w="70" w:type="dxa"/>
              <w:right w:w="90" w:type="dxa"/>
            </w:tcMar>
            <w:vAlign w:val="center"/>
          </w:tcPr>
          <w:p w14:paraId="7EF10804" w14:textId="77777777" w:rsidR="005A5E87" w:rsidRDefault="001C7255">
            <w:r>
              <w:rPr>
                <w:color w:val="111111"/>
                <w:sz w:val="16"/>
              </w:rPr>
              <w:t>Thursday</w:t>
            </w:r>
          </w:p>
        </w:tc>
        <w:tc>
          <w:tcPr>
            <w:tcW w:w="2664" w:type="dxa"/>
            <w:tcMar>
              <w:top w:w="70" w:type="dxa"/>
              <w:left w:w="90" w:type="dxa"/>
              <w:bottom w:w="70" w:type="dxa"/>
              <w:right w:w="90" w:type="dxa"/>
            </w:tcMar>
            <w:vAlign w:val="center"/>
          </w:tcPr>
          <w:p w14:paraId="7FCD7451"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07F432CD" w14:textId="77777777" w:rsidR="005A5E87" w:rsidRDefault="005A5E87"/>
        </w:tc>
        <w:tc>
          <w:tcPr>
            <w:tcW w:w="2664" w:type="dxa"/>
            <w:tcMar>
              <w:top w:w="70" w:type="dxa"/>
              <w:left w:w="90" w:type="dxa"/>
              <w:bottom w:w="70" w:type="dxa"/>
              <w:right w:w="90" w:type="dxa"/>
            </w:tcMar>
            <w:vAlign w:val="center"/>
          </w:tcPr>
          <w:p w14:paraId="3E4DA130" w14:textId="77777777" w:rsidR="005A5E87" w:rsidRDefault="005A5E87"/>
        </w:tc>
      </w:tr>
      <w:tr w:rsidR="005A5E87" w14:paraId="74A3B424" w14:textId="77777777">
        <w:trPr>
          <w:cantSplit/>
          <w:jc w:val="center"/>
        </w:trPr>
        <w:tc>
          <w:tcPr>
            <w:tcW w:w="2664" w:type="dxa"/>
            <w:tcMar>
              <w:top w:w="70" w:type="dxa"/>
              <w:left w:w="90" w:type="dxa"/>
              <w:bottom w:w="70" w:type="dxa"/>
              <w:right w:w="90" w:type="dxa"/>
            </w:tcMar>
            <w:vAlign w:val="center"/>
          </w:tcPr>
          <w:p w14:paraId="4502BB44" w14:textId="77777777" w:rsidR="005A5E87" w:rsidRDefault="001C7255">
            <w:r>
              <w:rPr>
                <w:color w:val="111111"/>
                <w:sz w:val="16"/>
              </w:rPr>
              <w:t>Friday</w:t>
            </w:r>
          </w:p>
        </w:tc>
        <w:tc>
          <w:tcPr>
            <w:tcW w:w="2664" w:type="dxa"/>
            <w:tcMar>
              <w:top w:w="70" w:type="dxa"/>
              <w:left w:w="90" w:type="dxa"/>
              <w:bottom w:w="70" w:type="dxa"/>
              <w:right w:w="90" w:type="dxa"/>
            </w:tcMar>
            <w:vAlign w:val="center"/>
          </w:tcPr>
          <w:p w14:paraId="14D6FFC4"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171EB070" w14:textId="77777777" w:rsidR="005A5E87" w:rsidRDefault="005A5E87"/>
        </w:tc>
        <w:tc>
          <w:tcPr>
            <w:tcW w:w="2664" w:type="dxa"/>
            <w:tcMar>
              <w:top w:w="70" w:type="dxa"/>
              <w:left w:w="90" w:type="dxa"/>
              <w:bottom w:w="70" w:type="dxa"/>
              <w:right w:w="90" w:type="dxa"/>
            </w:tcMar>
            <w:vAlign w:val="center"/>
          </w:tcPr>
          <w:p w14:paraId="0F636EF0" w14:textId="77777777" w:rsidR="005A5E87" w:rsidRDefault="005A5E87"/>
        </w:tc>
      </w:tr>
      <w:tr w:rsidR="005A5E87" w14:paraId="6ED51E77" w14:textId="77777777">
        <w:trPr>
          <w:cantSplit/>
          <w:jc w:val="center"/>
        </w:trPr>
        <w:tc>
          <w:tcPr>
            <w:tcW w:w="2664" w:type="dxa"/>
            <w:tcMar>
              <w:top w:w="70" w:type="dxa"/>
              <w:left w:w="90" w:type="dxa"/>
              <w:bottom w:w="70" w:type="dxa"/>
              <w:right w:w="90" w:type="dxa"/>
            </w:tcMar>
            <w:vAlign w:val="center"/>
          </w:tcPr>
          <w:p w14:paraId="4742C9CE" w14:textId="77777777" w:rsidR="005A5E87" w:rsidRDefault="001C7255">
            <w:r>
              <w:rPr>
                <w:color w:val="111111"/>
                <w:sz w:val="16"/>
              </w:rPr>
              <w:t>Saturday</w:t>
            </w:r>
          </w:p>
        </w:tc>
        <w:tc>
          <w:tcPr>
            <w:tcW w:w="2664" w:type="dxa"/>
            <w:tcMar>
              <w:top w:w="70" w:type="dxa"/>
              <w:left w:w="90" w:type="dxa"/>
              <w:bottom w:w="70" w:type="dxa"/>
              <w:right w:w="90" w:type="dxa"/>
            </w:tcMar>
            <w:vAlign w:val="center"/>
          </w:tcPr>
          <w:p w14:paraId="6844C012"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30896362" w14:textId="77777777" w:rsidR="005A5E87" w:rsidRDefault="005A5E87"/>
        </w:tc>
        <w:tc>
          <w:tcPr>
            <w:tcW w:w="2664" w:type="dxa"/>
            <w:tcMar>
              <w:top w:w="70" w:type="dxa"/>
              <w:left w:w="90" w:type="dxa"/>
              <w:bottom w:w="70" w:type="dxa"/>
              <w:right w:w="90" w:type="dxa"/>
            </w:tcMar>
            <w:vAlign w:val="center"/>
          </w:tcPr>
          <w:p w14:paraId="21B66F36" w14:textId="77777777" w:rsidR="005A5E87" w:rsidRDefault="005A5E87"/>
        </w:tc>
      </w:tr>
      <w:tr w:rsidR="005A5E87" w14:paraId="7615DC52" w14:textId="77777777">
        <w:trPr>
          <w:cantSplit/>
          <w:jc w:val="center"/>
        </w:trPr>
        <w:tc>
          <w:tcPr>
            <w:tcW w:w="2664" w:type="dxa"/>
            <w:tcMar>
              <w:top w:w="70" w:type="dxa"/>
              <w:left w:w="90" w:type="dxa"/>
              <w:bottom w:w="70" w:type="dxa"/>
              <w:right w:w="90" w:type="dxa"/>
            </w:tcMar>
            <w:vAlign w:val="center"/>
          </w:tcPr>
          <w:p w14:paraId="00FEAFC0" w14:textId="77777777" w:rsidR="005A5E87" w:rsidRDefault="001C7255">
            <w:r>
              <w:rPr>
                <w:color w:val="111111"/>
                <w:sz w:val="16"/>
              </w:rPr>
              <w:t>Sunday</w:t>
            </w:r>
          </w:p>
        </w:tc>
        <w:tc>
          <w:tcPr>
            <w:tcW w:w="2664" w:type="dxa"/>
            <w:tcMar>
              <w:top w:w="70" w:type="dxa"/>
              <w:left w:w="90" w:type="dxa"/>
              <w:bottom w:w="70" w:type="dxa"/>
              <w:right w:w="90" w:type="dxa"/>
            </w:tcMar>
            <w:vAlign w:val="center"/>
          </w:tcPr>
          <w:p w14:paraId="45A8F73F" w14:textId="77777777" w:rsidR="005A5E87" w:rsidRDefault="001C7255">
            <w:r>
              <w:rPr>
                <w:color w:val="111111"/>
                <w:sz w:val="16"/>
              </w:rPr>
              <w:t>☐ Yes   ☐ No</w:t>
            </w:r>
          </w:p>
        </w:tc>
        <w:tc>
          <w:tcPr>
            <w:tcW w:w="2664" w:type="dxa"/>
            <w:tcMar>
              <w:top w:w="70" w:type="dxa"/>
              <w:left w:w="90" w:type="dxa"/>
              <w:bottom w:w="70" w:type="dxa"/>
              <w:right w:w="90" w:type="dxa"/>
            </w:tcMar>
            <w:vAlign w:val="center"/>
          </w:tcPr>
          <w:p w14:paraId="7E2202F3" w14:textId="77777777" w:rsidR="005A5E87" w:rsidRDefault="005A5E87"/>
        </w:tc>
        <w:tc>
          <w:tcPr>
            <w:tcW w:w="2664" w:type="dxa"/>
            <w:tcMar>
              <w:top w:w="70" w:type="dxa"/>
              <w:left w:w="90" w:type="dxa"/>
              <w:bottom w:w="70" w:type="dxa"/>
              <w:right w:w="90" w:type="dxa"/>
            </w:tcMar>
            <w:vAlign w:val="center"/>
          </w:tcPr>
          <w:p w14:paraId="79D8327D" w14:textId="77777777" w:rsidR="005A5E87" w:rsidRDefault="005A5E87"/>
        </w:tc>
      </w:tr>
      <w:tr w:rsidR="005A5E87" w14:paraId="4D615736" w14:textId="77777777">
        <w:trPr>
          <w:cantSplit/>
          <w:jc w:val="center"/>
        </w:trPr>
        <w:tc>
          <w:tcPr>
            <w:tcW w:w="10656" w:type="dxa"/>
            <w:gridSpan w:val="4"/>
            <w:tcMar>
              <w:top w:w="70" w:type="dxa"/>
              <w:left w:w="90" w:type="dxa"/>
              <w:bottom w:w="70" w:type="dxa"/>
              <w:right w:w="90" w:type="dxa"/>
            </w:tcMar>
            <w:vAlign w:val="center"/>
          </w:tcPr>
          <w:p w14:paraId="3FB219D2" w14:textId="77777777" w:rsidR="005A5E87" w:rsidRDefault="001C7255">
            <w:pPr>
              <w:spacing w:after="40"/>
            </w:pPr>
            <w:r>
              <w:rPr>
                <w:b/>
                <w:color w:val="111111"/>
                <w:sz w:val="17"/>
              </w:rPr>
              <w:t>Known recurring scheduling limitations (describe availability only; do not disclose medical, family, religious or other protected personal information):</w:t>
            </w:r>
          </w:p>
          <w:p w14:paraId="2E9553A6" w14:textId="77777777" w:rsidR="005A5E87" w:rsidRDefault="001C7255">
            <w:r>
              <w:rPr>
                <w:color w:val="777777"/>
                <w:sz w:val="16"/>
              </w:rPr>
              <w:t>____________________________________________________________________________________________</w:t>
            </w:r>
          </w:p>
          <w:p w14:paraId="31B6D049"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16110BB4" w14:textId="77777777">
        <w:trPr>
          <w:cantSplit/>
          <w:jc w:val="center"/>
        </w:trPr>
        <w:tc>
          <w:tcPr>
            <w:tcW w:w="10656" w:type="dxa"/>
            <w:shd w:val="clear" w:color="auto" w:fill="17191C"/>
            <w:tcMar>
              <w:top w:w="80" w:type="dxa"/>
              <w:left w:w="120" w:type="dxa"/>
              <w:bottom w:w="80" w:type="dxa"/>
              <w:right w:w="120" w:type="dxa"/>
            </w:tcMar>
          </w:tcPr>
          <w:p w14:paraId="2A5B9287" w14:textId="77777777" w:rsidR="005A5E87" w:rsidRDefault="001C7255">
            <w:pPr>
              <w:spacing w:after="0" w:line="240" w:lineRule="auto"/>
            </w:pPr>
            <w:r>
              <w:rPr>
                <w:b/>
                <w:color w:val="FFFFFF"/>
                <w:sz w:val="22"/>
              </w:rPr>
              <w:t>4. COMPENSATION AND APPLICATION MATERIALS</w:t>
            </w:r>
          </w:p>
        </w:tc>
      </w:tr>
    </w:tbl>
    <w:p w14:paraId="26FAB6E2" w14:textId="77777777" w:rsidR="005A5E87" w:rsidRDefault="005A5E87">
      <w:pPr>
        <w:spacing w:after="0"/>
      </w:pPr>
    </w:p>
    <w:tbl>
      <w:tblPr>
        <w:tblStyle w:val="TableGrid"/>
        <w:tblW w:w="0" w:type="auto"/>
        <w:jc w:val="center"/>
        <w:tblLook w:val="04A0" w:firstRow="1" w:lastRow="0" w:firstColumn="1" w:lastColumn="0" w:noHBand="0" w:noVBand="1"/>
      </w:tblPr>
      <w:tblGrid>
        <w:gridCol w:w="5323"/>
        <w:gridCol w:w="5323"/>
      </w:tblGrid>
      <w:tr w:rsidR="005A5E87" w14:paraId="4B4084C6"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B46C24E" w14:textId="77777777" w:rsidR="005A5E87" w:rsidRDefault="001C7255">
            <w:pPr>
              <w:spacing w:after="20"/>
            </w:pPr>
            <w:r>
              <w:rPr>
                <w:b/>
                <w:color w:val="222222"/>
                <w:sz w:val="17"/>
              </w:rPr>
              <w:t>Desired Hourly Rate or Salary Range</w:t>
            </w:r>
          </w:p>
          <w:p w14:paraId="6499321B"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42414BE" w14:textId="77777777" w:rsidR="005A5E87" w:rsidRDefault="001C7255">
            <w:pPr>
              <w:spacing w:after="20"/>
            </w:pPr>
            <w:r>
              <w:rPr>
                <w:b/>
                <w:color w:val="222222"/>
                <w:sz w:val="17"/>
              </w:rPr>
              <w:t>Compensation Is Negotiable</w:t>
            </w:r>
          </w:p>
          <w:p w14:paraId="573C9C2E" w14:textId="77777777" w:rsidR="005A5E87" w:rsidRDefault="001C7255">
            <w:r>
              <w:t xml:space="preserve"> </w:t>
            </w:r>
          </w:p>
        </w:tc>
      </w:tr>
      <w:tr w:rsidR="005A5E87" w14:paraId="0AE95E8A"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053287A2" w14:textId="77777777" w:rsidR="005A5E87" w:rsidRDefault="001C7255">
            <w:pPr>
              <w:spacing w:after="20"/>
            </w:pPr>
            <w:r>
              <w:rPr>
                <w:b/>
                <w:color w:val="222222"/>
                <w:sz w:val="17"/>
              </w:rPr>
              <w:t>Resume Attached / Uploaded *</w:t>
            </w:r>
          </w:p>
          <w:p w14:paraId="7E8A144F"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23A1F53" w14:textId="77777777" w:rsidR="005A5E87" w:rsidRDefault="001C7255">
            <w:pPr>
              <w:spacing w:after="20"/>
            </w:pPr>
            <w:r>
              <w:rPr>
                <w:b/>
                <w:color w:val="222222"/>
                <w:sz w:val="17"/>
              </w:rPr>
              <w:t>Cover Letter Attached / Uploaded</w:t>
            </w:r>
          </w:p>
          <w:p w14:paraId="5AD07A1C" w14:textId="77777777" w:rsidR="005A5E87" w:rsidRDefault="001C7255">
            <w:r>
              <w:t xml:space="preserve"> </w:t>
            </w:r>
          </w:p>
        </w:tc>
      </w:tr>
      <w:tr w:rsidR="005A5E87" w14:paraId="7C480620"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5DC89DB" w14:textId="77777777" w:rsidR="005A5E87" w:rsidRDefault="001C7255">
            <w:pPr>
              <w:spacing w:after="20"/>
            </w:pPr>
            <w:r>
              <w:rPr>
                <w:b/>
                <w:color w:val="222222"/>
                <w:sz w:val="17"/>
              </w:rPr>
              <w:t>Portfolio / Website URL</w:t>
            </w:r>
          </w:p>
          <w:p w14:paraId="68A17976"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5BD9B15" w14:textId="77777777" w:rsidR="005A5E87" w:rsidRDefault="001C7255">
            <w:pPr>
              <w:spacing w:after="20"/>
            </w:pPr>
            <w:r>
              <w:rPr>
                <w:b/>
                <w:color w:val="222222"/>
                <w:sz w:val="17"/>
              </w:rPr>
              <w:t>LinkedIn or Professional Profile</w:t>
            </w:r>
          </w:p>
          <w:p w14:paraId="25F327BB" w14:textId="77777777" w:rsidR="005A5E87" w:rsidRDefault="001C7255">
            <w:r>
              <w:t xml:space="preserve"> </w:t>
            </w:r>
          </w:p>
        </w:tc>
      </w:tr>
      <w:tr w:rsidR="005A5E87" w14:paraId="520D8C00"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21FE79E" w14:textId="77777777" w:rsidR="005A5E87" w:rsidRDefault="001C7255">
            <w:pPr>
              <w:spacing w:after="20"/>
            </w:pPr>
            <w:r>
              <w:rPr>
                <w:b/>
                <w:color w:val="222222"/>
                <w:sz w:val="17"/>
              </w:rPr>
              <w:t>Video or Work-Sample Link</w:t>
            </w:r>
          </w:p>
          <w:p w14:paraId="4D058B1D"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8B6B4F8" w14:textId="77777777" w:rsidR="005A5E87" w:rsidRDefault="001C7255">
            <w:pPr>
              <w:spacing w:after="20"/>
            </w:pPr>
            <w:r>
              <w:rPr>
                <w:b/>
                <w:color w:val="222222"/>
                <w:sz w:val="17"/>
              </w:rPr>
              <w:t>Other Supporting Materials</w:t>
            </w:r>
          </w:p>
          <w:p w14:paraId="44497B57" w14:textId="77777777" w:rsidR="005A5E87" w:rsidRDefault="001C7255">
            <w:r>
              <w:t xml:space="preserve"> </w:t>
            </w:r>
          </w:p>
        </w:tc>
      </w:tr>
    </w:tbl>
    <w:p w14:paraId="6CC0BC35" w14:textId="77777777" w:rsidR="005A5E87" w:rsidRDefault="001C7255">
      <w:pPr>
        <w:spacing w:after="60" w:line="240" w:lineRule="auto"/>
      </w:pPr>
      <w:r>
        <w:rPr>
          <w:i/>
          <w:color w:val="5A6066"/>
          <w:sz w:val="16"/>
        </w:rPr>
        <w:t>Work Sample Notice: Submit only materials you own or are authorized to share. Do not submit trade secrets, customer information, confidential photographs, proprietary drawings or protected information belonging to a current or former employer.</w:t>
      </w:r>
    </w:p>
    <w:tbl>
      <w:tblPr>
        <w:tblW w:w="0" w:type="auto"/>
        <w:jc w:val="center"/>
        <w:tblLook w:val="04A0" w:firstRow="1" w:lastRow="0" w:firstColumn="1" w:lastColumn="0" w:noHBand="0" w:noVBand="1"/>
      </w:tblPr>
      <w:tblGrid>
        <w:gridCol w:w="10656"/>
      </w:tblGrid>
      <w:tr w:rsidR="005A5E87" w14:paraId="7B2D3676" w14:textId="77777777">
        <w:trPr>
          <w:cantSplit/>
          <w:jc w:val="center"/>
        </w:trPr>
        <w:tc>
          <w:tcPr>
            <w:tcW w:w="10656" w:type="dxa"/>
            <w:shd w:val="clear" w:color="auto" w:fill="17191C"/>
            <w:tcMar>
              <w:top w:w="80" w:type="dxa"/>
              <w:left w:w="120" w:type="dxa"/>
              <w:bottom w:w="80" w:type="dxa"/>
              <w:right w:w="120" w:type="dxa"/>
            </w:tcMar>
          </w:tcPr>
          <w:p w14:paraId="39011FC9" w14:textId="77777777" w:rsidR="005A5E87" w:rsidRDefault="001C7255">
            <w:pPr>
              <w:spacing w:after="0" w:line="240" w:lineRule="auto"/>
            </w:pPr>
            <w:r>
              <w:rPr>
                <w:b/>
                <w:color w:val="FFFFFF"/>
                <w:sz w:val="22"/>
              </w:rPr>
              <w:t>5. EMPLOYMENT HISTORY</w:t>
            </w:r>
          </w:p>
        </w:tc>
      </w:tr>
    </w:tbl>
    <w:p w14:paraId="108F41E9" w14:textId="77777777" w:rsidR="005A5E87" w:rsidRDefault="005A5E87">
      <w:pPr>
        <w:spacing w:after="0"/>
      </w:pPr>
    </w:p>
    <w:p w14:paraId="62E030A1" w14:textId="77777777" w:rsidR="005A5E87" w:rsidRDefault="001C7255">
      <w:pPr>
        <w:spacing w:after="60" w:line="240" w:lineRule="auto"/>
      </w:pPr>
      <w:r>
        <w:rPr>
          <w:color w:val="444A50"/>
          <w:sz w:val="16"/>
        </w:rPr>
        <w:t>Provide your three most recent relevant employers or up to 10 years of relevant work history. Do not provide prior compensation.</w:t>
      </w:r>
    </w:p>
    <w:tbl>
      <w:tblPr>
        <w:tblW w:w="0" w:type="auto"/>
        <w:jc w:val="center"/>
        <w:tblLook w:val="04A0" w:firstRow="1" w:lastRow="0" w:firstColumn="1" w:lastColumn="0" w:noHBand="0" w:noVBand="1"/>
      </w:tblPr>
      <w:tblGrid>
        <w:gridCol w:w="10656"/>
      </w:tblGrid>
      <w:tr w:rsidR="005A5E87" w14:paraId="6C27F285" w14:textId="77777777">
        <w:trPr>
          <w:cantSplit/>
          <w:jc w:val="center"/>
        </w:trPr>
        <w:tc>
          <w:tcPr>
            <w:tcW w:w="10656" w:type="dxa"/>
            <w:shd w:val="clear" w:color="auto" w:fill="D9DDE1"/>
            <w:tcMar>
              <w:top w:w="60" w:type="dxa"/>
              <w:left w:w="100" w:type="dxa"/>
              <w:bottom w:w="60" w:type="dxa"/>
              <w:right w:w="100" w:type="dxa"/>
            </w:tcMar>
          </w:tcPr>
          <w:p w14:paraId="4DB6780A" w14:textId="77777777" w:rsidR="005A5E87" w:rsidRDefault="001C7255">
            <w:pPr>
              <w:spacing w:after="0" w:line="240" w:lineRule="auto"/>
            </w:pPr>
            <w:r>
              <w:rPr>
                <w:b/>
                <w:color w:val="17191C"/>
                <w:sz w:val="19"/>
              </w:rPr>
              <w:t>Employer 1</w:t>
            </w:r>
          </w:p>
        </w:tc>
      </w:tr>
    </w:tbl>
    <w:tbl>
      <w:tblPr>
        <w:tblStyle w:val="TableGrid"/>
        <w:tblW w:w="0" w:type="auto"/>
        <w:jc w:val="center"/>
        <w:tblLook w:val="04A0" w:firstRow="1" w:lastRow="0" w:firstColumn="1" w:lastColumn="0" w:noHBand="0" w:noVBand="1"/>
      </w:tblPr>
      <w:tblGrid>
        <w:gridCol w:w="5327"/>
        <w:gridCol w:w="5319"/>
      </w:tblGrid>
      <w:tr w:rsidR="005A5E87" w14:paraId="228106B7"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38FBED1" w14:textId="77777777" w:rsidR="005A5E87" w:rsidRDefault="001C7255">
            <w:pPr>
              <w:spacing w:after="20"/>
            </w:pPr>
            <w:r>
              <w:rPr>
                <w:b/>
                <w:color w:val="222222"/>
                <w:sz w:val="17"/>
              </w:rPr>
              <w:t>Employer Name *</w:t>
            </w:r>
          </w:p>
          <w:p w14:paraId="4C984459"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882DDCE" w14:textId="77777777" w:rsidR="005A5E87" w:rsidRDefault="001C7255">
            <w:pPr>
              <w:spacing w:after="20"/>
            </w:pPr>
            <w:r>
              <w:rPr>
                <w:b/>
                <w:color w:val="222222"/>
                <w:sz w:val="17"/>
              </w:rPr>
              <w:t>Employer City / State</w:t>
            </w:r>
          </w:p>
          <w:p w14:paraId="1F83E8A7" w14:textId="77777777" w:rsidR="005A5E87" w:rsidRDefault="001C7255">
            <w:r>
              <w:t xml:space="preserve"> </w:t>
            </w:r>
          </w:p>
        </w:tc>
      </w:tr>
      <w:tr w:rsidR="005A5E87" w14:paraId="26E20E8E"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AEB6F39" w14:textId="77777777" w:rsidR="005A5E87" w:rsidRDefault="001C7255">
            <w:pPr>
              <w:spacing w:after="20"/>
            </w:pPr>
            <w:r>
              <w:rPr>
                <w:b/>
                <w:color w:val="222222"/>
                <w:sz w:val="17"/>
              </w:rPr>
              <w:t>Employer Phone</w:t>
            </w:r>
          </w:p>
          <w:p w14:paraId="4516C841"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60D4AB2" w14:textId="77777777" w:rsidR="005A5E87" w:rsidRDefault="001C7255">
            <w:pPr>
              <w:spacing w:after="20"/>
            </w:pPr>
            <w:r>
              <w:rPr>
                <w:b/>
                <w:color w:val="222222"/>
                <w:sz w:val="17"/>
              </w:rPr>
              <w:t>Position Title *</w:t>
            </w:r>
          </w:p>
          <w:p w14:paraId="16F7436B" w14:textId="77777777" w:rsidR="005A5E87" w:rsidRDefault="001C7255">
            <w:r>
              <w:t xml:space="preserve"> </w:t>
            </w:r>
          </w:p>
        </w:tc>
      </w:tr>
      <w:tr w:rsidR="005A5E87" w14:paraId="08CA8065"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9551748" w14:textId="77777777" w:rsidR="005A5E87" w:rsidRDefault="001C7255">
            <w:pPr>
              <w:spacing w:after="20"/>
            </w:pPr>
            <w:r>
              <w:rPr>
                <w:b/>
                <w:color w:val="222222"/>
                <w:sz w:val="17"/>
              </w:rPr>
              <w:t>Start Month / Year *</w:t>
            </w:r>
          </w:p>
          <w:p w14:paraId="606AF9C0"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2FC175E" w14:textId="77777777" w:rsidR="005A5E87" w:rsidRDefault="001C7255">
            <w:pPr>
              <w:spacing w:after="20"/>
            </w:pPr>
            <w:r>
              <w:rPr>
                <w:b/>
                <w:color w:val="222222"/>
                <w:sz w:val="17"/>
              </w:rPr>
              <w:t>End Month / Year</w:t>
            </w:r>
          </w:p>
          <w:p w14:paraId="1C1911BF" w14:textId="77777777" w:rsidR="005A5E87" w:rsidRDefault="001C7255">
            <w:r>
              <w:t xml:space="preserve"> </w:t>
            </w:r>
          </w:p>
        </w:tc>
      </w:tr>
      <w:tr w:rsidR="005A5E87" w14:paraId="29A47AF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BAC490E" w14:textId="77777777" w:rsidR="005A5E87" w:rsidRDefault="001C7255">
            <w:pPr>
              <w:spacing w:after="20"/>
            </w:pPr>
            <w:r>
              <w:rPr>
                <w:b/>
                <w:color w:val="222222"/>
                <w:sz w:val="17"/>
              </w:rPr>
              <w:t>Supervisor / Manager</w:t>
            </w:r>
          </w:p>
          <w:p w14:paraId="7B7B77EC"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AB490C5" w14:textId="77777777" w:rsidR="005A5E87" w:rsidRDefault="001C7255">
            <w:pPr>
              <w:spacing w:after="20"/>
            </w:pPr>
            <w:r>
              <w:rPr>
                <w:b/>
                <w:color w:val="222222"/>
                <w:sz w:val="17"/>
              </w:rPr>
              <w:t>May We Contact This Employer Now?</w:t>
            </w:r>
          </w:p>
          <w:p w14:paraId="0C22AF1C" w14:textId="77777777" w:rsidR="005A5E87" w:rsidRDefault="001C7255">
            <w:r>
              <w:t xml:space="preserve"> </w:t>
            </w:r>
          </w:p>
        </w:tc>
      </w:tr>
      <w:tr w:rsidR="005A5E87" w14:paraId="115FACAA" w14:textId="77777777">
        <w:trPr>
          <w:cantSplit/>
          <w:jc w:val="center"/>
        </w:trPr>
        <w:tc>
          <w:tcPr>
            <w:tcW w:w="10656" w:type="dxa"/>
            <w:gridSpan w:val="2"/>
            <w:tcMar>
              <w:top w:w="70" w:type="dxa"/>
              <w:left w:w="90" w:type="dxa"/>
              <w:bottom w:w="70" w:type="dxa"/>
              <w:right w:w="90" w:type="dxa"/>
            </w:tcMar>
            <w:vAlign w:val="center"/>
          </w:tcPr>
          <w:p w14:paraId="260E65F8" w14:textId="77777777" w:rsidR="005A5E87" w:rsidRDefault="001C7255">
            <w:pPr>
              <w:spacing w:after="40"/>
            </w:pPr>
            <w:r>
              <w:rPr>
                <w:b/>
                <w:color w:val="111111"/>
                <w:sz w:val="17"/>
              </w:rPr>
              <w:t>Primary duties, vehicle types, projects, equipment or customers supported:</w:t>
            </w:r>
          </w:p>
          <w:p w14:paraId="116AA7D3" w14:textId="77777777" w:rsidR="005A5E87" w:rsidRDefault="001C7255">
            <w:r>
              <w:rPr>
                <w:color w:val="777777"/>
                <w:sz w:val="16"/>
              </w:rPr>
              <w:t>____________________________________________________________________________________________</w:t>
            </w:r>
          </w:p>
          <w:p w14:paraId="43B4FD21" w14:textId="77777777" w:rsidR="005A5E87" w:rsidRDefault="001C7255">
            <w:r>
              <w:rPr>
                <w:color w:val="777777"/>
                <w:sz w:val="16"/>
              </w:rPr>
              <w:t>____________________________________________________________________________________________</w:t>
            </w:r>
          </w:p>
        </w:tc>
      </w:tr>
      <w:tr w:rsidR="005A5E87" w14:paraId="633C888E" w14:textId="77777777">
        <w:trPr>
          <w:cantSplit/>
          <w:jc w:val="center"/>
        </w:trPr>
        <w:tc>
          <w:tcPr>
            <w:tcW w:w="10656" w:type="dxa"/>
            <w:gridSpan w:val="2"/>
            <w:tcMar>
              <w:top w:w="70" w:type="dxa"/>
              <w:left w:w="90" w:type="dxa"/>
              <w:bottom w:w="70" w:type="dxa"/>
              <w:right w:w="90" w:type="dxa"/>
            </w:tcMar>
            <w:vAlign w:val="center"/>
          </w:tcPr>
          <w:p w14:paraId="1E6FA8C9" w14:textId="77777777" w:rsidR="005A5E87" w:rsidRDefault="001C7255">
            <w:pPr>
              <w:spacing w:after="40"/>
            </w:pPr>
            <w:r>
              <w:rPr>
                <w:b/>
                <w:color w:val="111111"/>
                <w:sz w:val="17"/>
              </w:rPr>
              <w:t>Reason for leaving and most significant accomplishment:</w:t>
            </w:r>
          </w:p>
          <w:p w14:paraId="3CAAF53F" w14:textId="77777777" w:rsidR="005A5E87" w:rsidRDefault="001C7255">
            <w:r>
              <w:rPr>
                <w:color w:val="777777"/>
                <w:sz w:val="16"/>
              </w:rPr>
              <w:t>____________________________________________________________________________________________</w:t>
            </w:r>
          </w:p>
          <w:p w14:paraId="058F3DA5"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1B66201E" w14:textId="77777777">
        <w:trPr>
          <w:cantSplit/>
          <w:jc w:val="center"/>
        </w:trPr>
        <w:tc>
          <w:tcPr>
            <w:tcW w:w="10656" w:type="dxa"/>
            <w:shd w:val="clear" w:color="auto" w:fill="D9DDE1"/>
            <w:tcMar>
              <w:top w:w="60" w:type="dxa"/>
              <w:left w:w="100" w:type="dxa"/>
              <w:bottom w:w="60" w:type="dxa"/>
              <w:right w:w="100" w:type="dxa"/>
            </w:tcMar>
          </w:tcPr>
          <w:p w14:paraId="244F9078" w14:textId="77777777" w:rsidR="005A5E87" w:rsidRDefault="001C7255">
            <w:pPr>
              <w:spacing w:after="0" w:line="240" w:lineRule="auto"/>
            </w:pPr>
            <w:r>
              <w:rPr>
                <w:b/>
                <w:color w:val="17191C"/>
                <w:sz w:val="19"/>
              </w:rPr>
              <w:t>Employer 2</w:t>
            </w:r>
          </w:p>
        </w:tc>
      </w:tr>
    </w:tbl>
    <w:tbl>
      <w:tblPr>
        <w:tblStyle w:val="TableGrid"/>
        <w:tblW w:w="0" w:type="auto"/>
        <w:jc w:val="center"/>
        <w:tblLook w:val="04A0" w:firstRow="1" w:lastRow="0" w:firstColumn="1" w:lastColumn="0" w:noHBand="0" w:noVBand="1"/>
      </w:tblPr>
      <w:tblGrid>
        <w:gridCol w:w="5327"/>
        <w:gridCol w:w="5319"/>
      </w:tblGrid>
      <w:tr w:rsidR="005A5E87" w14:paraId="4A7F926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7EACE2E" w14:textId="77777777" w:rsidR="005A5E87" w:rsidRDefault="001C7255">
            <w:pPr>
              <w:spacing w:after="20"/>
            </w:pPr>
            <w:r>
              <w:rPr>
                <w:b/>
                <w:color w:val="222222"/>
                <w:sz w:val="17"/>
              </w:rPr>
              <w:t>Employer Name</w:t>
            </w:r>
          </w:p>
          <w:p w14:paraId="45F485CA"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50BD705F" w14:textId="77777777" w:rsidR="005A5E87" w:rsidRDefault="001C7255">
            <w:pPr>
              <w:spacing w:after="20"/>
            </w:pPr>
            <w:r>
              <w:rPr>
                <w:b/>
                <w:color w:val="222222"/>
                <w:sz w:val="17"/>
              </w:rPr>
              <w:t>Employer City / State</w:t>
            </w:r>
          </w:p>
          <w:p w14:paraId="0E8CCC20" w14:textId="77777777" w:rsidR="005A5E87" w:rsidRDefault="001C7255">
            <w:r>
              <w:t xml:space="preserve"> </w:t>
            </w:r>
          </w:p>
        </w:tc>
      </w:tr>
      <w:tr w:rsidR="005A5E87" w14:paraId="42BB52EE"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1B20951F" w14:textId="77777777" w:rsidR="005A5E87" w:rsidRDefault="001C7255">
            <w:pPr>
              <w:spacing w:after="20"/>
            </w:pPr>
            <w:r>
              <w:rPr>
                <w:b/>
                <w:color w:val="222222"/>
                <w:sz w:val="17"/>
              </w:rPr>
              <w:lastRenderedPageBreak/>
              <w:t>Employer Phone</w:t>
            </w:r>
          </w:p>
          <w:p w14:paraId="4C058AF8"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BB13B97" w14:textId="77777777" w:rsidR="005A5E87" w:rsidRDefault="001C7255">
            <w:pPr>
              <w:spacing w:after="20"/>
            </w:pPr>
            <w:r>
              <w:rPr>
                <w:b/>
                <w:color w:val="222222"/>
                <w:sz w:val="17"/>
              </w:rPr>
              <w:t>Position Title</w:t>
            </w:r>
          </w:p>
          <w:p w14:paraId="2947CE1F" w14:textId="77777777" w:rsidR="005A5E87" w:rsidRDefault="001C7255">
            <w:r>
              <w:t xml:space="preserve"> </w:t>
            </w:r>
          </w:p>
        </w:tc>
      </w:tr>
      <w:tr w:rsidR="005A5E87" w14:paraId="755F41EF"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7693BDF" w14:textId="77777777" w:rsidR="005A5E87" w:rsidRDefault="001C7255">
            <w:pPr>
              <w:spacing w:after="20"/>
            </w:pPr>
            <w:r>
              <w:rPr>
                <w:b/>
                <w:color w:val="222222"/>
                <w:sz w:val="17"/>
              </w:rPr>
              <w:t>Start Month / Year</w:t>
            </w:r>
          </w:p>
          <w:p w14:paraId="0B2A9176"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B1B1F39" w14:textId="77777777" w:rsidR="005A5E87" w:rsidRDefault="001C7255">
            <w:pPr>
              <w:spacing w:after="20"/>
            </w:pPr>
            <w:r>
              <w:rPr>
                <w:b/>
                <w:color w:val="222222"/>
                <w:sz w:val="17"/>
              </w:rPr>
              <w:t>End Month / Year</w:t>
            </w:r>
          </w:p>
          <w:p w14:paraId="5A89D939" w14:textId="77777777" w:rsidR="005A5E87" w:rsidRDefault="001C7255">
            <w:r>
              <w:t xml:space="preserve"> </w:t>
            </w:r>
          </w:p>
        </w:tc>
      </w:tr>
      <w:tr w:rsidR="005A5E87" w14:paraId="5144F19D"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6271730C" w14:textId="77777777" w:rsidR="005A5E87" w:rsidRDefault="001C7255">
            <w:pPr>
              <w:spacing w:after="20"/>
            </w:pPr>
            <w:r>
              <w:rPr>
                <w:b/>
                <w:color w:val="222222"/>
                <w:sz w:val="17"/>
              </w:rPr>
              <w:t>Supervisor / Manager</w:t>
            </w:r>
          </w:p>
          <w:p w14:paraId="35576BB3"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5CB91C8" w14:textId="77777777" w:rsidR="005A5E87" w:rsidRDefault="001C7255">
            <w:pPr>
              <w:spacing w:after="20"/>
            </w:pPr>
            <w:r>
              <w:rPr>
                <w:b/>
                <w:color w:val="222222"/>
                <w:sz w:val="17"/>
              </w:rPr>
              <w:t>May We Contact This Employer Now?</w:t>
            </w:r>
          </w:p>
          <w:p w14:paraId="1DA4AB1B" w14:textId="77777777" w:rsidR="005A5E87" w:rsidRDefault="001C7255">
            <w:r>
              <w:t xml:space="preserve"> </w:t>
            </w:r>
          </w:p>
        </w:tc>
      </w:tr>
      <w:tr w:rsidR="005A5E87" w14:paraId="22B63480" w14:textId="77777777">
        <w:trPr>
          <w:cantSplit/>
          <w:jc w:val="center"/>
        </w:trPr>
        <w:tc>
          <w:tcPr>
            <w:tcW w:w="10656" w:type="dxa"/>
            <w:gridSpan w:val="2"/>
            <w:tcMar>
              <w:top w:w="70" w:type="dxa"/>
              <w:left w:w="90" w:type="dxa"/>
              <w:bottom w:w="70" w:type="dxa"/>
              <w:right w:w="90" w:type="dxa"/>
            </w:tcMar>
            <w:vAlign w:val="center"/>
          </w:tcPr>
          <w:p w14:paraId="5CF606D3" w14:textId="77777777" w:rsidR="005A5E87" w:rsidRDefault="001C7255">
            <w:pPr>
              <w:spacing w:after="40"/>
            </w:pPr>
            <w:r>
              <w:rPr>
                <w:b/>
                <w:color w:val="111111"/>
                <w:sz w:val="17"/>
              </w:rPr>
              <w:t>Primary duties, vehicle types, projects, equipment or customers supported:</w:t>
            </w:r>
          </w:p>
          <w:p w14:paraId="6570B0FB" w14:textId="77777777" w:rsidR="005A5E87" w:rsidRDefault="001C7255">
            <w:r>
              <w:rPr>
                <w:color w:val="777777"/>
                <w:sz w:val="16"/>
              </w:rPr>
              <w:t>____________________________________________________________________________________________</w:t>
            </w:r>
          </w:p>
          <w:p w14:paraId="2F426F57" w14:textId="77777777" w:rsidR="005A5E87" w:rsidRDefault="001C7255">
            <w:r>
              <w:rPr>
                <w:color w:val="777777"/>
                <w:sz w:val="16"/>
              </w:rPr>
              <w:t>____________________________________________________________________________________________</w:t>
            </w:r>
          </w:p>
        </w:tc>
      </w:tr>
      <w:tr w:rsidR="005A5E87" w14:paraId="51E8C02C" w14:textId="77777777">
        <w:trPr>
          <w:cantSplit/>
          <w:jc w:val="center"/>
        </w:trPr>
        <w:tc>
          <w:tcPr>
            <w:tcW w:w="10656" w:type="dxa"/>
            <w:gridSpan w:val="2"/>
            <w:tcMar>
              <w:top w:w="70" w:type="dxa"/>
              <w:left w:w="90" w:type="dxa"/>
              <w:bottom w:w="70" w:type="dxa"/>
              <w:right w:w="90" w:type="dxa"/>
            </w:tcMar>
            <w:vAlign w:val="center"/>
          </w:tcPr>
          <w:p w14:paraId="4308C873" w14:textId="77777777" w:rsidR="005A5E87" w:rsidRDefault="001C7255">
            <w:pPr>
              <w:spacing w:after="40"/>
            </w:pPr>
            <w:r>
              <w:rPr>
                <w:b/>
                <w:color w:val="111111"/>
                <w:sz w:val="17"/>
              </w:rPr>
              <w:t>Reason for leaving and most significant accomplishment:</w:t>
            </w:r>
          </w:p>
          <w:p w14:paraId="42FEB539" w14:textId="77777777" w:rsidR="005A5E87" w:rsidRDefault="001C7255">
            <w:r>
              <w:rPr>
                <w:color w:val="777777"/>
                <w:sz w:val="16"/>
              </w:rPr>
              <w:t>____________________________________________________________________________________________</w:t>
            </w:r>
          </w:p>
          <w:p w14:paraId="407B368E"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3CF9755D" w14:textId="77777777">
        <w:trPr>
          <w:cantSplit/>
          <w:jc w:val="center"/>
        </w:trPr>
        <w:tc>
          <w:tcPr>
            <w:tcW w:w="10656" w:type="dxa"/>
            <w:shd w:val="clear" w:color="auto" w:fill="D9DDE1"/>
            <w:tcMar>
              <w:top w:w="60" w:type="dxa"/>
              <w:left w:w="100" w:type="dxa"/>
              <w:bottom w:w="60" w:type="dxa"/>
              <w:right w:w="100" w:type="dxa"/>
            </w:tcMar>
          </w:tcPr>
          <w:p w14:paraId="692148F9" w14:textId="77777777" w:rsidR="005A5E87" w:rsidRDefault="001C7255">
            <w:pPr>
              <w:spacing w:after="0" w:line="240" w:lineRule="auto"/>
            </w:pPr>
            <w:r>
              <w:rPr>
                <w:b/>
                <w:color w:val="17191C"/>
                <w:sz w:val="19"/>
              </w:rPr>
              <w:t>Employer 3</w:t>
            </w:r>
          </w:p>
        </w:tc>
      </w:tr>
    </w:tbl>
    <w:tbl>
      <w:tblPr>
        <w:tblStyle w:val="TableGrid"/>
        <w:tblW w:w="0" w:type="auto"/>
        <w:jc w:val="center"/>
        <w:tblLook w:val="04A0" w:firstRow="1" w:lastRow="0" w:firstColumn="1" w:lastColumn="0" w:noHBand="0" w:noVBand="1"/>
      </w:tblPr>
      <w:tblGrid>
        <w:gridCol w:w="5327"/>
        <w:gridCol w:w="5319"/>
      </w:tblGrid>
      <w:tr w:rsidR="005A5E87" w14:paraId="7F374593"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91842C2" w14:textId="77777777" w:rsidR="005A5E87" w:rsidRDefault="001C7255">
            <w:pPr>
              <w:spacing w:after="20"/>
            </w:pPr>
            <w:r>
              <w:rPr>
                <w:b/>
                <w:color w:val="222222"/>
                <w:sz w:val="17"/>
              </w:rPr>
              <w:t>Employer Name</w:t>
            </w:r>
          </w:p>
          <w:p w14:paraId="42C5DB60"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3B7DD5FB" w14:textId="77777777" w:rsidR="005A5E87" w:rsidRDefault="001C7255">
            <w:pPr>
              <w:spacing w:after="20"/>
            </w:pPr>
            <w:r>
              <w:rPr>
                <w:b/>
                <w:color w:val="222222"/>
                <w:sz w:val="17"/>
              </w:rPr>
              <w:t>Employer City / State</w:t>
            </w:r>
          </w:p>
          <w:p w14:paraId="6586CB6F" w14:textId="77777777" w:rsidR="005A5E87" w:rsidRDefault="001C7255">
            <w:r>
              <w:t xml:space="preserve"> </w:t>
            </w:r>
          </w:p>
        </w:tc>
      </w:tr>
      <w:tr w:rsidR="005A5E87" w14:paraId="664F372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067519F5" w14:textId="77777777" w:rsidR="005A5E87" w:rsidRDefault="001C7255">
            <w:pPr>
              <w:spacing w:after="20"/>
            </w:pPr>
            <w:r>
              <w:rPr>
                <w:b/>
                <w:color w:val="222222"/>
                <w:sz w:val="17"/>
              </w:rPr>
              <w:t>Employer Phone</w:t>
            </w:r>
          </w:p>
          <w:p w14:paraId="557181BA"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E8A9F79" w14:textId="77777777" w:rsidR="005A5E87" w:rsidRDefault="001C7255">
            <w:pPr>
              <w:spacing w:after="20"/>
            </w:pPr>
            <w:r>
              <w:rPr>
                <w:b/>
                <w:color w:val="222222"/>
                <w:sz w:val="17"/>
              </w:rPr>
              <w:t>Position Title</w:t>
            </w:r>
          </w:p>
          <w:p w14:paraId="2714DC2B" w14:textId="77777777" w:rsidR="005A5E87" w:rsidRDefault="001C7255">
            <w:r>
              <w:t xml:space="preserve"> </w:t>
            </w:r>
          </w:p>
        </w:tc>
      </w:tr>
      <w:tr w:rsidR="005A5E87" w14:paraId="4807E99F"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0803FC0F" w14:textId="77777777" w:rsidR="005A5E87" w:rsidRDefault="001C7255">
            <w:pPr>
              <w:spacing w:after="20"/>
            </w:pPr>
            <w:r>
              <w:rPr>
                <w:b/>
                <w:color w:val="222222"/>
                <w:sz w:val="17"/>
              </w:rPr>
              <w:t>Start Month / Year</w:t>
            </w:r>
          </w:p>
          <w:p w14:paraId="1BE98EF6"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A1E4017" w14:textId="77777777" w:rsidR="005A5E87" w:rsidRDefault="001C7255">
            <w:pPr>
              <w:spacing w:after="20"/>
            </w:pPr>
            <w:r>
              <w:rPr>
                <w:b/>
                <w:color w:val="222222"/>
                <w:sz w:val="17"/>
              </w:rPr>
              <w:t>End Month / Year</w:t>
            </w:r>
          </w:p>
          <w:p w14:paraId="258DB28F" w14:textId="77777777" w:rsidR="005A5E87" w:rsidRDefault="001C7255">
            <w:r>
              <w:t xml:space="preserve"> </w:t>
            </w:r>
          </w:p>
        </w:tc>
      </w:tr>
      <w:tr w:rsidR="005A5E87" w14:paraId="3008A836"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29A5226" w14:textId="77777777" w:rsidR="005A5E87" w:rsidRDefault="001C7255">
            <w:pPr>
              <w:spacing w:after="20"/>
            </w:pPr>
            <w:r>
              <w:rPr>
                <w:b/>
                <w:color w:val="222222"/>
                <w:sz w:val="17"/>
              </w:rPr>
              <w:t>Supervisor / Manager</w:t>
            </w:r>
          </w:p>
          <w:p w14:paraId="254E7065"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D3A9E72" w14:textId="77777777" w:rsidR="005A5E87" w:rsidRDefault="001C7255">
            <w:pPr>
              <w:spacing w:after="20"/>
            </w:pPr>
            <w:r>
              <w:rPr>
                <w:b/>
                <w:color w:val="222222"/>
                <w:sz w:val="17"/>
              </w:rPr>
              <w:t>May We Contact This Employer Now?</w:t>
            </w:r>
          </w:p>
          <w:p w14:paraId="5CDD4764" w14:textId="77777777" w:rsidR="005A5E87" w:rsidRDefault="001C7255">
            <w:r>
              <w:t xml:space="preserve"> </w:t>
            </w:r>
          </w:p>
        </w:tc>
      </w:tr>
      <w:tr w:rsidR="005A5E87" w14:paraId="022744A5" w14:textId="77777777">
        <w:trPr>
          <w:cantSplit/>
          <w:jc w:val="center"/>
        </w:trPr>
        <w:tc>
          <w:tcPr>
            <w:tcW w:w="10656" w:type="dxa"/>
            <w:gridSpan w:val="2"/>
            <w:tcMar>
              <w:top w:w="70" w:type="dxa"/>
              <w:left w:w="90" w:type="dxa"/>
              <w:bottom w:w="70" w:type="dxa"/>
              <w:right w:w="90" w:type="dxa"/>
            </w:tcMar>
            <w:vAlign w:val="center"/>
          </w:tcPr>
          <w:p w14:paraId="5729F423" w14:textId="77777777" w:rsidR="005A5E87" w:rsidRDefault="001C7255">
            <w:pPr>
              <w:spacing w:after="40"/>
            </w:pPr>
            <w:r>
              <w:rPr>
                <w:b/>
                <w:color w:val="111111"/>
                <w:sz w:val="17"/>
              </w:rPr>
              <w:t>Primary duties, vehicle types, projects, equipment or customers supported:</w:t>
            </w:r>
          </w:p>
          <w:p w14:paraId="7F87B85B" w14:textId="77777777" w:rsidR="005A5E87" w:rsidRDefault="001C7255">
            <w:r>
              <w:rPr>
                <w:color w:val="777777"/>
                <w:sz w:val="16"/>
              </w:rPr>
              <w:t>____________________________________________________________________________________________</w:t>
            </w:r>
          </w:p>
          <w:p w14:paraId="14B86C81" w14:textId="77777777" w:rsidR="005A5E87" w:rsidRDefault="001C7255">
            <w:r>
              <w:rPr>
                <w:color w:val="777777"/>
                <w:sz w:val="16"/>
              </w:rPr>
              <w:t>____________________________________________________________________________________________</w:t>
            </w:r>
          </w:p>
        </w:tc>
      </w:tr>
      <w:tr w:rsidR="005A5E87" w14:paraId="2B37F093" w14:textId="77777777">
        <w:trPr>
          <w:cantSplit/>
          <w:jc w:val="center"/>
        </w:trPr>
        <w:tc>
          <w:tcPr>
            <w:tcW w:w="10656" w:type="dxa"/>
            <w:gridSpan w:val="2"/>
            <w:tcMar>
              <w:top w:w="70" w:type="dxa"/>
              <w:left w:w="90" w:type="dxa"/>
              <w:bottom w:w="70" w:type="dxa"/>
              <w:right w:w="90" w:type="dxa"/>
            </w:tcMar>
            <w:vAlign w:val="center"/>
          </w:tcPr>
          <w:p w14:paraId="37810EC3" w14:textId="77777777" w:rsidR="005A5E87" w:rsidRDefault="001C7255">
            <w:pPr>
              <w:spacing w:after="40"/>
            </w:pPr>
            <w:r>
              <w:rPr>
                <w:b/>
                <w:color w:val="111111"/>
                <w:sz w:val="17"/>
              </w:rPr>
              <w:t>Reason for leaving and most significant accomplishment:</w:t>
            </w:r>
          </w:p>
          <w:p w14:paraId="6D2017BF" w14:textId="77777777" w:rsidR="005A5E87" w:rsidRDefault="001C7255">
            <w:r>
              <w:rPr>
                <w:color w:val="777777"/>
                <w:sz w:val="16"/>
              </w:rPr>
              <w:t>____________________________________________________________________________________________</w:t>
            </w:r>
          </w:p>
          <w:p w14:paraId="033BE11E"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6D801480" w14:textId="77777777">
        <w:trPr>
          <w:cantSplit/>
          <w:jc w:val="center"/>
        </w:trPr>
        <w:tc>
          <w:tcPr>
            <w:tcW w:w="10656" w:type="dxa"/>
            <w:shd w:val="clear" w:color="auto" w:fill="17191C"/>
            <w:tcMar>
              <w:top w:w="80" w:type="dxa"/>
              <w:left w:w="120" w:type="dxa"/>
              <w:bottom w:w="80" w:type="dxa"/>
              <w:right w:w="120" w:type="dxa"/>
            </w:tcMar>
          </w:tcPr>
          <w:p w14:paraId="1C15057C" w14:textId="77777777" w:rsidR="005A5E87" w:rsidRDefault="001C7255">
            <w:pPr>
              <w:spacing w:after="0" w:line="240" w:lineRule="auto"/>
            </w:pPr>
            <w:r>
              <w:rPr>
                <w:b/>
                <w:color w:val="FFFFFF"/>
                <w:sz w:val="22"/>
              </w:rPr>
              <w:t>6. EDUCATION, TRAINING, LICENSES AND CERTIFICATIONS</w:t>
            </w:r>
          </w:p>
        </w:tc>
      </w:tr>
    </w:tbl>
    <w:p w14:paraId="659F6404" w14:textId="77777777" w:rsidR="005A5E87" w:rsidRDefault="005A5E87">
      <w:pPr>
        <w:spacing w:after="0"/>
      </w:pPr>
    </w:p>
    <w:tbl>
      <w:tblPr>
        <w:tblW w:w="0" w:type="auto"/>
        <w:jc w:val="center"/>
        <w:tblLook w:val="04A0" w:firstRow="1" w:lastRow="0" w:firstColumn="1" w:lastColumn="0" w:noHBand="0" w:noVBand="1"/>
      </w:tblPr>
      <w:tblGrid>
        <w:gridCol w:w="10656"/>
      </w:tblGrid>
      <w:tr w:rsidR="005A5E87" w14:paraId="021A4D82" w14:textId="77777777">
        <w:trPr>
          <w:cantSplit/>
          <w:jc w:val="center"/>
        </w:trPr>
        <w:tc>
          <w:tcPr>
            <w:tcW w:w="10656" w:type="dxa"/>
            <w:shd w:val="clear" w:color="auto" w:fill="D9DDE1"/>
            <w:tcMar>
              <w:top w:w="60" w:type="dxa"/>
              <w:left w:w="100" w:type="dxa"/>
              <w:bottom w:w="60" w:type="dxa"/>
              <w:right w:w="100" w:type="dxa"/>
            </w:tcMar>
          </w:tcPr>
          <w:p w14:paraId="2ECCCE7D" w14:textId="77777777" w:rsidR="005A5E87" w:rsidRDefault="001C7255">
            <w:pPr>
              <w:spacing w:after="0" w:line="240" w:lineRule="auto"/>
            </w:pPr>
            <w:r>
              <w:rPr>
                <w:b/>
                <w:color w:val="17191C"/>
                <w:sz w:val="19"/>
              </w:rPr>
              <w:t>Education / Training Program 1</w:t>
            </w:r>
          </w:p>
        </w:tc>
      </w:tr>
    </w:tbl>
    <w:tbl>
      <w:tblPr>
        <w:tblStyle w:val="TableGrid"/>
        <w:tblW w:w="0" w:type="auto"/>
        <w:jc w:val="center"/>
        <w:tblLook w:val="04A0" w:firstRow="1" w:lastRow="0" w:firstColumn="1" w:lastColumn="0" w:noHBand="0" w:noVBand="1"/>
      </w:tblPr>
      <w:tblGrid>
        <w:gridCol w:w="5323"/>
        <w:gridCol w:w="5323"/>
      </w:tblGrid>
      <w:tr w:rsidR="005A5E87" w14:paraId="53EF79D5"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61C1B44" w14:textId="77777777" w:rsidR="005A5E87" w:rsidRDefault="001C7255">
            <w:pPr>
              <w:spacing w:after="20"/>
            </w:pPr>
            <w:r>
              <w:rPr>
                <w:b/>
                <w:color w:val="222222"/>
                <w:sz w:val="17"/>
              </w:rPr>
              <w:t>School / Training Provider *</w:t>
            </w:r>
          </w:p>
          <w:p w14:paraId="3F4ECB89"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CE30A5B" w14:textId="77777777" w:rsidR="005A5E87" w:rsidRDefault="001C7255">
            <w:pPr>
              <w:spacing w:after="20"/>
            </w:pPr>
            <w:r>
              <w:rPr>
                <w:b/>
                <w:color w:val="222222"/>
                <w:sz w:val="17"/>
              </w:rPr>
              <w:t>City / State</w:t>
            </w:r>
          </w:p>
          <w:p w14:paraId="3D1118C1" w14:textId="77777777" w:rsidR="005A5E87" w:rsidRDefault="001C7255">
            <w:r>
              <w:t xml:space="preserve"> </w:t>
            </w:r>
          </w:p>
        </w:tc>
      </w:tr>
      <w:tr w:rsidR="005A5E87" w14:paraId="7472600A"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521B26D" w14:textId="77777777" w:rsidR="005A5E87" w:rsidRDefault="001C7255">
            <w:pPr>
              <w:spacing w:after="20"/>
            </w:pPr>
            <w:r>
              <w:rPr>
                <w:b/>
                <w:color w:val="222222"/>
                <w:sz w:val="17"/>
              </w:rPr>
              <w:t>Program / Field of Study</w:t>
            </w:r>
          </w:p>
          <w:p w14:paraId="18C6D578"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EF81637" w14:textId="77777777" w:rsidR="005A5E87" w:rsidRDefault="001C7255">
            <w:pPr>
              <w:spacing w:after="20"/>
            </w:pPr>
            <w:r>
              <w:rPr>
                <w:b/>
                <w:color w:val="222222"/>
                <w:sz w:val="17"/>
              </w:rPr>
              <w:t>Degree / Diploma / Credential</w:t>
            </w:r>
          </w:p>
          <w:p w14:paraId="2E79099C" w14:textId="77777777" w:rsidR="005A5E87" w:rsidRDefault="001C7255">
            <w:r>
              <w:t xml:space="preserve"> </w:t>
            </w:r>
          </w:p>
        </w:tc>
      </w:tr>
      <w:tr w:rsidR="005A5E87" w14:paraId="63D33BBC" w14:textId="77777777">
        <w:trPr>
          <w:cantSplit/>
          <w:jc w:val="center"/>
        </w:trPr>
        <w:tc>
          <w:tcPr>
            <w:tcW w:w="10656" w:type="dxa"/>
            <w:gridSpan w:val="2"/>
            <w:tcMar>
              <w:top w:w="70" w:type="dxa"/>
              <w:left w:w="90" w:type="dxa"/>
              <w:bottom w:w="70" w:type="dxa"/>
              <w:right w:w="90" w:type="dxa"/>
            </w:tcMar>
            <w:vAlign w:val="center"/>
          </w:tcPr>
          <w:p w14:paraId="62DB4C94" w14:textId="77777777" w:rsidR="005A5E87" w:rsidRDefault="001C7255">
            <w:pPr>
              <w:spacing w:after="20"/>
            </w:pPr>
            <w:r>
              <w:rPr>
                <w:b/>
                <w:color w:val="111111"/>
                <w:sz w:val="17"/>
              </w:rPr>
              <w:t>Status</w:t>
            </w:r>
          </w:p>
          <w:p w14:paraId="1215A7CE" w14:textId="77777777" w:rsidR="005A5E87" w:rsidRDefault="001C7255">
            <w:pPr>
              <w:spacing w:after="20"/>
            </w:pPr>
            <w:r>
              <w:rPr>
                <w:color w:val="111111"/>
                <w:sz w:val="16"/>
              </w:rPr>
              <w:t>☐ Completed   ☐ In Progress   ☐ Not Completed</w:t>
            </w:r>
          </w:p>
        </w:tc>
      </w:tr>
    </w:tbl>
    <w:tbl>
      <w:tblPr>
        <w:tblW w:w="0" w:type="auto"/>
        <w:jc w:val="center"/>
        <w:tblLook w:val="04A0" w:firstRow="1" w:lastRow="0" w:firstColumn="1" w:lastColumn="0" w:noHBand="0" w:noVBand="1"/>
      </w:tblPr>
      <w:tblGrid>
        <w:gridCol w:w="10656"/>
      </w:tblGrid>
      <w:tr w:rsidR="005A5E87" w14:paraId="6DDD10FB" w14:textId="77777777">
        <w:trPr>
          <w:cantSplit/>
          <w:jc w:val="center"/>
        </w:trPr>
        <w:tc>
          <w:tcPr>
            <w:tcW w:w="10656" w:type="dxa"/>
            <w:shd w:val="clear" w:color="auto" w:fill="D9DDE1"/>
            <w:tcMar>
              <w:top w:w="60" w:type="dxa"/>
              <w:left w:w="100" w:type="dxa"/>
              <w:bottom w:w="60" w:type="dxa"/>
              <w:right w:w="100" w:type="dxa"/>
            </w:tcMar>
          </w:tcPr>
          <w:p w14:paraId="39A79A73" w14:textId="77777777" w:rsidR="005A5E87" w:rsidRDefault="001C7255">
            <w:pPr>
              <w:spacing w:after="0" w:line="240" w:lineRule="auto"/>
            </w:pPr>
            <w:r>
              <w:rPr>
                <w:b/>
                <w:color w:val="17191C"/>
                <w:sz w:val="19"/>
              </w:rPr>
              <w:t>Education / Training Program 2</w:t>
            </w:r>
          </w:p>
        </w:tc>
      </w:tr>
    </w:tbl>
    <w:tbl>
      <w:tblPr>
        <w:tblStyle w:val="TableGrid"/>
        <w:tblW w:w="0" w:type="auto"/>
        <w:jc w:val="center"/>
        <w:tblLook w:val="04A0" w:firstRow="1" w:lastRow="0" w:firstColumn="1" w:lastColumn="0" w:noHBand="0" w:noVBand="1"/>
      </w:tblPr>
      <w:tblGrid>
        <w:gridCol w:w="5323"/>
        <w:gridCol w:w="5323"/>
      </w:tblGrid>
      <w:tr w:rsidR="005A5E87" w14:paraId="0D3305DD"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4E159E7" w14:textId="77777777" w:rsidR="005A5E87" w:rsidRDefault="001C7255">
            <w:pPr>
              <w:spacing w:after="20"/>
            </w:pPr>
            <w:r>
              <w:rPr>
                <w:b/>
                <w:color w:val="222222"/>
                <w:sz w:val="17"/>
              </w:rPr>
              <w:t>School / Training Provider</w:t>
            </w:r>
          </w:p>
          <w:p w14:paraId="6442E256"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4F1DAE6" w14:textId="77777777" w:rsidR="005A5E87" w:rsidRDefault="001C7255">
            <w:pPr>
              <w:spacing w:after="20"/>
            </w:pPr>
            <w:r>
              <w:rPr>
                <w:b/>
                <w:color w:val="222222"/>
                <w:sz w:val="17"/>
              </w:rPr>
              <w:t>City / State</w:t>
            </w:r>
          </w:p>
          <w:p w14:paraId="7D67ABB4" w14:textId="77777777" w:rsidR="005A5E87" w:rsidRDefault="001C7255">
            <w:r>
              <w:t xml:space="preserve"> </w:t>
            </w:r>
          </w:p>
        </w:tc>
      </w:tr>
      <w:tr w:rsidR="005A5E87" w14:paraId="3DCCDA7C"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974B14B" w14:textId="77777777" w:rsidR="005A5E87" w:rsidRDefault="001C7255">
            <w:pPr>
              <w:spacing w:after="20"/>
            </w:pPr>
            <w:r>
              <w:rPr>
                <w:b/>
                <w:color w:val="222222"/>
                <w:sz w:val="17"/>
              </w:rPr>
              <w:t>Program / Field of Study</w:t>
            </w:r>
          </w:p>
          <w:p w14:paraId="0CC28B6D"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E6B8DC5" w14:textId="77777777" w:rsidR="005A5E87" w:rsidRDefault="001C7255">
            <w:pPr>
              <w:spacing w:after="20"/>
            </w:pPr>
            <w:r>
              <w:rPr>
                <w:b/>
                <w:color w:val="222222"/>
                <w:sz w:val="17"/>
              </w:rPr>
              <w:t>Degree / Diploma / Credential</w:t>
            </w:r>
          </w:p>
          <w:p w14:paraId="1F2A88BF" w14:textId="77777777" w:rsidR="005A5E87" w:rsidRDefault="001C7255">
            <w:r>
              <w:t xml:space="preserve"> </w:t>
            </w:r>
          </w:p>
        </w:tc>
      </w:tr>
      <w:tr w:rsidR="005A5E87" w14:paraId="4D1CBF8F" w14:textId="77777777">
        <w:trPr>
          <w:cantSplit/>
          <w:jc w:val="center"/>
        </w:trPr>
        <w:tc>
          <w:tcPr>
            <w:tcW w:w="10656" w:type="dxa"/>
            <w:gridSpan w:val="2"/>
            <w:tcMar>
              <w:top w:w="70" w:type="dxa"/>
              <w:left w:w="90" w:type="dxa"/>
              <w:bottom w:w="70" w:type="dxa"/>
              <w:right w:w="90" w:type="dxa"/>
            </w:tcMar>
            <w:vAlign w:val="center"/>
          </w:tcPr>
          <w:p w14:paraId="76E68B61" w14:textId="77777777" w:rsidR="005A5E87" w:rsidRDefault="001C7255">
            <w:pPr>
              <w:spacing w:after="20"/>
            </w:pPr>
            <w:r>
              <w:rPr>
                <w:b/>
                <w:color w:val="111111"/>
                <w:sz w:val="17"/>
              </w:rPr>
              <w:t>Status</w:t>
            </w:r>
          </w:p>
          <w:p w14:paraId="057DFB42" w14:textId="77777777" w:rsidR="005A5E87" w:rsidRDefault="001C7255">
            <w:pPr>
              <w:spacing w:after="20"/>
            </w:pPr>
            <w:r>
              <w:rPr>
                <w:color w:val="111111"/>
                <w:sz w:val="16"/>
              </w:rPr>
              <w:t>☐ Completed   ☐ In Progress   ☐ Not Completed</w:t>
            </w:r>
          </w:p>
        </w:tc>
      </w:tr>
    </w:tbl>
    <w:p w14:paraId="62EDADB5" w14:textId="77777777" w:rsidR="005A5E87" w:rsidRDefault="001C7255">
      <w:r>
        <w:br w:type="page"/>
      </w:r>
    </w:p>
    <w:tbl>
      <w:tblPr>
        <w:tblW w:w="0" w:type="auto"/>
        <w:jc w:val="center"/>
        <w:tblLook w:val="04A0" w:firstRow="1" w:lastRow="0" w:firstColumn="1" w:lastColumn="0" w:noHBand="0" w:noVBand="1"/>
      </w:tblPr>
      <w:tblGrid>
        <w:gridCol w:w="10656"/>
      </w:tblGrid>
      <w:tr w:rsidR="005A5E87" w14:paraId="24F6E937" w14:textId="77777777">
        <w:trPr>
          <w:cantSplit/>
          <w:jc w:val="center"/>
        </w:trPr>
        <w:tc>
          <w:tcPr>
            <w:tcW w:w="10656" w:type="dxa"/>
            <w:shd w:val="clear" w:color="auto" w:fill="D9DDE1"/>
            <w:tcMar>
              <w:top w:w="60" w:type="dxa"/>
              <w:left w:w="100" w:type="dxa"/>
              <w:bottom w:w="60" w:type="dxa"/>
              <w:right w:w="100" w:type="dxa"/>
            </w:tcMar>
          </w:tcPr>
          <w:p w14:paraId="532DF403" w14:textId="77777777" w:rsidR="005A5E87" w:rsidRDefault="001C7255">
            <w:pPr>
              <w:spacing w:after="0" w:line="240" w:lineRule="auto"/>
            </w:pPr>
            <w:r>
              <w:rPr>
                <w:b/>
                <w:color w:val="17191C"/>
                <w:sz w:val="19"/>
              </w:rPr>
              <w:lastRenderedPageBreak/>
              <w:t>Education / Training Program 3</w:t>
            </w:r>
          </w:p>
        </w:tc>
      </w:tr>
    </w:tbl>
    <w:tbl>
      <w:tblPr>
        <w:tblStyle w:val="TableGrid"/>
        <w:tblW w:w="0" w:type="auto"/>
        <w:jc w:val="center"/>
        <w:tblLook w:val="04A0" w:firstRow="1" w:lastRow="0" w:firstColumn="1" w:lastColumn="0" w:noHBand="0" w:noVBand="1"/>
      </w:tblPr>
      <w:tblGrid>
        <w:gridCol w:w="5323"/>
        <w:gridCol w:w="5323"/>
      </w:tblGrid>
      <w:tr w:rsidR="005A5E87" w14:paraId="7D86DDF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F5D9974" w14:textId="77777777" w:rsidR="005A5E87" w:rsidRDefault="001C7255">
            <w:pPr>
              <w:spacing w:after="20"/>
            </w:pPr>
            <w:r>
              <w:rPr>
                <w:b/>
                <w:color w:val="222222"/>
                <w:sz w:val="17"/>
              </w:rPr>
              <w:t>School / Training Provider</w:t>
            </w:r>
          </w:p>
          <w:p w14:paraId="34D4D301"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3AF9B5D" w14:textId="77777777" w:rsidR="005A5E87" w:rsidRDefault="001C7255">
            <w:pPr>
              <w:spacing w:after="20"/>
            </w:pPr>
            <w:r>
              <w:rPr>
                <w:b/>
                <w:color w:val="222222"/>
                <w:sz w:val="17"/>
              </w:rPr>
              <w:t>City / State</w:t>
            </w:r>
          </w:p>
          <w:p w14:paraId="62E81BFF" w14:textId="77777777" w:rsidR="005A5E87" w:rsidRDefault="001C7255">
            <w:r>
              <w:t xml:space="preserve"> </w:t>
            </w:r>
          </w:p>
        </w:tc>
      </w:tr>
      <w:tr w:rsidR="005A5E87" w14:paraId="5CE396F7"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9FE9F94" w14:textId="77777777" w:rsidR="005A5E87" w:rsidRDefault="001C7255">
            <w:pPr>
              <w:spacing w:after="20"/>
            </w:pPr>
            <w:r>
              <w:rPr>
                <w:b/>
                <w:color w:val="222222"/>
                <w:sz w:val="17"/>
              </w:rPr>
              <w:t>Program / Field of Study</w:t>
            </w:r>
          </w:p>
          <w:p w14:paraId="783CCFFF"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500464AB" w14:textId="77777777" w:rsidR="005A5E87" w:rsidRDefault="001C7255">
            <w:pPr>
              <w:spacing w:after="20"/>
            </w:pPr>
            <w:r>
              <w:rPr>
                <w:b/>
                <w:color w:val="222222"/>
                <w:sz w:val="17"/>
              </w:rPr>
              <w:t>Degree / Diploma / Credential</w:t>
            </w:r>
          </w:p>
          <w:p w14:paraId="5396D7DA" w14:textId="77777777" w:rsidR="005A5E87" w:rsidRDefault="001C7255">
            <w:r>
              <w:t xml:space="preserve"> </w:t>
            </w:r>
          </w:p>
        </w:tc>
      </w:tr>
      <w:tr w:rsidR="005A5E87" w14:paraId="3FFF7B3E" w14:textId="77777777">
        <w:trPr>
          <w:cantSplit/>
          <w:jc w:val="center"/>
        </w:trPr>
        <w:tc>
          <w:tcPr>
            <w:tcW w:w="10656" w:type="dxa"/>
            <w:gridSpan w:val="2"/>
            <w:tcMar>
              <w:top w:w="70" w:type="dxa"/>
              <w:left w:w="90" w:type="dxa"/>
              <w:bottom w:w="70" w:type="dxa"/>
              <w:right w:w="90" w:type="dxa"/>
            </w:tcMar>
            <w:vAlign w:val="center"/>
          </w:tcPr>
          <w:p w14:paraId="22237A98" w14:textId="77777777" w:rsidR="005A5E87" w:rsidRDefault="001C7255">
            <w:pPr>
              <w:spacing w:after="20"/>
            </w:pPr>
            <w:r>
              <w:rPr>
                <w:b/>
                <w:color w:val="111111"/>
                <w:sz w:val="17"/>
              </w:rPr>
              <w:t>Status</w:t>
            </w:r>
          </w:p>
          <w:p w14:paraId="4622CC2C" w14:textId="77777777" w:rsidR="005A5E87" w:rsidRDefault="001C7255">
            <w:pPr>
              <w:spacing w:after="20"/>
            </w:pPr>
            <w:r>
              <w:rPr>
                <w:color w:val="111111"/>
                <w:sz w:val="16"/>
              </w:rPr>
              <w:t>☐ Completed   ☐ In Progress   ☐ Not Completed</w:t>
            </w:r>
          </w:p>
        </w:tc>
      </w:tr>
    </w:tbl>
    <w:tbl>
      <w:tblPr>
        <w:tblW w:w="0" w:type="auto"/>
        <w:jc w:val="center"/>
        <w:tblLook w:val="04A0" w:firstRow="1" w:lastRow="0" w:firstColumn="1" w:lastColumn="0" w:noHBand="0" w:noVBand="1"/>
      </w:tblPr>
      <w:tblGrid>
        <w:gridCol w:w="10656"/>
      </w:tblGrid>
      <w:tr w:rsidR="005A5E87" w14:paraId="5C6619A8" w14:textId="77777777">
        <w:trPr>
          <w:cantSplit/>
          <w:jc w:val="center"/>
        </w:trPr>
        <w:tc>
          <w:tcPr>
            <w:tcW w:w="10656" w:type="dxa"/>
            <w:shd w:val="clear" w:color="auto" w:fill="D9DDE1"/>
            <w:tcMar>
              <w:top w:w="60" w:type="dxa"/>
              <w:left w:w="100" w:type="dxa"/>
              <w:bottom w:w="60" w:type="dxa"/>
              <w:right w:w="100" w:type="dxa"/>
            </w:tcMar>
          </w:tcPr>
          <w:p w14:paraId="4727C966" w14:textId="77777777" w:rsidR="005A5E87" w:rsidRDefault="001C7255">
            <w:pPr>
              <w:spacing w:after="0" w:line="240" w:lineRule="auto"/>
            </w:pPr>
            <w:r>
              <w:rPr>
                <w:b/>
                <w:color w:val="17191C"/>
                <w:sz w:val="19"/>
              </w:rPr>
              <w:t>Professional Licenses and Certifications</w:t>
            </w:r>
          </w:p>
        </w:tc>
      </w:tr>
    </w:tbl>
    <w:tbl>
      <w:tblPr>
        <w:tblStyle w:val="TableGrid"/>
        <w:tblW w:w="0" w:type="auto"/>
        <w:jc w:val="center"/>
        <w:tblLook w:val="04A0" w:firstRow="1" w:lastRow="0" w:firstColumn="1" w:lastColumn="0" w:noHBand="0" w:noVBand="1"/>
      </w:tblPr>
      <w:tblGrid>
        <w:gridCol w:w="2130"/>
        <w:gridCol w:w="2129"/>
        <w:gridCol w:w="2129"/>
        <w:gridCol w:w="2129"/>
        <w:gridCol w:w="2129"/>
      </w:tblGrid>
      <w:tr w:rsidR="005A5E87" w14:paraId="0EC96044" w14:textId="77777777">
        <w:trPr>
          <w:cantSplit/>
          <w:tblHeader/>
          <w:jc w:val="center"/>
        </w:trPr>
        <w:tc>
          <w:tcPr>
            <w:tcW w:w="2131" w:type="dxa"/>
            <w:shd w:val="clear" w:color="auto" w:fill="30343A"/>
            <w:tcMar>
              <w:top w:w="70" w:type="dxa"/>
              <w:left w:w="90" w:type="dxa"/>
              <w:bottom w:w="70" w:type="dxa"/>
              <w:right w:w="90" w:type="dxa"/>
            </w:tcMar>
            <w:vAlign w:val="center"/>
          </w:tcPr>
          <w:p w14:paraId="53F3266F" w14:textId="77777777" w:rsidR="005A5E87" w:rsidRDefault="001C7255">
            <w:r>
              <w:rPr>
                <w:b/>
                <w:color w:val="FFFFFF"/>
                <w:sz w:val="15"/>
              </w:rPr>
              <w:t>Credential / Certification</w:t>
            </w:r>
          </w:p>
        </w:tc>
        <w:tc>
          <w:tcPr>
            <w:tcW w:w="2131" w:type="dxa"/>
            <w:shd w:val="clear" w:color="auto" w:fill="30343A"/>
            <w:tcMar>
              <w:top w:w="70" w:type="dxa"/>
              <w:left w:w="90" w:type="dxa"/>
              <w:bottom w:w="70" w:type="dxa"/>
              <w:right w:w="90" w:type="dxa"/>
            </w:tcMar>
            <w:vAlign w:val="center"/>
          </w:tcPr>
          <w:p w14:paraId="32165973" w14:textId="77777777" w:rsidR="005A5E87" w:rsidRDefault="001C7255">
            <w:r>
              <w:rPr>
                <w:b/>
                <w:color w:val="FFFFFF"/>
                <w:sz w:val="15"/>
              </w:rPr>
              <w:t>Issuing Organization</w:t>
            </w:r>
          </w:p>
        </w:tc>
        <w:tc>
          <w:tcPr>
            <w:tcW w:w="2131" w:type="dxa"/>
            <w:shd w:val="clear" w:color="auto" w:fill="30343A"/>
            <w:tcMar>
              <w:top w:w="70" w:type="dxa"/>
              <w:left w:w="90" w:type="dxa"/>
              <w:bottom w:w="70" w:type="dxa"/>
              <w:right w:w="90" w:type="dxa"/>
            </w:tcMar>
            <w:vAlign w:val="center"/>
          </w:tcPr>
          <w:p w14:paraId="1E72648D" w14:textId="77777777" w:rsidR="005A5E87" w:rsidRDefault="001C7255">
            <w:r>
              <w:rPr>
                <w:b/>
                <w:color w:val="FFFFFF"/>
                <w:sz w:val="15"/>
              </w:rPr>
              <w:t>Active / Expired</w:t>
            </w:r>
          </w:p>
        </w:tc>
        <w:tc>
          <w:tcPr>
            <w:tcW w:w="2131" w:type="dxa"/>
            <w:shd w:val="clear" w:color="auto" w:fill="30343A"/>
            <w:tcMar>
              <w:top w:w="70" w:type="dxa"/>
              <w:left w:w="90" w:type="dxa"/>
              <w:bottom w:w="70" w:type="dxa"/>
              <w:right w:w="90" w:type="dxa"/>
            </w:tcMar>
            <w:vAlign w:val="center"/>
          </w:tcPr>
          <w:p w14:paraId="25882B8C" w14:textId="77777777" w:rsidR="005A5E87" w:rsidRDefault="001C7255">
            <w:r>
              <w:rPr>
                <w:b/>
                <w:color w:val="FFFFFF"/>
                <w:sz w:val="15"/>
              </w:rPr>
              <w:t>Expiration</w:t>
            </w:r>
          </w:p>
        </w:tc>
        <w:tc>
          <w:tcPr>
            <w:tcW w:w="2131" w:type="dxa"/>
            <w:shd w:val="clear" w:color="auto" w:fill="30343A"/>
            <w:tcMar>
              <w:top w:w="70" w:type="dxa"/>
              <w:left w:w="90" w:type="dxa"/>
              <w:bottom w:w="70" w:type="dxa"/>
              <w:right w:w="90" w:type="dxa"/>
            </w:tcMar>
            <w:vAlign w:val="center"/>
          </w:tcPr>
          <w:p w14:paraId="73FB67C8" w14:textId="77777777" w:rsidR="005A5E87" w:rsidRDefault="001C7255">
            <w:r>
              <w:rPr>
                <w:b/>
                <w:color w:val="FFFFFF"/>
                <w:sz w:val="15"/>
              </w:rPr>
              <w:t>Upload / Notes</w:t>
            </w:r>
          </w:p>
        </w:tc>
      </w:tr>
      <w:tr w:rsidR="005A5E87" w14:paraId="246EC439" w14:textId="77777777">
        <w:trPr>
          <w:cantSplit/>
          <w:jc w:val="center"/>
        </w:trPr>
        <w:tc>
          <w:tcPr>
            <w:tcW w:w="2131" w:type="dxa"/>
            <w:tcMar>
              <w:top w:w="70" w:type="dxa"/>
              <w:left w:w="90" w:type="dxa"/>
              <w:bottom w:w="70" w:type="dxa"/>
              <w:right w:w="90" w:type="dxa"/>
            </w:tcMar>
            <w:vAlign w:val="center"/>
          </w:tcPr>
          <w:p w14:paraId="5E7EC6E0" w14:textId="77777777" w:rsidR="005A5E87" w:rsidRDefault="005A5E87"/>
        </w:tc>
        <w:tc>
          <w:tcPr>
            <w:tcW w:w="2131" w:type="dxa"/>
            <w:tcMar>
              <w:top w:w="70" w:type="dxa"/>
              <w:left w:w="90" w:type="dxa"/>
              <w:bottom w:w="70" w:type="dxa"/>
              <w:right w:w="90" w:type="dxa"/>
            </w:tcMar>
            <w:vAlign w:val="center"/>
          </w:tcPr>
          <w:p w14:paraId="40A065BA" w14:textId="77777777" w:rsidR="005A5E87" w:rsidRDefault="005A5E87"/>
        </w:tc>
        <w:tc>
          <w:tcPr>
            <w:tcW w:w="2131" w:type="dxa"/>
            <w:tcMar>
              <w:top w:w="70" w:type="dxa"/>
              <w:left w:w="90" w:type="dxa"/>
              <w:bottom w:w="70" w:type="dxa"/>
              <w:right w:w="90" w:type="dxa"/>
            </w:tcMar>
            <w:vAlign w:val="center"/>
          </w:tcPr>
          <w:p w14:paraId="646B6F0E" w14:textId="77777777" w:rsidR="005A5E87" w:rsidRDefault="005A5E87"/>
        </w:tc>
        <w:tc>
          <w:tcPr>
            <w:tcW w:w="2131" w:type="dxa"/>
            <w:tcMar>
              <w:top w:w="70" w:type="dxa"/>
              <w:left w:w="90" w:type="dxa"/>
              <w:bottom w:w="70" w:type="dxa"/>
              <w:right w:w="90" w:type="dxa"/>
            </w:tcMar>
            <w:vAlign w:val="center"/>
          </w:tcPr>
          <w:p w14:paraId="089047CD" w14:textId="77777777" w:rsidR="005A5E87" w:rsidRDefault="005A5E87"/>
        </w:tc>
        <w:tc>
          <w:tcPr>
            <w:tcW w:w="2131" w:type="dxa"/>
            <w:tcMar>
              <w:top w:w="70" w:type="dxa"/>
              <w:left w:w="90" w:type="dxa"/>
              <w:bottom w:w="70" w:type="dxa"/>
              <w:right w:w="90" w:type="dxa"/>
            </w:tcMar>
            <w:vAlign w:val="center"/>
          </w:tcPr>
          <w:p w14:paraId="221F438A" w14:textId="77777777" w:rsidR="005A5E87" w:rsidRDefault="005A5E87"/>
        </w:tc>
      </w:tr>
      <w:tr w:rsidR="005A5E87" w14:paraId="6F3E277E" w14:textId="77777777">
        <w:trPr>
          <w:cantSplit/>
          <w:jc w:val="center"/>
        </w:trPr>
        <w:tc>
          <w:tcPr>
            <w:tcW w:w="2131" w:type="dxa"/>
            <w:tcMar>
              <w:top w:w="70" w:type="dxa"/>
              <w:left w:w="90" w:type="dxa"/>
              <w:bottom w:w="70" w:type="dxa"/>
              <w:right w:w="90" w:type="dxa"/>
            </w:tcMar>
            <w:vAlign w:val="center"/>
          </w:tcPr>
          <w:p w14:paraId="486A964C" w14:textId="77777777" w:rsidR="005A5E87" w:rsidRDefault="005A5E87"/>
        </w:tc>
        <w:tc>
          <w:tcPr>
            <w:tcW w:w="2131" w:type="dxa"/>
            <w:tcMar>
              <w:top w:w="70" w:type="dxa"/>
              <w:left w:w="90" w:type="dxa"/>
              <w:bottom w:w="70" w:type="dxa"/>
              <w:right w:w="90" w:type="dxa"/>
            </w:tcMar>
            <w:vAlign w:val="center"/>
          </w:tcPr>
          <w:p w14:paraId="3C14C869" w14:textId="77777777" w:rsidR="005A5E87" w:rsidRDefault="005A5E87"/>
        </w:tc>
        <w:tc>
          <w:tcPr>
            <w:tcW w:w="2131" w:type="dxa"/>
            <w:tcMar>
              <w:top w:w="70" w:type="dxa"/>
              <w:left w:w="90" w:type="dxa"/>
              <w:bottom w:w="70" w:type="dxa"/>
              <w:right w:w="90" w:type="dxa"/>
            </w:tcMar>
            <w:vAlign w:val="center"/>
          </w:tcPr>
          <w:p w14:paraId="04594614" w14:textId="77777777" w:rsidR="005A5E87" w:rsidRDefault="005A5E87"/>
        </w:tc>
        <w:tc>
          <w:tcPr>
            <w:tcW w:w="2131" w:type="dxa"/>
            <w:tcMar>
              <w:top w:w="70" w:type="dxa"/>
              <w:left w:w="90" w:type="dxa"/>
              <w:bottom w:w="70" w:type="dxa"/>
              <w:right w:w="90" w:type="dxa"/>
            </w:tcMar>
            <w:vAlign w:val="center"/>
          </w:tcPr>
          <w:p w14:paraId="6FE23040" w14:textId="77777777" w:rsidR="005A5E87" w:rsidRDefault="005A5E87"/>
        </w:tc>
        <w:tc>
          <w:tcPr>
            <w:tcW w:w="2131" w:type="dxa"/>
            <w:tcMar>
              <w:top w:w="70" w:type="dxa"/>
              <w:left w:w="90" w:type="dxa"/>
              <w:bottom w:w="70" w:type="dxa"/>
              <w:right w:w="90" w:type="dxa"/>
            </w:tcMar>
            <w:vAlign w:val="center"/>
          </w:tcPr>
          <w:p w14:paraId="5361EFED" w14:textId="77777777" w:rsidR="005A5E87" w:rsidRDefault="005A5E87"/>
        </w:tc>
      </w:tr>
      <w:tr w:rsidR="005A5E87" w14:paraId="29223C39" w14:textId="77777777">
        <w:trPr>
          <w:cantSplit/>
          <w:jc w:val="center"/>
        </w:trPr>
        <w:tc>
          <w:tcPr>
            <w:tcW w:w="2131" w:type="dxa"/>
            <w:tcMar>
              <w:top w:w="70" w:type="dxa"/>
              <w:left w:w="90" w:type="dxa"/>
              <w:bottom w:w="70" w:type="dxa"/>
              <w:right w:w="90" w:type="dxa"/>
            </w:tcMar>
            <w:vAlign w:val="center"/>
          </w:tcPr>
          <w:p w14:paraId="3E7E0928" w14:textId="77777777" w:rsidR="005A5E87" w:rsidRDefault="005A5E87"/>
        </w:tc>
        <w:tc>
          <w:tcPr>
            <w:tcW w:w="2131" w:type="dxa"/>
            <w:tcMar>
              <w:top w:w="70" w:type="dxa"/>
              <w:left w:w="90" w:type="dxa"/>
              <w:bottom w:w="70" w:type="dxa"/>
              <w:right w:w="90" w:type="dxa"/>
            </w:tcMar>
            <w:vAlign w:val="center"/>
          </w:tcPr>
          <w:p w14:paraId="04320B17" w14:textId="77777777" w:rsidR="005A5E87" w:rsidRDefault="005A5E87"/>
        </w:tc>
        <w:tc>
          <w:tcPr>
            <w:tcW w:w="2131" w:type="dxa"/>
            <w:tcMar>
              <w:top w:w="70" w:type="dxa"/>
              <w:left w:w="90" w:type="dxa"/>
              <w:bottom w:w="70" w:type="dxa"/>
              <w:right w:w="90" w:type="dxa"/>
            </w:tcMar>
            <w:vAlign w:val="center"/>
          </w:tcPr>
          <w:p w14:paraId="0EE036BE" w14:textId="77777777" w:rsidR="005A5E87" w:rsidRDefault="005A5E87"/>
        </w:tc>
        <w:tc>
          <w:tcPr>
            <w:tcW w:w="2131" w:type="dxa"/>
            <w:tcMar>
              <w:top w:w="70" w:type="dxa"/>
              <w:left w:w="90" w:type="dxa"/>
              <w:bottom w:w="70" w:type="dxa"/>
              <w:right w:w="90" w:type="dxa"/>
            </w:tcMar>
            <w:vAlign w:val="center"/>
          </w:tcPr>
          <w:p w14:paraId="4AA0D224" w14:textId="77777777" w:rsidR="005A5E87" w:rsidRDefault="005A5E87"/>
        </w:tc>
        <w:tc>
          <w:tcPr>
            <w:tcW w:w="2131" w:type="dxa"/>
            <w:tcMar>
              <w:top w:w="70" w:type="dxa"/>
              <w:left w:w="90" w:type="dxa"/>
              <w:bottom w:w="70" w:type="dxa"/>
              <w:right w:w="90" w:type="dxa"/>
            </w:tcMar>
            <w:vAlign w:val="center"/>
          </w:tcPr>
          <w:p w14:paraId="16AA94FC" w14:textId="77777777" w:rsidR="005A5E87" w:rsidRDefault="005A5E87"/>
        </w:tc>
      </w:tr>
      <w:tr w:rsidR="005A5E87" w14:paraId="2389AE4E" w14:textId="77777777">
        <w:trPr>
          <w:cantSplit/>
          <w:jc w:val="center"/>
        </w:trPr>
        <w:tc>
          <w:tcPr>
            <w:tcW w:w="2131" w:type="dxa"/>
            <w:tcMar>
              <w:top w:w="70" w:type="dxa"/>
              <w:left w:w="90" w:type="dxa"/>
              <w:bottom w:w="70" w:type="dxa"/>
              <w:right w:w="90" w:type="dxa"/>
            </w:tcMar>
            <w:vAlign w:val="center"/>
          </w:tcPr>
          <w:p w14:paraId="216D24C9" w14:textId="77777777" w:rsidR="005A5E87" w:rsidRDefault="005A5E87"/>
        </w:tc>
        <w:tc>
          <w:tcPr>
            <w:tcW w:w="2131" w:type="dxa"/>
            <w:tcMar>
              <w:top w:w="70" w:type="dxa"/>
              <w:left w:w="90" w:type="dxa"/>
              <w:bottom w:w="70" w:type="dxa"/>
              <w:right w:w="90" w:type="dxa"/>
            </w:tcMar>
            <w:vAlign w:val="center"/>
          </w:tcPr>
          <w:p w14:paraId="7328F0D5" w14:textId="77777777" w:rsidR="005A5E87" w:rsidRDefault="005A5E87"/>
        </w:tc>
        <w:tc>
          <w:tcPr>
            <w:tcW w:w="2131" w:type="dxa"/>
            <w:tcMar>
              <w:top w:w="70" w:type="dxa"/>
              <w:left w:w="90" w:type="dxa"/>
              <w:bottom w:w="70" w:type="dxa"/>
              <w:right w:w="90" w:type="dxa"/>
            </w:tcMar>
            <w:vAlign w:val="center"/>
          </w:tcPr>
          <w:p w14:paraId="04AC15F7" w14:textId="77777777" w:rsidR="005A5E87" w:rsidRDefault="005A5E87"/>
        </w:tc>
        <w:tc>
          <w:tcPr>
            <w:tcW w:w="2131" w:type="dxa"/>
            <w:tcMar>
              <w:top w:w="70" w:type="dxa"/>
              <w:left w:w="90" w:type="dxa"/>
              <w:bottom w:w="70" w:type="dxa"/>
              <w:right w:w="90" w:type="dxa"/>
            </w:tcMar>
            <w:vAlign w:val="center"/>
          </w:tcPr>
          <w:p w14:paraId="58D35E80" w14:textId="77777777" w:rsidR="005A5E87" w:rsidRDefault="005A5E87"/>
        </w:tc>
        <w:tc>
          <w:tcPr>
            <w:tcW w:w="2131" w:type="dxa"/>
            <w:tcMar>
              <w:top w:w="70" w:type="dxa"/>
              <w:left w:w="90" w:type="dxa"/>
              <w:bottom w:w="70" w:type="dxa"/>
              <w:right w:w="90" w:type="dxa"/>
            </w:tcMar>
            <w:vAlign w:val="center"/>
          </w:tcPr>
          <w:p w14:paraId="3FDD3010" w14:textId="77777777" w:rsidR="005A5E87" w:rsidRDefault="005A5E87"/>
        </w:tc>
      </w:tr>
      <w:tr w:rsidR="005A5E87" w14:paraId="22DFF6BE" w14:textId="77777777">
        <w:trPr>
          <w:cantSplit/>
          <w:jc w:val="center"/>
        </w:trPr>
        <w:tc>
          <w:tcPr>
            <w:tcW w:w="2131" w:type="dxa"/>
            <w:tcMar>
              <w:top w:w="70" w:type="dxa"/>
              <w:left w:w="90" w:type="dxa"/>
              <w:bottom w:w="70" w:type="dxa"/>
              <w:right w:w="90" w:type="dxa"/>
            </w:tcMar>
            <w:vAlign w:val="center"/>
          </w:tcPr>
          <w:p w14:paraId="73F0ADAA" w14:textId="77777777" w:rsidR="005A5E87" w:rsidRDefault="005A5E87"/>
        </w:tc>
        <w:tc>
          <w:tcPr>
            <w:tcW w:w="2131" w:type="dxa"/>
            <w:tcMar>
              <w:top w:w="70" w:type="dxa"/>
              <w:left w:w="90" w:type="dxa"/>
              <w:bottom w:w="70" w:type="dxa"/>
              <w:right w:w="90" w:type="dxa"/>
            </w:tcMar>
            <w:vAlign w:val="center"/>
          </w:tcPr>
          <w:p w14:paraId="73434FF6" w14:textId="77777777" w:rsidR="005A5E87" w:rsidRDefault="005A5E87"/>
        </w:tc>
        <w:tc>
          <w:tcPr>
            <w:tcW w:w="2131" w:type="dxa"/>
            <w:tcMar>
              <w:top w:w="70" w:type="dxa"/>
              <w:left w:w="90" w:type="dxa"/>
              <w:bottom w:w="70" w:type="dxa"/>
              <w:right w:w="90" w:type="dxa"/>
            </w:tcMar>
            <w:vAlign w:val="center"/>
          </w:tcPr>
          <w:p w14:paraId="785F7E49" w14:textId="77777777" w:rsidR="005A5E87" w:rsidRDefault="005A5E87"/>
        </w:tc>
        <w:tc>
          <w:tcPr>
            <w:tcW w:w="2131" w:type="dxa"/>
            <w:tcMar>
              <w:top w:w="70" w:type="dxa"/>
              <w:left w:w="90" w:type="dxa"/>
              <w:bottom w:w="70" w:type="dxa"/>
              <w:right w:w="90" w:type="dxa"/>
            </w:tcMar>
            <w:vAlign w:val="center"/>
          </w:tcPr>
          <w:p w14:paraId="027CA258" w14:textId="77777777" w:rsidR="005A5E87" w:rsidRDefault="005A5E87"/>
        </w:tc>
        <w:tc>
          <w:tcPr>
            <w:tcW w:w="2131" w:type="dxa"/>
            <w:tcMar>
              <w:top w:w="70" w:type="dxa"/>
              <w:left w:w="90" w:type="dxa"/>
              <w:bottom w:w="70" w:type="dxa"/>
              <w:right w:w="90" w:type="dxa"/>
            </w:tcMar>
            <w:vAlign w:val="center"/>
          </w:tcPr>
          <w:p w14:paraId="026CCC22" w14:textId="77777777" w:rsidR="005A5E87" w:rsidRDefault="005A5E87"/>
        </w:tc>
      </w:tr>
    </w:tbl>
    <w:p w14:paraId="05099EF4" w14:textId="77777777" w:rsidR="005A5E87" w:rsidRDefault="001C7255">
      <w:pPr>
        <w:spacing w:after="60" w:line="240" w:lineRule="auto"/>
      </w:pPr>
      <w:r>
        <w:rPr>
          <w:i/>
          <w:color w:val="5A6066"/>
          <w:sz w:val="15"/>
        </w:rPr>
        <w:t>Examples: ASE, I-CAR, AWS or welding credentials, OEM or paint-system training, refrigerant certification, OSHA, first aid/CPR, forklift, CDL, DOT, towing/recovery, technical-school or military technical training.</w:t>
      </w:r>
    </w:p>
    <w:tbl>
      <w:tblPr>
        <w:tblW w:w="0" w:type="auto"/>
        <w:jc w:val="center"/>
        <w:tblLook w:val="04A0" w:firstRow="1" w:lastRow="0" w:firstColumn="1" w:lastColumn="0" w:noHBand="0" w:noVBand="1"/>
      </w:tblPr>
      <w:tblGrid>
        <w:gridCol w:w="10656"/>
      </w:tblGrid>
      <w:tr w:rsidR="005A5E87" w14:paraId="3D44C6EE" w14:textId="77777777">
        <w:trPr>
          <w:cantSplit/>
          <w:jc w:val="center"/>
        </w:trPr>
        <w:tc>
          <w:tcPr>
            <w:tcW w:w="10656" w:type="dxa"/>
            <w:shd w:val="clear" w:color="auto" w:fill="17191C"/>
            <w:tcMar>
              <w:top w:w="80" w:type="dxa"/>
              <w:left w:w="120" w:type="dxa"/>
              <w:bottom w:w="80" w:type="dxa"/>
              <w:right w:w="120" w:type="dxa"/>
            </w:tcMar>
          </w:tcPr>
          <w:p w14:paraId="5D23B0DC" w14:textId="77777777" w:rsidR="005A5E87" w:rsidRDefault="001C7255">
            <w:pPr>
              <w:spacing w:after="0" w:line="240" w:lineRule="auto"/>
            </w:pPr>
            <w:r>
              <w:rPr>
                <w:b/>
                <w:color w:val="FFFFFF"/>
                <w:sz w:val="22"/>
              </w:rPr>
              <w:t>7. TECHNICAL SKILLS AND EXPERIENCE</w:t>
            </w:r>
          </w:p>
        </w:tc>
      </w:tr>
    </w:tbl>
    <w:p w14:paraId="12907E97" w14:textId="77777777" w:rsidR="005A5E87" w:rsidRDefault="005A5E87">
      <w:pPr>
        <w:spacing w:after="0"/>
      </w:pPr>
    </w:p>
    <w:p w14:paraId="4C55306F" w14:textId="77777777" w:rsidR="005A5E87" w:rsidRDefault="001C7255">
      <w:pPr>
        <w:spacing w:after="60" w:line="240" w:lineRule="auto"/>
      </w:pPr>
      <w:r>
        <w:rPr>
          <w:color w:val="444A50"/>
          <w:sz w:val="16"/>
        </w:rPr>
        <w:t>Complete the categories relevant to the position. Self-rating scale: 0 = no experience; 1 = familiar; 2 = trained / limited practice; 3 = performs with supervision; 4 = performs independently; 5 = advanced, lead or trainer-level.</w:t>
      </w:r>
    </w:p>
    <w:tbl>
      <w:tblPr>
        <w:tblW w:w="0" w:type="auto"/>
        <w:jc w:val="center"/>
        <w:tblLook w:val="04A0" w:firstRow="1" w:lastRow="0" w:firstColumn="1" w:lastColumn="0" w:noHBand="0" w:noVBand="1"/>
      </w:tblPr>
      <w:tblGrid>
        <w:gridCol w:w="10656"/>
      </w:tblGrid>
      <w:tr w:rsidR="005A5E87" w14:paraId="7AA6005B" w14:textId="77777777">
        <w:trPr>
          <w:cantSplit/>
          <w:jc w:val="center"/>
        </w:trPr>
        <w:tc>
          <w:tcPr>
            <w:tcW w:w="10656" w:type="dxa"/>
            <w:shd w:val="clear" w:color="auto" w:fill="D9DDE1"/>
            <w:tcMar>
              <w:top w:w="60" w:type="dxa"/>
              <w:left w:w="100" w:type="dxa"/>
              <w:bottom w:w="60" w:type="dxa"/>
              <w:right w:w="100" w:type="dxa"/>
            </w:tcMar>
          </w:tcPr>
          <w:p w14:paraId="7B2FFA65" w14:textId="77777777" w:rsidR="005A5E87" w:rsidRDefault="001C7255">
            <w:pPr>
              <w:spacing w:after="0" w:line="240" w:lineRule="auto"/>
            </w:pPr>
            <w:r>
              <w:rPr>
                <w:b/>
                <w:color w:val="17191C"/>
                <w:sz w:val="19"/>
              </w:rPr>
              <w:t>Full Custom Builds and Assembly</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72E08200" w14:textId="77777777">
        <w:trPr>
          <w:cantSplit/>
          <w:tblHeader/>
          <w:jc w:val="center"/>
        </w:trPr>
        <w:tc>
          <w:tcPr>
            <w:tcW w:w="3552" w:type="dxa"/>
            <w:shd w:val="clear" w:color="auto" w:fill="30343A"/>
          </w:tcPr>
          <w:p w14:paraId="4D689313" w14:textId="77777777" w:rsidR="005A5E87" w:rsidRDefault="001C7255">
            <w:pPr>
              <w:jc w:val="center"/>
            </w:pPr>
            <w:r>
              <w:rPr>
                <w:b/>
                <w:color w:val="FFFFFF"/>
                <w:sz w:val="16"/>
              </w:rPr>
              <w:t>Skill / Capability</w:t>
            </w:r>
          </w:p>
        </w:tc>
        <w:tc>
          <w:tcPr>
            <w:tcW w:w="3552" w:type="dxa"/>
            <w:shd w:val="clear" w:color="auto" w:fill="30343A"/>
          </w:tcPr>
          <w:p w14:paraId="3FDF2F05"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701BBAF7" w14:textId="77777777" w:rsidR="005A5E87" w:rsidRDefault="001C7255">
            <w:pPr>
              <w:jc w:val="center"/>
            </w:pPr>
            <w:r>
              <w:rPr>
                <w:b/>
                <w:color w:val="FFFFFF"/>
                <w:sz w:val="16"/>
              </w:rPr>
              <w:t>Years / Notes</w:t>
            </w:r>
          </w:p>
        </w:tc>
      </w:tr>
      <w:tr w:rsidR="005A5E87" w14:paraId="71D4D1C2" w14:textId="77777777">
        <w:trPr>
          <w:cantSplit/>
          <w:jc w:val="center"/>
        </w:trPr>
        <w:tc>
          <w:tcPr>
            <w:tcW w:w="3552" w:type="dxa"/>
            <w:tcMar>
              <w:top w:w="45" w:type="dxa"/>
              <w:left w:w="70" w:type="dxa"/>
              <w:bottom w:w="45" w:type="dxa"/>
              <w:right w:w="70" w:type="dxa"/>
            </w:tcMar>
          </w:tcPr>
          <w:p w14:paraId="29E825F9" w14:textId="77777777" w:rsidR="005A5E87" w:rsidRDefault="001C7255">
            <w:r>
              <w:rPr>
                <w:color w:val="111111"/>
                <w:sz w:val="15"/>
              </w:rPr>
              <w:t>Vehicle condition assessment</w:t>
            </w:r>
          </w:p>
        </w:tc>
        <w:tc>
          <w:tcPr>
            <w:tcW w:w="1008" w:type="dxa"/>
            <w:tcMar>
              <w:top w:w="45" w:type="dxa"/>
              <w:left w:w="70" w:type="dxa"/>
              <w:bottom w:w="45" w:type="dxa"/>
              <w:right w:w="70" w:type="dxa"/>
            </w:tcMar>
          </w:tcPr>
          <w:p w14:paraId="4A05918E" w14:textId="77777777" w:rsidR="005A5E87" w:rsidRDefault="005A5E87"/>
        </w:tc>
        <w:tc>
          <w:tcPr>
            <w:tcW w:w="2016" w:type="dxa"/>
            <w:tcMar>
              <w:top w:w="45" w:type="dxa"/>
              <w:left w:w="70" w:type="dxa"/>
              <w:bottom w:w="45" w:type="dxa"/>
              <w:right w:w="70" w:type="dxa"/>
            </w:tcMar>
          </w:tcPr>
          <w:p w14:paraId="52ADD518" w14:textId="77777777" w:rsidR="005A5E87" w:rsidRDefault="005A5E87"/>
        </w:tc>
      </w:tr>
      <w:tr w:rsidR="005A5E87" w14:paraId="0F0C325F" w14:textId="77777777">
        <w:trPr>
          <w:cantSplit/>
          <w:jc w:val="center"/>
        </w:trPr>
        <w:tc>
          <w:tcPr>
            <w:tcW w:w="3552" w:type="dxa"/>
            <w:tcMar>
              <w:top w:w="45" w:type="dxa"/>
              <w:left w:w="70" w:type="dxa"/>
              <w:bottom w:w="45" w:type="dxa"/>
              <w:right w:w="70" w:type="dxa"/>
            </w:tcMar>
          </w:tcPr>
          <w:p w14:paraId="0C7FE9BA" w14:textId="77777777" w:rsidR="005A5E87" w:rsidRDefault="001C7255">
            <w:r>
              <w:rPr>
                <w:color w:val="111111"/>
                <w:sz w:val="15"/>
              </w:rPr>
              <w:t>Complete vehicle disassembly</w:t>
            </w:r>
          </w:p>
        </w:tc>
        <w:tc>
          <w:tcPr>
            <w:tcW w:w="1008" w:type="dxa"/>
            <w:tcMar>
              <w:top w:w="45" w:type="dxa"/>
              <w:left w:w="70" w:type="dxa"/>
              <w:bottom w:w="45" w:type="dxa"/>
              <w:right w:w="70" w:type="dxa"/>
            </w:tcMar>
          </w:tcPr>
          <w:p w14:paraId="22364DED" w14:textId="77777777" w:rsidR="005A5E87" w:rsidRDefault="005A5E87"/>
        </w:tc>
        <w:tc>
          <w:tcPr>
            <w:tcW w:w="2016" w:type="dxa"/>
            <w:tcMar>
              <w:top w:w="45" w:type="dxa"/>
              <w:left w:w="70" w:type="dxa"/>
              <w:bottom w:w="45" w:type="dxa"/>
              <w:right w:w="70" w:type="dxa"/>
            </w:tcMar>
          </w:tcPr>
          <w:p w14:paraId="18585045" w14:textId="77777777" w:rsidR="005A5E87" w:rsidRDefault="005A5E87"/>
        </w:tc>
      </w:tr>
      <w:tr w:rsidR="005A5E87" w14:paraId="228F6E85" w14:textId="77777777">
        <w:trPr>
          <w:cantSplit/>
          <w:jc w:val="center"/>
        </w:trPr>
        <w:tc>
          <w:tcPr>
            <w:tcW w:w="3552" w:type="dxa"/>
            <w:tcMar>
              <w:top w:w="45" w:type="dxa"/>
              <w:left w:w="70" w:type="dxa"/>
              <w:bottom w:w="45" w:type="dxa"/>
              <w:right w:w="70" w:type="dxa"/>
            </w:tcMar>
          </w:tcPr>
          <w:p w14:paraId="61F52F0A" w14:textId="77777777" w:rsidR="005A5E87" w:rsidRDefault="001C7255">
            <w:r>
              <w:rPr>
                <w:color w:val="111111"/>
                <w:sz w:val="15"/>
              </w:rPr>
              <w:t>Chassis/body separation</w:t>
            </w:r>
          </w:p>
        </w:tc>
        <w:tc>
          <w:tcPr>
            <w:tcW w:w="1008" w:type="dxa"/>
            <w:tcMar>
              <w:top w:w="45" w:type="dxa"/>
              <w:left w:w="70" w:type="dxa"/>
              <w:bottom w:w="45" w:type="dxa"/>
              <w:right w:w="70" w:type="dxa"/>
            </w:tcMar>
          </w:tcPr>
          <w:p w14:paraId="161A8C3F" w14:textId="77777777" w:rsidR="005A5E87" w:rsidRDefault="005A5E87"/>
        </w:tc>
        <w:tc>
          <w:tcPr>
            <w:tcW w:w="2016" w:type="dxa"/>
            <w:tcMar>
              <w:top w:w="45" w:type="dxa"/>
              <w:left w:w="70" w:type="dxa"/>
              <w:bottom w:w="45" w:type="dxa"/>
              <w:right w:w="70" w:type="dxa"/>
            </w:tcMar>
          </w:tcPr>
          <w:p w14:paraId="1382F8CC" w14:textId="77777777" w:rsidR="005A5E87" w:rsidRDefault="005A5E87"/>
        </w:tc>
      </w:tr>
      <w:tr w:rsidR="005A5E87" w14:paraId="6DC8117F" w14:textId="77777777">
        <w:trPr>
          <w:cantSplit/>
          <w:jc w:val="center"/>
        </w:trPr>
        <w:tc>
          <w:tcPr>
            <w:tcW w:w="3552" w:type="dxa"/>
            <w:tcMar>
              <w:top w:w="45" w:type="dxa"/>
              <w:left w:w="70" w:type="dxa"/>
              <w:bottom w:w="45" w:type="dxa"/>
              <w:right w:w="70" w:type="dxa"/>
            </w:tcMar>
          </w:tcPr>
          <w:p w14:paraId="738FB7EF" w14:textId="77777777" w:rsidR="005A5E87" w:rsidRDefault="001C7255">
            <w:r>
              <w:rPr>
                <w:color w:val="111111"/>
                <w:sz w:val="15"/>
              </w:rPr>
              <w:t>Frame-off or frame-up assembly</w:t>
            </w:r>
          </w:p>
        </w:tc>
        <w:tc>
          <w:tcPr>
            <w:tcW w:w="1008" w:type="dxa"/>
            <w:tcMar>
              <w:top w:w="45" w:type="dxa"/>
              <w:left w:w="70" w:type="dxa"/>
              <w:bottom w:w="45" w:type="dxa"/>
              <w:right w:w="70" w:type="dxa"/>
            </w:tcMar>
          </w:tcPr>
          <w:p w14:paraId="6B9040EF" w14:textId="77777777" w:rsidR="005A5E87" w:rsidRDefault="005A5E87"/>
        </w:tc>
        <w:tc>
          <w:tcPr>
            <w:tcW w:w="2016" w:type="dxa"/>
            <w:tcMar>
              <w:top w:w="45" w:type="dxa"/>
              <w:left w:w="70" w:type="dxa"/>
              <w:bottom w:w="45" w:type="dxa"/>
              <w:right w:w="70" w:type="dxa"/>
            </w:tcMar>
          </w:tcPr>
          <w:p w14:paraId="18180D6F" w14:textId="77777777" w:rsidR="005A5E87" w:rsidRDefault="005A5E87"/>
        </w:tc>
      </w:tr>
      <w:tr w:rsidR="005A5E87" w14:paraId="01E7FC21" w14:textId="77777777">
        <w:trPr>
          <w:cantSplit/>
          <w:jc w:val="center"/>
        </w:trPr>
        <w:tc>
          <w:tcPr>
            <w:tcW w:w="3552" w:type="dxa"/>
            <w:tcMar>
              <w:top w:w="45" w:type="dxa"/>
              <w:left w:w="70" w:type="dxa"/>
              <w:bottom w:w="45" w:type="dxa"/>
              <w:right w:w="70" w:type="dxa"/>
            </w:tcMar>
          </w:tcPr>
          <w:p w14:paraId="2F541B7D" w14:textId="77777777" w:rsidR="005A5E87" w:rsidRDefault="001C7255">
            <w:r>
              <w:rPr>
                <w:color w:val="111111"/>
                <w:sz w:val="15"/>
              </w:rPr>
              <w:t>Component mock-up and build sequencing</w:t>
            </w:r>
          </w:p>
        </w:tc>
        <w:tc>
          <w:tcPr>
            <w:tcW w:w="1008" w:type="dxa"/>
            <w:tcMar>
              <w:top w:w="45" w:type="dxa"/>
              <w:left w:w="70" w:type="dxa"/>
              <w:bottom w:w="45" w:type="dxa"/>
              <w:right w:w="70" w:type="dxa"/>
            </w:tcMar>
          </w:tcPr>
          <w:p w14:paraId="48AF690B" w14:textId="77777777" w:rsidR="005A5E87" w:rsidRDefault="005A5E87"/>
        </w:tc>
        <w:tc>
          <w:tcPr>
            <w:tcW w:w="2016" w:type="dxa"/>
            <w:tcMar>
              <w:top w:w="45" w:type="dxa"/>
              <w:left w:w="70" w:type="dxa"/>
              <w:bottom w:w="45" w:type="dxa"/>
              <w:right w:w="70" w:type="dxa"/>
            </w:tcMar>
          </w:tcPr>
          <w:p w14:paraId="0C5DB4A6" w14:textId="77777777" w:rsidR="005A5E87" w:rsidRDefault="005A5E87"/>
        </w:tc>
      </w:tr>
      <w:tr w:rsidR="005A5E87" w14:paraId="244A54AE" w14:textId="77777777">
        <w:trPr>
          <w:cantSplit/>
          <w:jc w:val="center"/>
        </w:trPr>
        <w:tc>
          <w:tcPr>
            <w:tcW w:w="3552" w:type="dxa"/>
            <w:tcMar>
              <w:top w:w="45" w:type="dxa"/>
              <w:left w:w="70" w:type="dxa"/>
              <w:bottom w:w="45" w:type="dxa"/>
              <w:right w:w="70" w:type="dxa"/>
            </w:tcMar>
          </w:tcPr>
          <w:p w14:paraId="3BC03DD4" w14:textId="77777777" w:rsidR="005A5E87" w:rsidRDefault="001C7255">
            <w:r>
              <w:rPr>
                <w:color w:val="111111"/>
                <w:sz w:val="15"/>
              </w:rPr>
              <w:t>Final vehicle assembly</w:t>
            </w:r>
          </w:p>
        </w:tc>
        <w:tc>
          <w:tcPr>
            <w:tcW w:w="1008" w:type="dxa"/>
            <w:tcMar>
              <w:top w:w="45" w:type="dxa"/>
              <w:left w:w="70" w:type="dxa"/>
              <w:bottom w:w="45" w:type="dxa"/>
              <w:right w:w="70" w:type="dxa"/>
            </w:tcMar>
          </w:tcPr>
          <w:p w14:paraId="5910BE91" w14:textId="77777777" w:rsidR="005A5E87" w:rsidRDefault="005A5E87"/>
        </w:tc>
        <w:tc>
          <w:tcPr>
            <w:tcW w:w="2016" w:type="dxa"/>
            <w:tcMar>
              <w:top w:w="45" w:type="dxa"/>
              <w:left w:w="70" w:type="dxa"/>
              <w:bottom w:w="45" w:type="dxa"/>
              <w:right w:w="70" w:type="dxa"/>
            </w:tcMar>
          </w:tcPr>
          <w:p w14:paraId="726B9544" w14:textId="77777777" w:rsidR="005A5E87" w:rsidRDefault="005A5E87"/>
        </w:tc>
      </w:tr>
      <w:tr w:rsidR="005A5E87" w14:paraId="0E34A5C3" w14:textId="77777777">
        <w:trPr>
          <w:cantSplit/>
          <w:jc w:val="center"/>
        </w:trPr>
        <w:tc>
          <w:tcPr>
            <w:tcW w:w="3552" w:type="dxa"/>
            <w:tcMar>
              <w:top w:w="45" w:type="dxa"/>
              <w:left w:w="70" w:type="dxa"/>
              <w:bottom w:w="45" w:type="dxa"/>
              <w:right w:w="70" w:type="dxa"/>
            </w:tcMar>
          </w:tcPr>
          <w:p w14:paraId="529F5E2B" w14:textId="77777777" w:rsidR="005A5E87" w:rsidRDefault="001C7255">
            <w:r>
              <w:rPr>
                <w:color w:val="111111"/>
                <w:sz w:val="15"/>
              </w:rPr>
              <w:t>Torque and fluid documentation</w:t>
            </w:r>
          </w:p>
        </w:tc>
        <w:tc>
          <w:tcPr>
            <w:tcW w:w="1008" w:type="dxa"/>
            <w:tcMar>
              <w:top w:w="45" w:type="dxa"/>
              <w:left w:w="70" w:type="dxa"/>
              <w:bottom w:w="45" w:type="dxa"/>
              <w:right w:w="70" w:type="dxa"/>
            </w:tcMar>
          </w:tcPr>
          <w:p w14:paraId="46EC71FC" w14:textId="77777777" w:rsidR="005A5E87" w:rsidRDefault="005A5E87"/>
        </w:tc>
        <w:tc>
          <w:tcPr>
            <w:tcW w:w="2016" w:type="dxa"/>
            <w:tcMar>
              <w:top w:w="45" w:type="dxa"/>
              <w:left w:w="70" w:type="dxa"/>
              <w:bottom w:w="45" w:type="dxa"/>
              <w:right w:w="70" w:type="dxa"/>
            </w:tcMar>
          </w:tcPr>
          <w:p w14:paraId="77DDACA1" w14:textId="77777777" w:rsidR="005A5E87" w:rsidRDefault="005A5E87"/>
        </w:tc>
      </w:tr>
      <w:tr w:rsidR="005A5E87" w14:paraId="0CF93DDB" w14:textId="77777777">
        <w:trPr>
          <w:cantSplit/>
          <w:jc w:val="center"/>
        </w:trPr>
        <w:tc>
          <w:tcPr>
            <w:tcW w:w="3552" w:type="dxa"/>
            <w:tcMar>
              <w:top w:w="45" w:type="dxa"/>
              <w:left w:w="70" w:type="dxa"/>
              <w:bottom w:w="45" w:type="dxa"/>
              <w:right w:w="70" w:type="dxa"/>
            </w:tcMar>
          </w:tcPr>
          <w:p w14:paraId="14C7D454" w14:textId="77777777" w:rsidR="005A5E87" w:rsidRDefault="001C7255">
            <w:r>
              <w:rPr>
                <w:color w:val="111111"/>
                <w:sz w:val="15"/>
              </w:rPr>
              <w:t>Quality-control inspections</w:t>
            </w:r>
          </w:p>
        </w:tc>
        <w:tc>
          <w:tcPr>
            <w:tcW w:w="1008" w:type="dxa"/>
            <w:tcMar>
              <w:top w:w="45" w:type="dxa"/>
              <w:left w:w="70" w:type="dxa"/>
              <w:bottom w:w="45" w:type="dxa"/>
              <w:right w:w="70" w:type="dxa"/>
            </w:tcMar>
          </w:tcPr>
          <w:p w14:paraId="51294D9E" w14:textId="77777777" w:rsidR="005A5E87" w:rsidRDefault="005A5E87"/>
        </w:tc>
        <w:tc>
          <w:tcPr>
            <w:tcW w:w="2016" w:type="dxa"/>
            <w:tcMar>
              <w:top w:w="45" w:type="dxa"/>
              <w:left w:w="70" w:type="dxa"/>
              <w:bottom w:w="45" w:type="dxa"/>
              <w:right w:w="70" w:type="dxa"/>
            </w:tcMar>
          </w:tcPr>
          <w:p w14:paraId="38937B98" w14:textId="77777777" w:rsidR="005A5E87" w:rsidRDefault="005A5E87"/>
        </w:tc>
      </w:tr>
      <w:tr w:rsidR="005A5E87" w14:paraId="2DC8455B" w14:textId="77777777">
        <w:trPr>
          <w:cantSplit/>
          <w:jc w:val="center"/>
        </w:trPr>
        <w:tc>
          <w:tcPr>
            <w:tcW w:w="3552" w:type="dxa"/>
            <w:tcMar>
              <w:top w:w="45" w:type="dxa"/>
              <w:left w:w="70" w:type="dxa"/>
              <w:bottom w:w="45" w:type="dxa"/>
              <w:right w:w="70" w:type="dxa"/>
            </w:tcMar>
          </w:tcPr>
          <w:p w14:paraId="50C6A08C" w14:textId="77777777" w:rsidR="005A5E87" w:rsidRDefault="001C7255">
            <w:r>
              <w:rPr>
                <w:color w:val="111111"/>
                <w:sz w:val="15"/>
              </w:rPr>
              <w:t>Road testing and delivery preparation</w:t>
            </w:r>
          </w:p>
        </w:tc>
        <w:tc>
          <w:tcPr>
            <w:tcW w:w="1008" w:type="dxa"/>
            <w:tcMar>
              <w:top w:w="45" w:type="dxa"/>
              <w:left w:w="70" w:type="dxa"/>
              <w:bottom w:w="45" w:type="dxa"/>
              <w:right w:w="70" w:type="dxa"/>
            </w:tcMar>
          </w:tcPr>
          <w:p w14:paraId="6F09F838" w14:textId="77777777" w:rsidR="005A5E87" w:rsidRDefault="005A5E87"/>
        </w:tc>
        <w:tc>
          <w:tcPr>
            <w:tcW w:w="2016" w:type="dxa"/>
            <w:tcMar>
              <w:top w:w="45" w:type="dxa"/>
              <w:left w:w="70" w:type="dxa"/>
              <w:bottom w:w="45" w:type="dxa"/>
              <w:right w:w="70" w:type="dxa"/>
            </w:tcMar>
          </w:tcPr>
          <w:p w14:paraId="6C84629E" w14:textId="77777777" w:rsidR="005A5E87" w:rsidRDefault="005A5E87"/>
        </w:tc>
      </w:tr>
    </w:tbl>
    <w:tbl>
      <w:tblPr>
        <w:tblW w:w="0" w:type="auto"/>
        <w:jc w:val="center"/>
        <w:tblLook w:val="04A0" w:firstRow="1" w:lastRow="0" w:firstColumn="1" w:lastColumn="0" w:noHBand="0" w:noVBand="1"/>
      </w:tblPr>
      <w:tblGrid>
        <w:gridCol w:w="10656"/>
      </w:tblGrid>
      <w:tr w:rsidR="005A5E87" w14:paraId="2699EDF1" w14:textId="77777777">
        <w:trPr>
          <w:cantSplit/>
          <w:jc w:val="center"/>
        </w:trPr>
        <w:tc>
          <w:tcPr>
            <w:tcW w:w="10656" w:type="dxa"/>
            <w:shd w:val="clear" w:color="auto" w:fill="D9DDE1"/>
            <w:tcMar>
              <w:top w:w="60" w:type="dxa"/>
              <w:left w:w="100" w:type="dxa"/>
              <w:bottom w:w="60" w:type="dxa"/>
              <w:right w:w="100" w:type="dxa"/>
            </w:tcMar>
          </w:tcPr>
          <w:p w14:paraId="77197492" w14:textId="77777777" w:rsidR="005A5E87" w:rsidRDefault="001C7255">
            <w:pPr>
              <w:spacing w:after="0" w:line="240" w:lineRule="auto"/>
            </w:pPr>
            <w:r>
              <w:rPr>
                <w:b/>
                <w:color w:val="17191C"/>
                <w:sz w:val="19"/>
              </w:rPr>
              <w:t>Mechanical and Drivetrain</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258EA44E" w14:textId="77777777">
        <w:trPr>
          <w:cantSplit/>
          <w:tblHeader/>
          <w:jc w:val="center"/>
        </w:trPr>
        <w:tc>
          <w:tcPr>
            <w:tcW w:w="3552" w:type="dxa"/>
            <w:shd w:val="clear" w:color="auto" w:fill="30343A"/>
          </w:tcPr>
          <w:p w14:paraId="7A49F56A" w14:textId="77777777" w:rsidR="005A5E87" w:rsidRDefault="001C7255">
            <w:pPr>
              <w:jc w:val="center"/>
            </w:pPr>
            <w:r>
              <w:rPr>
                <w:b/>
                <w:color w:val="FFFFFF"/>
                <w:sz w:val="16"/>
              </w:rPr>
              <w:t>Skill / Capability</w:t>
            </w:r>
          </w:p>
        </w:tc>
        <w:tc>
          <w:tcPr>
            <w:tcW w:w="3552" w:type="dxa"/>
            <w:shd w:val="clear" w:color="auto" w:fill="30343A"/>
          </w:tcPr>
          <w:p w14:paraId="0258CC90"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23AC56E7" w14:textId="77777777" w:rsidR="005A5E87" w:rsidRDefault="001C7255">
            <w:pPr>
              <w:jc w:val="center"/>
            </w:pPr>
            <w:r>
              <w:rPr>
                <w:b/>
                <w:color w:val="FFFFFF"/>
                <w:sz w:val="16"/>
              </w:rPr>
              <w:t>Years / Notes</w:t>
            </w:r>
          </w:p>
        </w:tc>
      </w:tr>
      <w:tr w:rsidR="005A5E87" w14:paraId="6A5AC939" w14:textId="77777777">
        <w:trPr>
          <w:cantSplit/>
          <w:jc w:val="center"/>
        </w:trPr>
        <w:tc>
          <w:tcPr>
            <w:tcW w:w="3552" w:type="dxa"/>
            <w:tcMar>
              <w:top w:w="45" w:type="dxa"/>
              <w:left w:w="70" w:type="dxa"/>
              <w:bottom w:w="45" w:type="dxa"/>
              <w:right w:w="70" w:type="dxa"/>
            </w:tcMar>
          </w:tcPr>
          <w:p w14:paraId="6C41FA48" w14:textId="77777777" w:rsidR="005A5E87" w:rsidRDefault="001C7255">
            <w:r>
              <w:rPr>
                <w:color w:val="111111"/>
                <w:sz w:val="15"/>
              </w:rPr>
              <w:t>Engine diagnostics</w:t>
            </w:r>
          </w:p>
        </w:tc>
        <w:tc>
          <w:tcPr>
            <w:tcW w:w="1008" w:type="dxa"/>
            <w:tcMar>
              <w:top w:w="45" w:type="dxa"/>
              <w:left w:w="70" w:type="dxa"/>
              <w:bottom w:w="45" w:type="dxa"/>
              <w:right w:w="70" w:type="dxa"/>
            </w:tcMar>
          </w:tcPr>
          <w:p w14:paraId="3A2B93F8" w14:textId="77777777" w:rsidR="005A5E87" w:rsidRDefault="005A5E87"/>
        </w:tc>
        <w:tc>
          <w:tcPr>
            <w:tcW w:w="2016" w:type="dxa"/>
            <w:tcMar>
              <w:top w:w="45" w:type="dxa"/>
              <w:left w:w="70" w:type="dxa"/>
              <w:bottom w:w="45" w:type="dxa"/>
              <w:right w:w="70" w:type="dxa"/>
            </w:tcMar>
          </w:tcPr>
          <w:p w14:paraId="34D855A7" w14:textId="77777777" w:rsidR="005A5E87" w:rsidRDefault="005A5E87"/>
        </w:tc>
      </w:tr>
      <w:tr w:rsidR="005A5E87" w14:paraId="443E3ED6" w14:textId="77777777">
        <w:trPr>
          <w:cantSplit/>
          <w:jc w:val="center"/>
        </w:trPr>
        <w:tc>
          <w:tcPr>
            <w:tcW w:w="3552" w:type="dxa"/>
            <w:tcMar>
              <w:top w:w="45" w:type="dxa"/>
              <w:left w:w="70" w:type="dxa"/>
              <w:bottom w:w="45" w:type="dxa"/>
              <w:right w:w="70" w:type="dxa"/>
            </w:tcMar>
          </w:tcPr>
          <w:p w14:paraId="37E67C94" w14:textId="77777777" w:rsidR="005A5E87" w:rsidRDefault="001C7255">
            <w:r>
              <w:rPr>
                <w:color w:val="111111"/>
                <w:sz w:val="15"/>
              </w:rPr>
              <w:t>Engine rebuilding</w:t>
            </w:r>
          </w:p>
        </w:tc>
        <w:tc>
          <w:tcPr>
            <w:tcW w:w="1008" w:type="dxa"/>
            <w:tcMar>
              <w:top w:w="45" w:type="dxa"/>
              <w:left w:w="70" w:type="dxa"/>
              <w:bottom w:w="45" w:type="dxa"/>
              <w:right w:w="70" w:type="dxa"/>
            </w:tcMar>
          </w:tcPr>
          <w:p w14:paraId="204610AF" w14:textId="77777777" w:rsidR="005A5E87" w:rsidRDefault="005A5E87"/>
        </w:tc>
        <w:tc>
          <w:tcPr>
            <w:tcW w:w="2016" w:type="dxa"/>
            <w:tcMar>
              <w:top w:w="45" w:type="dxa"/>
              <w:left w:w="70" w:type="dxa"/>
              <w:bottom w:w="45" w:type="dxa"/>
              <w:right w:w="70" w:type="dxa"/>
            </w:tcMar>
          </w:tcPr>
          <w:p w14:paraId="3AFAD806" w14:textId="77777777" w:rsidR="005A5E87" w:rsidRDefault="005A5E87"/>
        </w:tc>
      </w:tr>
      <w:tr w:rsidR="005A5E87" w14:paraId="35F69C6F" w14:textId="77777777">
        <w:trPr>
          <w:cantSplit/>
          <w:jc w:val="center"/>
        </w:trPr>
        <w:tc>
          <w:tcPr>
            <w:tcW w:w="3552" w:type="dxa"/>
            <w:tcMar>
              <w:top w:w="45" w:type="dxa"/>
              <w:left w:w="70" w:type="dxa"/>
              <w:bottom w:w="45" w:type="dxa"/>
              <w:right w:w="70" w:type="dxa"/>
            </w:tcMar>
          </w:tcPr>
          <w:p w14:paraId="22FD7DB9" w14:textId="77777777" w:rsidR="005A5E87" w:rsidRDefault="001C7255">
            <w:r>
              <w:rPr>
                <w:color w:val="111111"/>
                <w:sz w:val="15"/>
              </w:rPr>
              <w:t>Modern engine / LS swaps</w:t>
            </w:r>
          </w:p>
        </w:tc>
        <w:tc>
          <w:tcPr>
            <w:tcW w:w="1008" w:type="dxa"/>
            <w:tcMar>
              <w:top w:w="45" w:type="dxa"/>
              <w:left w:w="70" w:type="dxa"/>
              <w:bottom w:w="45" w:type="dxa"/>
              <w:right w:w="70" w:type="dxa"/>
            </w:tcMar>
          </w:tcPr>
          <w:p w14:paraId="71CCDDD9" w14:textId="77777777" w:rsidR="005A5E87" w:rsidRDefault="005A5E87"/>
        </w:tc>
        <w:tc>
          <w:tcPr>
            <w:tcW w:w="2016" w:type="dxa"/>
            <w:tcMar>
              <w:top w:w="45" w:type="dxa"/>
              <w:left w:w="70" w:type="dxa"/>
              <w:bottom w:w="45" w:type="dxa"/>
              <w:right w:w="70" w:type="dxa"/>
            </w:tcMar>
          </w:tcPr>
          <w:p w14:paraId="5B67BE26" w14:textId="77777777" w:rsidR="005A5E87" w:rsidRDefault="005A5E87"/>
        </w:tc>
      </w:tr>
      <w:tr w:rsidR="005A5E87" w14:paraId="1CD3BE8B" w14:textId="77777777">
        <w:trPr>
          <w:cantSplit/>
          <w:jc w:val="center"/>
        </w:trPr>
        <w:tc>
          <w:tcPr>
            <w:tcW w:w="3552" w:type="dxa"/>
            <w:tcMar>
              <w:top w:w="45" w:type="dxa"/>
              <w:left w:w="70" w:type="dxa"/>
              <w:bottom w:w="45" w:type="dxa"/>
              <w:right w:w="70" w:type="dxa"/>
            </w:tcMar>
          </w:tcPr>
          <w:p w14:paraId="50DC25FD" w14:textId="77777777" w:rsidR="005A5E87" w:rsidRDefault="001C7255">
            <w:r>
              <w:rPr>
                <w:color w:val="111111"/>
                <w:sz w:val="15"/>
              </w:rPr>
              <w:t>Carbureted and EFI systems</w:t>
            </w:r>
          </w:p>
        </w:tc>
        <w:tc>
          <w:tcPr>
            <w:tcW w:w="1008" w:type="dxa"/>
            <w:tcMar>
              <w:top w:w="45" w:type="dxa"/>
              <w:left w:w="70" w:type="dxa"/>
              <w:bottom w:w="45" w:type="dxa"/>
              <w:right w:w="70" w:type="dxa"/>
            </w:tcMar>
          </w:tcPr>
          <w:p w14:paraId="28AA48AF" w14:textId="77777777" w:rsidR="005A5E87" w:rsidRDefault="005A5E87"/>
        </w:tc>
        <w:tc>
          <w:tcPr>
            <w:tcW w:w="2016" w:type="dxa"/>
            <w:tcMar>
              <w:top w:w="45" w:type="dxa"/>
              <w:left w:w="70" w:type="dxa"/>
              <w:bottom w:w="45" w:type="dxa"/>
              <w:right w:w="70" w:type="dxa"/>
            </w:tcMar>
          </w:tcPr>
          <w:p w14:paraId="27B31906" w14:textId="77777777" w:rsidR="005A5E87" w:rsidRDefault="005A5E87"/>
        </w:tc>
      </w:tr>
      <w:tr w:rsidR="005A5E87" w14:paraId="3A9DEF16" w14:textId="77777777">
        <w:trPr>
          <w:cantSplit/>
          <w:jc w:val="center"/>
        </w:trPr>
        <w:tc>
          <w:tcPr>
            <w:tcW w:w="3552" w:type="dxa"/>
            <w:tcMar>
              <w:top w:w="45" w:type="dxa"/>
              <w:left w:w="70" w:type="dxa"/>
              <w:bottom w:w="45" w:type="dxa"/>
              <w:right w:w="70" w:type="dxa"/>
            </w:tcMar>
          </w:tcPr>
          <w:p w14:paraId="0241994A" w14:textId="77777777" w:rsidR="005A5E87" w:rsidRDefault="001C7255">
            <w:r>
              <w:rPr>
                <w:color w:val="111111"/>
                <w:sz w:val="15"/>
              </w:rPr>
              <w:t>Transmission installation</w:t>
            </w:r>
          </w:p>
        </w:tc>
        <w:tc>
          <w:tcPr>
            <w:tcW w:w="1008" w:type="dxa"/>
            <w:tcMar>
              <w:top w:w="45" w:type="dxa"/>
              <w:left w:w="70" w:type="dxa"/>
              <w:bottom w:w="45" w:type="dxa"/>
              <w:right w:w="70" w:type="dxa"/>
            </w:tcMar>
          </w:tcPr>
          <w:p w14:paraId="29A2679A" w14:textId="77777777" w:rsidR="005A5E87" w:rsidRDefault="005A5E87"/>
        </w:tc>
        <w:tc>
          <w:tcPr>
            <w:tcW w:w="2016" w:type="dxa"/>
            <w:tcMar>
              <w:top w:w="45" w:type="dxa"/>
              <w:left w:w="70" w:type="dxa"/>
              <w:bottom w:w="45" w:type="dxa"/>
              <w:right w:w="70" w:type="dxa"/>
            </w:tcMar>
          </w:tcPr>
          <w:p w14:paraId="566D4FDF" w14:textId="77777777" w:rsidR="005A5E87" w:rsidRDefault="005A5E87"/>
        </w:tc>
      </w:tr>
      <w:tr w:rsidR="005A5E87" w14:paraId="5AC1EF80" w14:textId="77777777">
        <w:trPr>
          <w:cantSplit/>
          <w:jc w:val="center"/>
        </w:trPr>
        <w:tc>
          <w:tcPr>
            <w:tcW w:w="3552" w:type="dxa"/>
            <w:tcMar>
              <w:top w:w="45" w:type="dxa"/>
              <w:left w:w="70" w:type="dxa"/>
              <w:bottom w:w="45" w:type="dxa"/>
              <w:right w:w="70" w:type="dxa"/>
            </w:tcMar>
          </w:tcPr>
          <w:p w14:paraId="57E9E6FF" w14:textId="77777777" w:rsidR="005A5E87" w:rsidRDefault="001C7255">
            <w:r>
              <w:rPr>
                <w:color w:val="111111"/>
                <w:sz w:val="15"/>
              </w:rPr>
              <w:t>Differential / axle work</w:t>
            </w:r>
          </w:p>
        </w:tc>
        <w:tc>
          <w:tcPr>
            <w:tcW w:w="1008" w:type="dxa"/>
            <w:tcMar>
              <w:top w:w="45" w:type="dxa"/>
              <w:left w:w="70" w:type="dxa"/>
              <w:bottom w:w="45" w:type="dxa"/>
              <w:right w:w="70" w:type="dxa"/>
            </w:tcMar>
          </w:tcPr>
          <w:p w14:paraId="434FB3D5" w14:textId="77777777" w:rsidR="005A5E87" w:rsidRDefault="005A5E87"/>
        </w:tc>
        <w:tc>
          <w:tcPr>
            <w:tcW w:w="2016" w:type="dxa"/>
            <w:tcMar>
              <w:top w:w="45" w:type="dxa"/>
              <w:left w:w="70" w:type="dxa"/>
              <w:bottom w:w="45" w:type="dxa"/>
              <w:right w:w="70" w:type="dxa"/>
            </w:tcMar>
          </w:tcPr>
          <w:p w14:paraId="63B2BB22" w14:textId="77777777" w:rsidR="005A5E87" w:rsidRDefault="005A5E87"/>
        </w:tc>
      </w:tr>
      <w:tr w:rsidR="005A5E87" w14:paraId="02D88E42" w14:textId="77777777">
        <w:trPr>
          <w:cantSplit/>
          <w:jc w:val="center"/>
        </w:trPr>
        <w:tc>
          <w:tcPr>
            <w:tcW w:w="3552" w:type="dxa"/>
            <w:tcMar>
              <w:top w:w="45" w:type="dxa"/>
              <w:left w:w="70" w:type="dxa"/>
              <w:bottom w:w="45" w:type="dxa"/>
              <w:right w:w="70" w:type="dxa"/>
            </w:tcMar>
          </w:tcPr>
          <w:p w14:paraId="5D0DEDC5" w14:textId="77777777" w:rsidR="005A5E87" w:rsidRDefault="001C7255">
            <w:r>
              <w:rPr>
                <w:color w:val="111111"/>
                <w:sz w:val="15"/>
              </w:rPr>
              <w:t>Driveshaft measurement and installation</w:t>
            </w:r>
          </w:p>
        </w:tc>
        <w:tc>
          <w:tcPr>
            <w:tcW w:w="1008" w:type="dxa"/>
            <w:tcMar>
              <w:top w:w="45" w:type="dxa"/>
              <w:left w:w="70" w:type="dxa"/>
              <w:bottom w:w="45" w:type="dxa"/>
              <w:right w:w="70" w:type="dxa"/>
            </w:tcMar>
          </w:tcPr>
          <w:p w14:paraId="7A678A76" w14:textId="77777777" w:rsidR="005A5E87" w:rsidRDefault="005A5E87"/>
        </w:tc>
        <w:tc>
          <w:tcPr>
            <w:tcW w:w="2016" w:type="dxa"/>
            <w:tcMar>
              <w:top w:w="45" w:type="dxa"/>
              <w:left w:w="70" w:type="dxa"/>
              <w:bottom w:w="45" w:type="dxa"/>
              <w:right w:w="70" w:type="dxa"/>
            </w:tcMar>
          </w:tcPr>
          <w:p w14:paraId="7137C048" w14:textId="77777777" w:rsidR="005A5E87" w:rsidRDefault="005A5E87"/>
        </w:tc>
      </w:tr>
      <w:tr w:rsidR="005A5E87" w14:paraId="0BB2CF80" w14:textId="77777777">
        <w:trPr>
          <w:cantSplit/>
          <w:jc w:val="center"/>
        </w:trPr>
        <w:tc>
          <w:tcPr>
            <w:tcW w:w="3552" w:type="dxa"/>
            <w:tcMar>
              <w:top w:w="45" w:type="dxa"/>
              <w:left w:w="70" w:type="dxa"/>
              <w:bottom w:w="45" w:type="dxa"/>
              <w:right w:w="70" w:type="dxa"/>
            </w:tcMar>
          </w:tcPr>
          <w:p w14:paraId="48D63672" w14:textId="77777777" w:rsidR="005A5E87" w:rsidRDefault="001C7255">
            <w:r>
              <w:rPr>
                <w:color w:val="111111"/>
                <w:sz w:val="15"/>
              </w:rPr>
              <w:t>Cooling and fuel systems</w:t>
            </w:r>
          </w:p>
        </w:tc>
        <w:tc>
          <w:tcPr>
            <w:tcW w:w="1008" w:type="dxa"/>
            <w:tcMar>
              <w:top w:w="45" w:type="dxa"/>
              <w:left w:w="70" w:type="dxa"/>
              <w:bottom w:w="45" w:type="dxa"/>
              <w:right w:w="70" w:type="dxa"/>
            </w:tcMar>
          </w:tcPr>
          <w:p w14:paraId="5CF37D4B" w14:textId="77777777" w:rsidR="005A5E87" w:rsidRDefault="005A5E87"/>
        </w:tc>
        <w:tc>
          <w:tcPr>
            <w:tcW w:w="2016" w:type="dxa"/>
            <w:tcMar>
              <w:top w:w="45" w:type="dxa"/>
              <w:left w:w="70" w:type="dxa"/>
              <w:bottom w:w="45" w:type="dxa"/>
              <w:right w:w="70" w:type="dxa"/>
            </w:tcMar>
          </w:tcPr>
          <w:p w14:paraId="041A9AD7" w14:textId="77777777" w:rsidR="005A5E87" w:rsidRDefault="005A5E87"/>
        </w:tc>
      </w:tr>
      <w:tr w:rsidR="005A5E87" w14:paraId="3B83FEF9" w14:textId="77777777">
        <w:trPr>
          <w:cantSplit/>
          <w:jc w:val="center"/>
        </w:trPr>
        <w:tc>
          <w:tcPr>
            <w:tcW w:w="3552" w:type="dxa"/>
            <w:tcMar>
              <w:top w:w="45" w:type="dxa"/>
              <w:left w:w="70" w:type="dxa"/>
              <w:bottom w:w="45" w:type="dxa"/>
              <w:right w:w="70" w:type="dxa"/>
            </w:tcMar>
          </w:tcPr>
          <w:p w14:paraId="65CF071D" w14:textId="77777777" w:rsidR="005A5E87" w:rsidRDefault="001C7255">
            <w:r>
              <w:rPr>
                <w:color w:val="111111"/>
                <w:sz w:val="15"/>
              </w:rPr>
              <w:t>Brake and steering systems</w:t>
            </w:r>
          </w:p>
        </w:tc>
        <w:tc>
          <w:tcPr>
            <w:tcW w:w="1008" w:type="dxa"/>
            <w:tcMar>
              <w:top w:w="45" w:type="dxa"/>
              <w:left w:w="70" w:type="dxa"/>
              <w:bottom w:w="45" w:type="dxa"/>
              <w:right w:w="70" w:type="dxa"/>
            </w:tcMar>
          </w:tcPr>
          <w:p w14:paraId="5250C46B" w14:textId="77777777" w:rsidR="005A5E87" w:rsidRDefault="005A5E87"/>
        </w:tc>
        <w:tc>
          <w:tcPr>
            <w:tcW w:w="2016" w:type="dxa"/>
            <w:tcMar>
              <w:top w:w="45" w:type="dxa"/>
              <w:left w:w="70" w:type="dxa"/>
              <w:bottom w:w="45" w:type="dxa"/>
              <w:right w:w="70" w:type="dxa"/>
            </w:tcMar>
          </w:tcPr>
          <w:p w14:paraId="7F8C1163" w14:textId="77777777" w:rsidR="005A5E87" w:rsidRDefault="005A5E87"/>
        </w:tc>
      </w:tr>
      <w:tr w:rsidR="005A5E87" w14:paraId="675E6557" w14:textId="77777777">
        <w:trPr>
          <w:cantSplit/>
          <w:jc w:val="center"/>
        </w:trPr>
        <w:tc>
          <w:tcPr>
            <w:tcW w:w="3552" w:type="dxa"/>
            <w:tcMar>
              <w:top w:w="45" w:type="dxa"/>
              <w:left w:w="70" w:type="dxa"/>
              <w:bottom w:w="45" w:type="dxa"/>
              <w:right w:w="70" w:type="dxa"/>
            </w:tcMar>
          </w:tcPr>
          <w:p w14:paraId="51D9619C" w14:textId="77777777" w:rsidR="005A5E87" w:rsidRDefault="001C7255">
            <w:r>
              <w:rPr>
                <w:color w:val="111111"/>
                <w:sz w:val="15"/>
              </w:rPr>
              <w:t>Air conditioning</w:t>
            </w:r>
          </w:p>
        </w:tc>
        <w:tc>
          <w:tcPr>
            <w:tcW w:w="1008" w:type="dxa"/>
            <w:tcMar>
              <w:top w:w="45" w:type="dxa"/>
              <w:left w:w="70" w:type="dxa"/>
              <w:bottom w:w="45" w:type="dxa"/>
              <w:right w:w="70" w:type="dxa"/>
            </w:tcMar>
          </w:tcPr>
          <w:p w14:paraId="1B827EA2" w14:textId="77777777" w:rsidR="005A5E87" w:rsidRDefault="005A5E87"/>
        </w:tc>
        <w:tc>
          <w:tcPr>
            <w:tcW w:w="2016" w:type="dxa"/>
            <w:tcMar>
              <w:top w:w="45" w:type="dxa"/>
              <w:left w:w="70" w:type="dxa"/>
              <w:bottom w:w="45" w:type="dxa"/>
              <w:right w:w="70" w:type="dxa"/>
            </w:tcMar>
          </w:tcPr>
          <w:p w14:paraId="7840C1F9" w14:textId="77777777" w:rsidR="005A5E87" w:rsidRDefault="005A5E87"/>
        </w:tc>
      </w:tr>
      <w:tr w:rsidR="005A5E87" w14:paraId="046D72B7" w14:textId="77777777">
        <w:trPr>
          <w:cantSplit/>
          <w:jc w:val="center"/>
        </w:trPr>
        <w:tc>
          <w:tcPr>
            <w:tcW w:w="3552" w:type="dxa"/>
            <w:tcMar>
              <w:top w:w="45" w:type="dxa"/>
              <w:left w:w="70" w:type="dxa"/>
              <w:bottom w:w="45" w:type="dxa"/>
              <w:right w:w="70" w:type="dxa"/>
            </w:tcMar>
          </w:tcPr>
          <w:p w14:paraId="2B62AC6C" w14:textId="77777777" w:rsidR="005A5E87" w:rsidRDefault="001C7255">
            <w:r>
              <w:rPr>
                <w:color w:val="111111"/>
                <w:sz w:val="15"/>
              </w:rPr>
              <w:t>Custom exhaust systems</w:t>
            </w:r>
          </w:p>
        </w:tc>
        <w:tc>
          <w:tcPr>
            <w:tcW w:w="1008" w:type="dxa"/>
            <w:tcMar>
              <w:top w:w="45" w:type="dxa"/>
              <w:left w:w="70" w:type="dxa"/>
              <w:bottom w:w="45" w:type="dxa"/>
              <w:right w:w="70" w:type="dxa"/>
            </w:tcMar>
          </w:tcPr>
          <w:p w14:paraId="037D81B5" w14:textId="77777777" w:rsidR="005A5E87" w:rsidRDefault="005A5E87"/>
        </w:tc>
        <w:tc>
          <w:tcPr>
            <w:tcW w:w="2016" w:type="dxa"/>
            <w:tcMar>
              <w:top w:w="45" w:type="dxa"/>
              <w:left w:w="70" w:type="dxa"/>
              <w:bottom w:w="45" w:type="dxa"/>
              <w:right w:w="70" w:type="dxa"/>
            </w:tcMar>
          </w:tcPr>
          <w:p w14:paraId="00E5A166" w14:textId="77777777" w:rsidR="005A5E87" w:rsidRDefault="005A5E87"/>
        </w:tc>
      </w:tr>
    </w:tbl>
    <w:tbl>
      <w:tblPr>
        <w:tblW w:w="0" w:type="auto"/>
        <w:jc w:val="center"/>
        <w:tblLook w:val="04A0" w:firstRow="1" w:lastRow="0" w:firstColumn="1" w:lastColumn="0" w:noHBand="0" w:noVBand="1"/>
      </w:tblPr>
      <w:tblGrid>
        <w:gridCol w:w="10656"/>
      </w:tblGrid>
      <w:tr w:rsidR="005A5E87" w14:paraId="43F2C81A" w14:textId="77777777">
        <w:trPr>
          <w:cantSplit/>
          <w:jc w:val="center"/>
        </w:trPr>
        <w:tc>
          <w:tcPr>
            <w:tcW w:w="10656" w:type="dxa"/>
            <w:shd w:val="clear" w:color="auto" w:fill="D9DDE1"/>
            <w:tcMar>
              <w:top w:w="60" w:type="dxa"/>
              <w:left w:w="100" w:type="dxa"/>
              <w:bottom w:w="60" w:type="dxa"/>
              <w:right w:w="100" w:type="dxa"/>
            </w:tcMar>
          </w:tcPr>
          <w:p w14:paraId="75D693D8" w14:textId="77777777" w:rsidR="005A5E87" w:rsidRDefault="001C7255">
            <w:pPr>
              <w:spacing w:after="0" w:line="240" w:lineRule="auto"/>
            </w:pPr>
            <w:r>
              <w:rPr>
                <w:b/>
                <w:color w:val="17191C"/>
                <w:sz w:val="19"/>
              </w:rPr>
              <w:t>Suspension, Wheels and Tires</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22990738" w14:textId="77777777">
        <w:trPr>
          <w:cantSplit/>
          <w:tblHeader/>
          <w:jc w:val="center"/>
        </w:trPr>
        <w:tc>
          <w:tcPr>
            <w:tcW w:w="3552" w:type="dxa"/>
            <w:shd w:val="clear" w:color="auto" w:fill="30343A"/>
          </w:tcPr>
          <w:p w14:paraId="53F366FC" w14:textId="77777777" w:rsidR="005A5E87" w:rsidRDefault="001C7255">
            <w:pPr>
              <w:jc w:val="center"/>
            </w:pPr>
            <w:r>
              <w:rPr>
                <w:b/>
                <w:color w:val="FFFFFF"/>
                <w:sz w:val="16"/>
              </w:rPr>
              <w:lastRenderedPageBreak/>
              <w:t>Skill / Capability</w:t>
            </w:r>
          </w:p>
        </w:tc>
        <w:tc>
          <w:tcPr>
            <w:tcW w:w="3552" w:type="dxa"/>
            <w:shd w:val="clear" w:color="auto" w:fill="30343A"/>
          </w:tcPr>
          <w:p w14:paraId="3BC2ADB6"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368EE2A1" w14:textId="77777777" w:rsidR="005A5E87" w:rsidRDefault="001C7255">
            <w:pPr>
              <w:jc w:val="center"/>
            </w:pPr>
            <w:r>
              <w:rPr>
                <w:b/>
                <w:color w:val="FFFFFF"/>
                <w:sz w:val="16"/>
              </w:rPr>
              <w:t>Years / Notes</w:t>
            </w:r>
          </w:p>
        </w:tc>
      </w:tr>
      <w:tr w:rsidR="005A5E87" w14:paraId="030879C8" w14:textId="77777777">
        <w:trPr>
          <w:cantSplit/>
          <w:jc w:val="center"/>
        </w:trPr>
        <w:tc>
          <w:tcPr>
            <w:tcW w:w="3552" w:type="dxa"/>
            <w:tcMar>
              <w:top w:w="45" w:type="dxa"/>
              <w:left w:w="70" w:type="dxa"/>
              <w:bottom w:w="45" w:type="dxa"/>
              <w:right w:w="70" w:type="dxa"/>
            </w:tcMar>
          </w:tcPr>
          <w:p w14:paraId="63B6A2D1" w14:textId="77777777" w:rsidR="005A5E87" w:rsidRDefault="001C7255">
            <w:r>
              <w:rPr>
                <w:color w:val="111111"/>
                <w:sz w:val="15"/>
              </w:rPr>
              <w:t>Coilover systems</w:t>
            </w:r>
          </w:p>
        </w:tc>
        <w:tc>
          <w:tcPr>
            <w:tcW w:w="1008" w:type="dxa"/>
            <w:tcMar>
              <w:top w:w="45" w:type="dxa"/>
              <w:left w:w="70" w:type="dxa"/>
              <w:bottom w:w="45" w:type="dxa"/>
              <w:right w:w="70" w:type="dxa"/>
            </w:tcMar>
          </w:tcPr>
          <w:p w14:paraId="709123F5" w14:textId="77777777" w:rsidR="005A5E87" w:rsidRDefault="005A5E87"/>
        </w:tc>
        <w:tc>
          <w:tcPr>
            <w:tcW w:w="2016" w:type="dxa"/>
            <w:tcMar>
              <w:top w:w="45" w:type="dxa"/>
              <w:left w:w="70" w:type="dxa"/>
              <w:bottom w:w="45" w:type="dxa"/>
              <w:right w:w="70" w:type="dxa"/>
            </w:tcMar>
          </w:tcPr>
          <w:p w14:paraId="0B1D6DC3" w14:textId="77777777" w:rsidR="005A5E87" w:rsidRDefault="005A5E87"/>
        </w:tc>
      </w:tr>
      <w:tr w:rsidR="005A5E87" w14:paraId="793DA64C" w14:textId="77777777">
        <w:trPr>
          <w:cantSplit/>
          <w:jc w:val="center"/>
        </w:trPr>
        <w:tc>
          <w:tcPr>
            <w:tcW w:w="3552" w:type="dxa"/>
            <w:tcMar>
              <w:top w:w="45" w:type="dxa"/>
              <w:left w:w="70" w:type="dxa"/>
              <w:bottom w:w="45" w:type="dxa"/>
              <w:right w:w="70" w:type="dxa"/>
            </w:tcMar>
          </w:tcPr>
          <w:p w14:paraId="77349A03" w14:textId="77777777" w:rsidR="005A5E87" w:rsidRDefault="001C7255">
            <w:r>
              <w:rPr>
                <w:color w:val="111111"/>
                <w:sz w:val="15"/>
              </w:rPr>
              <w:t>Air suspension</w:t>
            </w:r>
          </w:p>
        </w:tc>
        <w:tc>
          <w:tcPr>
            <w:tcW w:w="1008" w:type="dxa"/>
            <w:tcMar>
              <w:top w:w="45" w:type="dxa"/>
              <w:left w:w="70" w:type="dxa"/>
              <w:bottom w:w="45" w:type="dxa"/>
              <w:right w:w="70" w:type="dxa"/>
            </w:tcMar>
          </w:tcPr>
          <w:p w14:paraId="38055350" w14:textId="77777777" w:rsidR="005A5E87" w:rsidRDefault="005A5E87"/>
        </w:tc>
        <w:tc>
          <w:tcPr>
            <w:tcW w:w="2016" w:type="dxa"/>
            <w:tcMar>
              <w:top w:w="45" w:type="dxa"/>
              <w:left w:w="70" w:type="dxa"/>
              <w:bottom w:w="45" w:type="dxa"/>
              <w:right w:w="70" w:type="dxa"/>
            </w:tcMar>
          </w:tcPr>
          <w:p w14:paraId="3F59F5F6" w14:textId="77777777" w:rsidR="005A5E87" w:rsidRDefault="005A5E87"/>
        </w:tc>
      </w:tr>
      <w:tr w:rsidR="005A5E87" w14:paraId="48125DAB" w14:textId="77777777">
        <w:trPr>
          <w:cantSplit/>
          <w:jc w:val="center"/>
        </w:trPr>
        <w:tc>
          <w:tcPr>
            <w:tcW w:w="3552" w:type="dxa"/>
            <w:tcMar>
              <w:top w:w="45" w:type="dxa"/>
              <w:left w:w="70" w:type="dxa"/>
              <w:bottom w:w="45" w:type="dxa"/>
              <w:right w:w="70" w:type="dxa"/>
            </w:tcMar>
          </w:tcPr>
          <w:p w14:paraId="4D2199D6" w14:textId="77777777" w:rsidR="005A5E87" w:rsidRDefault="001C7255">
            <w:r>
              <w:rPr>
                <w:color w:val="111111"/>
                <w:sz w:val="15"/>
              </w:rPr>
              <w:t>Independent suspension / four-link systems</w:t>
            </w:r>
          </w:p>
        </w:tc>
        <w:tc>
          <w:tcPr>
            <w:tcW w:w="1008" w:type="dxa"/>
            <w:tcMar>
              <w:top w:w="45" w:type="dxa"/>
              <w:left w:w="70" w:type="dxa"/>
              <w:bottom w:w="45" w:type="dxa"/>
              <w:right w:w="70" w:type="dxa"/>
            </w:tcMar>
          </w:tcPr>
          <w:p w14:paraId="1D1773B2" w14:textId="77777777" w:rsidR="005A5E87" w:rsidRDefault="005A5E87"/>
        </w:tc>
        <w:tc>
          <w:tcPr>
            <w:tcW w:w="2016" w:type="dxa"/>
            <w:tcMar>
              <w:top w:w="45" w:type="dxa"/>
              <w:left w:w="70" w:type="dxa"/>
              <w:bottom w:w="45" w:type="dxa"/>
              <w:right w:w="70" w:type="dxa"/>
            </w:tcMar>
          </w:tcPr>
          <w:p w14:paraId="27BE3C0C" w14:textId="77777777" w:rsidR="005A5E87" w:rsidRDefault="005A5E87"/>
        </w:tc>
      </w:tr>
      <w:tr w:rsidR="005A5E87" w14:paraId="730F8C3A" w14:textId="77777777">
        <w:trPr>
          <w:cantSplit/>
          <w:jc w:val="center"/>
        </w:trPr>
        <w:tc>
          <w:tcPr>
            <w:tcW w:w="3552" w:type="dxa"/>
            <w:tcMar>
              <w:top w:w="45" w:type="dxa"/>
              <w:left w:w="70" w:type="dxa"/>
              <w:bottom w:w="45" w:type="dxa"/>
              <w:right w:w="70" w:type="dxa"/>
            </w:tcMar>
          </w:tcPr>
          <w:p w14:paraId="03A043A3" w14:textId="77777777" w:rsidR="005A5E87" w:rsidRDefault="001C7255">
            <w:r>
              <w:rPr>
                <w:color w:val="111111"/>
                <w:sz w:val="15"/>
              </w:rPr>
              <w:t>Ride-height setup and suspension geometry</w:t>
            </w:r>
          </w:p>
        </w:tc>
        <w:tc>
          <w:tcPr>
            <w:tcW w:w="1008" w:type="dxa"/>
            <w:tcMar>
              <w:top w:w="45" w:type="dxa"/>
              <w:left w:w="70" w:type="dxa"/>
              <w:bottom w:w="45" w:type="dxa"/>
              <w:right w:w="70" w:type="dxa"/>
            </w:tcMar>
          </w:tcPr>
          <w:p w14:paraId="364F87E0" w14:textId="77777777" w:rsidR="005A5E87" w:rsidRDefault="005A5E87"/>
        </w:tc>
        <w:tc>
          <w:tcPr>
            <w:tcW w:w="2016" w:type="dxa"/>
            <w:tcMar>
              <w:top w:w="45" w:type="dxa"/>
              <w:left w:w="70" w:type="dxa"/>
              <w:bottom w:w="45" w:type="dxa"/>
              <w:right w:w="70" w:type="dxa"/>
            </w:tcMar>
          </w:tcPr>
          <w:p w14:paraId="241C770A" w14:textId="77777777" w:rsidR="005A5E87" w:rsidRDefault="005A5E87"/>
        </w:tc>
      </w:tr>
      <w:tr w:rsidR="005A5E87" w14:paraId="1F4CAA0C" w14:textId="77777777">
        <w:trPr>
          <w:cantSplit/>
          <w:jc w:val="center"/>
        </w:trPr>
        <w:tc>
          <w:tcPr>
            <w:tcW w:w="3552" w:type="dxa"/>
            <w:tcMar>
              <w:top w:w="45" w:type="dxa"/>
              <w:left w:w="70" w:type="dxa"/>
              <w:bottom w:w="45" w:type="dxa"/>
              <w:right w:w="70" w:type="dxa"/>
            </w:tcMar>
          </w:tcPr>
          <w:p w14:paraId="368385DB" w14:textId="77777777" w:rsidR="005A5E87" w:rsidRDefault="001C7255">
            <w:r>
              <w:rPr>
                <w:color w:val="111111"/>
                <w:sz w:val="15"/>
              </w:rPr>
              <w:t>Alignment and corner balancing</w:t>
            </w:r>
          </w:p>
        </w:tc>
        <w:tc>
          <w:tcPr>
            <w:tcW w:w="1008" w:type="dxa"/>
            <w:tcMar>
              <w:top w:w="45" w:type="dxa"/>
              <w:left w:w="70" w:type="dxa"/>
              <w:bottom w:w="45" w:type="dxa"/>
              <w:right w:w="70" w:type="dxa"/>
            </w:tcMar>
          </w:tcPr>
          <w:p w14:paraId="6EB2F4E7" w14:textId="77777777" w:rsidR="005A5E87" w:rsidRDefault="005A5E87"/>
        </w:tc>
        <w:tc>
          <w:tcPr>
            <w:tcW w:w="2016" w:type="dxa"/>
            <w:tcMar>
              <w:top w:w="45" w:type="dxa"/>
              <w:left w:w="70" w:type="dxa"/>
              <w:bottom w:w="45" w:type="dxa"/>
              <w:right w:w="70" w:type="dxa"/>
            </w:tcMar>
          </w:tcPr>
          <w:p w14:paraId="626A33A8" w14:textId="77777777" w:rsidR="005A5E87" w:rsidRDefault="005A5E87"/>
        </w:tc>
      </w:tr>
      <w:tr w:rsidR="005A5E87" w14:paraId="4A852D80" w14:textId="77777777">
        <w:trPr>
          <w:cantSplit/>
          <w:jc w:val="center"/>
        </w:trPr>
        <w:tc>
          <w:tcPr>
            <w:tcW w:w="3552" w:type="dxa"/>
            <w:tcMar>
              <w:top w:w="45" w:type="dxa"/>
              <w:left w:w="70" w:type="dxa"/>
              <w:bottom w:w="45" w:type="dxa"/>
              <w:right w:w="70" w:type="dxa"/>
            </w:tcMar>
          </w:tcPr>
          <w:p w14:paraId="5B24450E" w14:textId="77777777" w:rsidR="005A5E87" w:rsidRDefault="001C7255">
            <w:r>
              <w:rPr>
                <w:color w:val="111111"/>
                <w:sz w:val="15"/>
              </w:rPr>
              <w:t>Custom wheel measurement</w:t>
            </w:r>
          </w:p>
        </w:tc>
        <w:tc>
          <w:tcPr>
            <w:tcW w:w="1008" w:type="dxa"/>
            <w:tcMar>
              <w:top w:w="45" w:type="dxa"/>
              <w:left w:w="70" w:type="dxa"/>
              <w:bottom w:w="45" w:type="dxa"/>
              <w:right w:w="70" w:type="dxa"/>
            </w:tcMar>
          </w:tcPr>
          <w:p w14:paraId="197A1ADB" w14:textId="77777777" w:rsidR="005A5E87" w:rsidRDefault="005A5E87"/>
        </w:tc>
        <w:tc>
          <w:tcPr>
            <w:tcW w:w="2016" w:type="dxa"/>
            <w:tcMar>
              <w:top w:w="45" w:type="dxa"/>
              <w:left w:w="70" w:type="dxa"/>
              <w:bottom w:w="45" w:type="dxa"/>
              <w:right w:w="70" w:type="dxa"/>
            </w:tcMar>
          </w:tcPr>
          <w:p w14:paraId="7C650531" w14:textId="77777777" w:rsidR="005A5E87" w:rsidRDefault="005A5E87"/>
        </w:tc>
      </w:tr>
      <w:tr w:rsidR="005A5E87" w14:paraId="542EB999" w14:textId="77777777">
        <w:trPr>
          <w:cantSplit/>
          <w:jc w:val="center"/>
        </w:trPr>
        <w:tc>
          <w:tcPr>
            <w:tcW w:w="3552" w:type="dxa"/>
            <w:tcMar>
              <w:top w:w="45" w:type="dxa"/>
              <w:left w:w="70" w:type="dxa"/>
              <w:bottom w:w="45" w:type="dxa"/>
              <w:right w:w="70" w:type="dxa"/>
            </w:tcMar>
          </w:tcPr>
          <w:p w14:paraId="722F5559" w14:textId="77777777" w:rsidR="005A5E87" w:rsidRDefault="001C7255">
            <w:r>
              <w:rPr>
                <w:color w:val="111111"/>
                <w:sz w:val="15"/>
              </w:rPr>
              <w:t>Backspacing / offset calculations</w:t>
            </w:r>
          </w:p>
        </w:tc>
        <w:tc>
          <w:tcPr>
            <w:tcW w:w="1008" w:type="dxa"/>
            <w:tcMar>
              <w:top w:w="45" w:type="dxa"/>
              <w:left w:w="70" w:type="dxa"/>
              <w:bottom w:w="45" w:type="dxa"/>
              <w:right w:w="70" w:type="dxa"/>
            </w:tcMar>
          </w:tcPr>
          <w:p w14:paraId="1CEA2CF9" w14:textId="77777777" w:rsidR="005A5E87" w:rsidRDefault="005A5E87"/>
        </w:tc>
        <w:tc>
          <w:tcPr>
            <w:tcW w:w="2016" w:type="dxa"/>
            <w:tcMar>
              <w:top w:w="45" w:type="dxa"/>
              <w:left w:w="70" w:type="dxa"/>
              <w:bottom w:w="45" w:type="dxa"/>
              <w:right w:w="70" w:type="dxa"/>
            </w:tcMar>
          </w:tcPr>
          <w:p w14:paraId="5ECC06D3" w14:textId="77777777" w:rsidR="005A5E87" w:rsidRDefault="005A5E87"/>
        </w:tc>
      </w:tr>
      <w:tr w:rsidR="005A5E87" w14:paraId="185D74A9" w14:textId="77777777">
        <w:trPr>
          <w:cantSplit/>
          <w:jc w:val="center"/>
        </w:trPr>
        <w:tc>
          <w:tcPr>
            <w:tcW w:w="3552" w:type="dxa"/>
            <w:tcMar>
              <w:top w:w="45" w:type="dxa"/>
              <w:left w:w="70" w:type="dxa"/>
              <w:bottom w:w="45" w:type="dxa"/>
              <w:right w:w="70" w:type="dxa"/>
            </w:tcMar>
          </w:tcPr>
          <w:p w14:paraId="1F930078" w14:textId="77777777" w:rsidR="005A5E87" w:rsidRDefault="001C7255">
            <w:r>
              <w:rPr>
                <w:color w:val="111111"/>
                <w:sz w:val="15"/>
              </w:rPr>
              <w:t>Tire sizing and clearance</w:t>
            </w:r>
          </w:p>
        </w:tc>
        <w:tc>
          <w:tcPr>
            <w:tcW w:w="1008" w:type="dxa"/>
            <w:tcMar>
              <w:top w:w="45" w:type="dxa"/>
              <w:left w:w="70" w:type="dxa"/>
              <w:bottom w:w="45" w:type="dxa"/>
              <w:right w:w="70" w:type="dxa"/>
            </w:tcMar>
          </w:tcPr>
          <w:p w14:paraId="6585C5EC" w14:textId="77777777" w:rsidR="005A5E87" w:rsidRDefault="005A5E87"/>
        </w:tc>
        <w:tc>
          <w:tcPr>
            <w:tcW w:w="2016" w:type="dxa"/>
            <w:tcMar>
              <w:top w:w="45" w:type="dxa"/>
              <w:left w:w="70" w:type="dxa"/>
              <w:bottom w:w="45" w:type="dxa"/>
              <w:right w:w="70" w:type="dxa"/>
            </w:tcMar>
          </w:tcPr>
          <w:p w14:paraId="5806CFC4" w14:textId="77777777" w:rsidR="005A5E87" w:rsidRDefault="005A5E87"/>
        </w:tc>
      </w:tr>
      <w:tr w:rsidR="005A5E87" w14:paraId="2432B01D" w14:textId="77777777">
        <w:trPr>
          <w:cantSplit/>
          <w:jc w:val="center"/>
        </w:trPr>
        <w:tc>
          <w:tcPr>
            <w:tcW w:w="3552" w:type="dxa"/>
            <w:tcMar>
              <w:top w:w="45" w:type="dxa"/>
              <w:left w:w="70" w:type="dxa"/>
              <w:bottom w:w="45" w:type="dxa"/>
              <w:right w:w="70" w:type="dxa"/>
            </w:tcMar>
          </w:tcPr>
          <w:p w14:paraId="545144CB" w14:textId="77777777" w:rsidR="005A5E87" w:rsidRDefault="001C7255">
            <w:r>
              <w:rPr>
                <w:color w:val="111111"/>
                <w:sz w:val="15"/>
              </w:rPr>
              <w:t>Performance brake conversions</w:t>
            </w:r>
          </w:p>
        </w:tc>
        <w:tc>
          <w:tcPr>
            <w:tcW w:w="1008" w:type="dxa"/>
            <w:tcMar>
              <w:top w:w="45" w:type="dxa"/>
              <w:left w:w="70" w:type="dxa"/>
              <w:bottom w:w="45" w:type="dxa"/>
              <w:right w:w="70" w:type="dxa"/>
            </w:tcMar>
          </w:tcPr>
          <w:p w14:paraId="4CC911F0" w14:textId="77777777" w:rsidR="005A5E87" w:rsidRDefault="005A5E87"/>
        </w:tc>
        <w:tc>
          <w:tcPr>
            <w:tcW w:w="2016" w:type="dxa"/>
            <w:tcMar>
              <w:top w:w="45" w:type="dxa"/>
              <w:left w:w="70" w:type="dxa"/>
              <w:bottom w:w="45" w:type="dxa"/>
              <w:right w:w="70" w:type="dxa"/>
            </w:tcMar>
          </w:tcPr>
          <w:p w14:paraId="58C1F722" w14:textId="77777777" w:rsidR="005A5E87" w:rsidRDefault="005A5E87"/>
        </w:tc>
      </w:tr>
    </w:tbl>
    <w:tbl>
      <w:tblPr>
        <w:tblW w:w="0" w:type="auto"/>
        <w:jc w:val="center"/>
        <w:tblLook w:val="04A0" w:firstRow="1" w:lastRow="0" w:firstColumn="1" w:lastColumn="0" w:noHBand="0" w:noVBand="1"/>
      </w:tblPr>
      <w:tblGrid>
        <w:gridCol w:w="10656"/>
      </w:tblGrid>
      <w:tr w:rsidR="005A5E87" w14:paraId="24C4D716" w14:textId="77777777">
        <w:trPr>
          <w:cantSplit/>
          <w:jc w:val="center"/>
        </w:trPr>
        <w:tc>
          <w:tcPr>
            <w:tcW w:w="10656" w:type="dxa"/>
            <w:shd w:val="clear" w:color="auto" w:fill="D9DDE1"/>
            <w:tcMar>
              <w:top w:w="60" w:type="dxa"/>
              <w:left w:w="100" w:type="dxa"/>
              <w:bottom w:w="60" w:type="dxa"/>
              <w:right w:w="100" w:type="dxa"/>
            </w:tcMar>
          </w:tcPr>
          <w:p w14:paraId="479B1D6E" w14:textId="77777777" w:rsidR="005A5E87" w:rsidRDefault="001C7255">
            <w:pPr>
              <w:spacing w:after="0" w:line="240" w:lineRule="auto"/>
            </w:pPr>
            <w:r>
              <w:rPr>
                <w:b/>
                <w:color w:val="17191C"/>
                <w:sz w:val="19"/>
              </w:rPr>
              <w:t>Metal Fabrication</w:t>
            </w:r>
          </w:p>
        </w:tc>
      </w:tr>
    </w:tbl>
    <w:tbl>
      <w:tblPr>
        <w:tblStyle w:val="TableGrid"/>
        <w:tblW w:w="0" w:type="auto"/>
        <w:jc w:val="center"/>
        <w:tblLook w:val="04A0" w:firstRow="1" w:lastRow="0" w:firstColumn="1" w:lastColumn="0" w:noHBand="0" w:noVBand="1"/>
      </w:tblPr>
      <w:tblGrid>
        <w:gridCol w:w="3548"/>
        <w:gridCol w:w="3549"/>
        <w:gridCol w:w="3549"/>
      </w:tblGrid>
      <w:tr w:rsidR="005A5E87" w14:paraId="281C080E" w14:textId="77777777">
        <w:trPr>
          <w:cantSplit/>
          <w:tblHeader/>
          <w:jc w:val="center"/>
        </w:trPr>
        <w:tc>
          <w:tcPr>
            <w:tcW w:w="3552" w:type="dxa"/>
            <w:shd w:val="clear" w:color="auto" w:fill="30343A"/>
          </w:tcPr>
          <w:p w14:paraId="2E7C1D77" w14:textId="77777777" w:rsidR="005A5E87" w:rsidRDefault="001C7255">
            <w:pPr>
              <w:jc w:val="center"/>
            </w:pPr>
            <w:r>
              <w:rPr>
                <w:b/>
                <w:color w:val="FFFFFF"/>
                <w:sz w:val="16"/>
              </w:rPr>
              <w:t>Skill / Capability</w:t>
            </w:r>
          </w:p>
        </w:tc>
        <w:tc>
          <w:tcPr>
            <w:tcW w:w="3552" w:type="dxa"/>
            <w:shd w:val="clear" w:color="auto" w:fill="30343A"/>
          </w:tcPr>
          <w:p w14:paraId="6A833A17"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475878B8" w14:textId="77777777" w:rsidR="005A5E87" w:rsidRDefault="001C7255">
            <w:pPr>
              <w:jc w:val="center"/>
            </w:pPr>
            <w:r>
              <w:rPr>
                <w:b/>
                <w:color w:val="FFFFFF"/>
                <w:sz w:val="16"/>
              </w:rPr>
              <w:t>Years / Notes</w:t>
            </w:r>
          </w:p>
        </w:tc>
      </w:tr>
      <w:tr w:rsidR="005A5E87" w14:paraId="24BC662D" w14:textId="77777777">
        <w:trPr>
          <w:cantSplit/>
          <w:jc w:val="center"/>
        </w:trPr>
        <w:tc>
          <w:tcPr>
            <w:tcW w:w="3552" w:type="dxa"/>
            <w:tcMar>
              <w:top w:w="45" w:type="dxa"/>
              <w:left w:w="70" w:type="dxa"/>
              <w:bottom w:w="45" w:type="dxa"/>
              <w:right w:w="70" w:type="dxa"/>
            </w:tcMar>
          </w:tcPr>
          <w:p w14:paraId="566DD96D" w14:textId="77777777" w:rsidR="005A5E87" w:rsidRDefault="001C7255">
            <w:r>
              <w:rPr>
                <w:color w:val="111111"/>
                <w:sz w:val="15"/>
              </w:rPr>
              <w:t>TIG welding</w:t>
            </w:r>
          </w:p>
        </w:tc>
        <w:tc>
          <w:tcPr>
            <w:tcW w:w="1008" w:type="dxa"/>
            <w:tcMar>
              <w:top w:w="45" w:type="dxa"/>
              <w:left w:w="70" w:type="dxa"/>
              <w:bottom w:w="45" w:type="dxa"/>
              <w:right w:w="70" w:type="dxa"/>
            </w:tcMar>
          </w:tcPr>
          <w:p w14:paraId="4F3B0A5B" w14:textId="77777777" w:rsidR="005A5E87" w:rsidRDefault="005A5E87"/>
        </w:tc>
        <w:tc>
          <w:tcPr>
            <w:tcW w:w="2016" w:type="dxa"/>
            <w:tcMar>
              <w:top w:w="45" w:type="dxa"/>
              <w:left w:w="70" w:type="dxa"/>
              <w:bottom w:w="45" w:type="dxa"/>
              <w:right w:w="70" w:type="dxa"/>
            </w:tcMar>
          </w:tcPr>
          <w:p w14:paraId="27092425" w14:textId="77777777" w:rsidR="005A5E87" w:rsidRDefault="005A5E87"/>
        </w:tc>
      </w:tr>
      <w:tr w:rsidR="005A5E87" w14:paraId="65C8C362" w14:textId="77777777">
        <w:trPr>
          <w:cantSplit/>
          <w:jc w:val="center"/>
        </w:trPr>
        <w:tc>
          <w:tcPr>
            <w:tcW w:w="3552" w:type="dxa"/>
            <w:tcMar>
              <w:top w:w="45" w:type="dxa"/>
              <w:left w:w="70" w:type="dxa"/>
              <w:bottom w:w="45" w:type="dxa"/>
              <w:right w:w="70" w:type="dxa"/>
            </w:tcMar>
          </w:tcPr>
          <w:p w14:paraId="6AA891CE" w14:textId="77777777" w:rsidR="005A5E87" w:rsidRDefault="001C7255">
            <w:r>
              <w:rPr>
                <w:color w:val="111111"/>
                <w:sz w:val="15"/>
              </w:rPr>
              <w:t>MIG welding</w:t>
            </w:r>
          </w:p>
        </w:tc>
        <w:tc>
          <w:tcPr>
            <w:tcW w:w="1008" w:type="dxa"/>
            <w:tcMar>
              <w:top w:w="45" w:type="dxa"/>
              <w:left w:w="70" w:type="dxa"/>
              <w:bottom w:w="45" w:type="dxa"/>
              <w:right w:w="70" w:type="dxa"/>
            </w:tcMar>
          </w:tcPr>
          <w:p w14:paraId="5FEE7449" w14:textId="77777777" w:rsidR="005A5E87" w:rsidRDefault="005A5E87"/>
        </w:tc>
        <w:tc>
          <w:tcPr>
            <w:tcW w:w="2016" w:type="dxa"/>
            <w:tcMar>
              <w:top w:w="45" w:type="dxa"/>
              <w:left w:w="70" w:type="dxa"/>
              <w:bottom w:w="45" w:type="dxa"/>
              <w:right w:w="70" w:type="dxa"/>
            </w:tcMar>
          </w:tcPr>
          <w:p w14:paraId="59EFF64D" w14:textId="77777777" w:rsidR="005A5E87" w:rsidRDefault="005A5E87"/>
        </w:tc>
      </w:tr>
      <w:tr w:rsidR="005A5E87" w14:paraId="2C66E443" w14:textId="77777777">
        <w:trPr>
          <w:cantSplit/>
          <w:jc w:val="center"/>
        </w:trPr>
        <w:tc>
          <w:tcPr>
            <w:tcW w:w="3552" w:type="dxa"/>
            <w:tcMar>
              <w:top w:w="45" w:type="dxa"/>
              <w:left w:w="70" w:type="dxa"/>
              <w:bottom w:w="45" w:type="dxa"/>
              <w:right w:w="70" w:type="dxa"/>
            </w:tcMar>
          </w:tcPr>
          <w:p w14:paraId="61FC7784" w14:textId="77777777" w:rsidR="005A5E87" w:rsidRDefault="001C7255">
            <w:r>
              <w:rPr>
                <w:color w:val="111111"/>
                <w:sz w:val="15"/>
              </w:rPr>
              <w:t>Aluminum welding</w:t>
            </w:r>
          </w:p>
        </w:tc>
        <w:tc>
          <w:tcPr>
            <w:tcW w:w="1008" w:type="dxa"/>
            <w:tcMar>
              <w:top w:w="45" w:type="dxa"/>
              <w:left w:w="70" w:type="dxa"/>
              <w:bottom w:w="45" w:type="dxa"/>
              <w:right w:w="70" w:type="dxa"/>
            </w:tcMar>
          </w:tcPr>
          <w:p w14:paraId="2D81F8E4" w14:textId="77777777" w:rsidR="005A5E87" w:rsidRDefault="005A5E87"/>
        </w:tc>
        <w:tc>
          <w:tcPr>
            <w:tcW w:w="2016" w:type="dxa"/>
            <w:tcMar>
              <w:top w:w="45" w:type="dxa"/>
              <w:left w:w="70" w:type="dxa"/>
              <w:bottom w:w="45" w:type="dxa"/>
              <w:right w:w="70" w:type="dxa"/>
            </w:tcMar>
          </w:tcPr>
          <w:p w14:paraId="6E3618EB" w14:textId="77777777" w:rsidR="005A5E87" w:rsidRDefault="005A5E87"/>
        </w:tc>
      </w:tr>
      <w:tr w:rsidR="005A5E87" w14:paraId="65C318FE" w14:textId="77777777">
        <w:trPr>
          <w:cantSplit/>
          <w:jc w:val="center"/>
        </w:trPr>
        <w:tc>
          <w:tcPr>
            <w:tcW w:w="3552" w:type="dxa"/>
            <w:tcMar>
              <w:top w:w="45" w:type="dxa"/>
              <w:left w:w="70" w:type="dxa"/>
              <w:bottom w:w="45" w:type="dxa"/>
              <w:right w:w="70" w:type="dxa"/>
            </w:tcMar>
          </w:tcPr>
          <w:p w14:paraId="024F9F9B" w14:textId="77777777" w:rsidR="005A5E87" w:rsidRDefault="001C7255">
            <w:r>
              <w:rPr>
                <w:color w:val="111111"/>
                <w:sz w:val="15"/>
              </w:rPr>
              <w:t>Stainless welding</w:t>
            </w:r>
          </w:p>
        </w:tc>
        <w:tc>
          <w:tcPr>
            <w:tcW w:w="1008" w:type="dxa"/>
            <w:tcMar>
              <w:top w:w="45" w:type="dxa"/>
              <w:left w:w="70" w:type="dxa"/>
              <w:bottom w:w="45" w:type="dxa"/>
              <w:right w:w="70" w:type="dxa"/>
            </w:tcMar>
          </w:tcPr>
          <w:p w14:paraId="43AAB8CD" w14:textId="77777777" w:rsidR="005A5E87" w:rsidRDefault="005A5E87"/>
        </w:tc>
        <w:tc>
          <w:tcPr>
            <w:tcW w:w="2016" w:type="dxa"/>
            <w:tcMar>
              <w:top w:w="45" w:type="dxa"/>
              <w:left w:w="70" w:type="dxa"/>
              <w:bottom w:w="45" w:type="dxa"/>
              <w:right w:w="70" w:type="dxa"/>
            </w:tcMar>
          </w:tcPr>
          <w:p w14:paraId="078072DC" w14:textId="77777777" w:rsidR="005A5E87" w:rsidRDefault="005A5E87"/>
        </w:tc>
      </w:tr>
      <w:tr w:rsidR="005A5E87" w14:paraId="601D32AE" w14:textId="77777777">
        <w:trPr>
          <w:cantSplit/>
          <w:jc w:val="center"/>
        </w:trPr>
        <w:tc>
          <w:tcPr>
            <w:tcW w:w="3552" w:type="dxa"/>
            <w:tcMar>
              <w:top w:w="45" w:type="dxa"/>
              <w:left w:w="70" w:type="dxa"/>
              <w:bottom w:w="45" w:type="dxa"/>
              <w:right w:w="70" w:type="dxa"/>
            </w:tcMar>
          </w:tcPr>
          <w:p w14:paraId="08A2B586" w14:textId="77777777" w:rsidR="005A5E87" w:rsidRDefault="001C7255">
            <w:r>
              <w:rPr>
                <w:color w:val="111111"/>
                <w:sz w:val="15"/>
              </w:rPr>
              <w:t>Sheet-metal fabrication</w:t>
            </w:r>
          </w:p>
        </w:tc>
        <w:tc>
          <w:tcPr>
            <w:tcW w:w="1008" w:type="dxa"/>
            <w:tcMar>
              <w:top w:w="45" w:type="dxa"/>
              <w:left w:w="70" w:type="dxa"/>
              <w:bottom w:w="45" w:type="dxa"/>
              <w:right w:w="70" w:type="dxa"/>
            </w:tcMar>
          </w:tcPr>
          <w:p w14:paraId="651A82B6" w14:textId="77777777" w:rsidR="005A5E87" w:rsidRDefault="005A5E87"/>
        </w:tc>
        <w:tc>
          <w:tcPr>
            <w:tcW w:w="2016" w:type="dxa"/>
            <w:tcMar>
              <w:top w:w="45" w:type="dxa"/>
              <w:left w:w="70" w:type="dxa"/>
              <w:bottom w:w="45" w:type="dxa"/>
              <w:right w:w="70" w:type="dxa"/>
            </w:tcMar>
          </w:tcPr>
          <w:p w14:paraId="45156053" w14:textId="77777777" w:rsidR="005A5E87" w:rsidRDefault="005A5E87"/>
        </w:tc>
      </w:tr>
      <w:tr w:rsidR="005A5E87" w14:paraId="63AA5FDE" w14:textId="77777777">
        <w:trPr>
          <w:cantSplit/>
          <w:jc w:val="center"/>
        </w:trPr>
        <w:tc>
          <w:tcPr>
            <w:tcW w:w="3552" w:type="dxa"/>
            <w:tcMar>
              <w:top w:w="45" w:type="dxa"/>
              <w:left w:w="70" w:type="dxa"/>
              <w:bottom w:w="45" w:type="dxa"/>
              <w:right w:w="70" w:type="dxa"/>
            </w:tcMar>
          </w:tcPr>
          <w:p w14:paraId="5B2E37F1" w14:textId="77777777" w:rsidR="005A5E87" w:rsidRDefault="001C7255">
            <w:r>
              <w:rPr>
                <w:color w:val="111111"/>
                <w:sz w:val="15"/>
              </w:rPr>
              <w:t>Chassis / tubing fabrication</w:t>
            </w:r>
          </w:p>
        </w:tc>
        <w:tc>
          <w:tcPr>
            <w:tcW w:w="1008" w:type="dxa"/>
            <w:tcMar>
              <w:top w:w="45" w:type="dxa"/>
              <w:left w:w="70" w:type="dxa"/>
              <w:bottom w:w="45" w:type="dxa"/>
              <w:right w:w="70" w:type="dxa"/>
            </w:tcMar>
          </w:tcPr>
          <w:p w14:paraId="172506A0" w14:textId="77777777" w:rsidR="005A5E87" w:rsidRDefault="005A5E87"/>
        </w:tc>
        <w:tc>
          <w:tcPr>
            <w:tcW w:w="2016" w:type="dxa"/>
            <w:tcMar>
              <w:top w:w="45" w:type="dxa"/>
              <w:left w:w="70" w:type="dxa"/>
              <w:bottom w:w="45" w:type="dxa"/>
              <w:right w:w="70" w:type="dxa"/>
            </w:tcMar>
          </w:tcPr>
          <w:p w14:paraId="027BD516" w14:textId="77777777" w:rsidR="005A5E87" w:rsidRDefault="005A5E87"/>
        </w:tc>
      </w:tr>
      <w:tr w:rsidR="005A5E87" w14:paraId="1FA79A27" w14:textId="77777777">
        <w:trPr>
          <w:cantSplit/>
          <w:jc w:val="center"/>
        </w:trPr>
        <w:tc>
          <w:tcPr>
            <w:tcW w:w="3552" w:type="dxa"/>
            <w:tcMar>
              <w:top w:w="45" w:type="dxa"/>
              <w:left w:w="70" w:type="dxa"/>
              <w:bottom w:w="45" w:type="dxa"/>
              <w:right w:w="70" w:type="dxa"/>
            </w:tcMar>
          </w:tcPr>
          <w:p w14:paraId="1A2CAE4E" w14:textId="77777777" w:rsidR="005A5E87" w:rsidRDefault="001C7255">
            <w:r>
              <w:rPr>
                <w:color w:val="111111"/>
                <w:sz w:val="15"/>
              </w:rPr>
              <w:t>Exhaust fabrication</w:t>
            </w:r>
          </w:p>
        </w:tc>
        <w:tc>
          <w:tcPr>
            <w:tcW w:w="1008" w:type="dxa"/>
            <w:tcMar>
              <w:top w:w="45" w:type="dxa"/>
              <w:left w:w="70" w:type="dxa"/>
              <w:bottom w:w="45" w:type="dxa"/>
              <w:right w:w="70" w:type="dxa"/>
            </w:tcMar>
          </w:tcPr>
          <w:p w14:paraId="3F27AAF8" w14:textId="77777777" w:rsidR="005A5E87" w:rsidRDefault="005A5E87"/>
        </w:tc>
        <w:tc>
          <w:tcPr>
            <w:tcW w:w="2016" w:type="dxa"/>
            <w:tcMar>
              <w:top w:w="45" w:type="dxa"/>
              <w:left w:w="70" w:type="dxa"/>
              <w:bottom w:w="45" w:type="dxa"/>
              <w:right w:w="70" w:type="dxa"/>
            </w:tcMar>
          </w:tcPr>
          <w:p w14:paraId="6FD6D49E" w14:textId="77777777" w:rsidR="005A5E87" w:rsidRDefault="005A5E87"/>
        </w:tc>
      </w:tr>
      <w:tr w:rsidR="005A5E87" w14:paraId="4CE85113" w14:textId="77777777">
        <w:trPr>
          <w:cantSplit/>
          <w:jc w:val="center"/>
        </w:trPr>
        <w:tc>
          <w:tcPr>
            <w:tcW w:w="3552" w:type="dxa"/>
            <w:tcMar>
              <w:top w:w="45" w:type="dxa"/>
              <w:left w:w="70" w:type="dxa"/>
              <w:bottom w:w="45" w:type="dxa"/>
              <w:right w:w="70" w:type="dxa"/>
            </w:tcMar>
          </w:tcPr>
          <w:p w14:paraId="7BD17B3E" w14:textId="77777777" w:rsidR="005A5E87" w:rsidRDefault="001C7255">
            <w:r>
              <w:rPr>
                <w:color w:val="111111"/>
                <w:sz w:val="15"/>
              </w:rPr>
              <w:t>English wheel</w:t>
            </w:r>
          </w:p>
        </w:tc>
        <w:tc>
          <w:tcPr>
            <w:tcW w:w="1008" w:type="dxa"/>
            <w:tcMar>
              <w:top w:w="45" w:type="dxa"/>
              <w:left w:w="70" w:type="dxa"/>
              <w:bottom w:w="45" w:type="dxa"/>
              <w:right w:w="70" w:type="dxa"/>
            </w:tcMar>
          </w:tcPr>
          <w:p w14:paraId="2E71F8C1" w14:textId="77777777" w:rsidR="005A5E87" w:rsidRDefault="005A5E87"/>
        </w:tc>
        <w:tc>
          <w:tcPr>
            <w:tcW w:w="2016" w:type="dxa"/>
            <w:tcMar>
              <w:top w:w="45" w:type="dxa"/>
              <w:left w:w="70" w:type="dxa"/>
              <w:bottom w:w="45" w:type="dxa"/>
              <w:right w:w="70" w:type="dxa"/>
            </w:tcMar>
          </w:tcPr>
          <w:p w14:paraId="6560C812" w14:textId="77777777" w:rsidR="005A5E87" w:rsidRDefault="005A5E87"/>
        </w:tc>
      </w:tr>
      <w:tr w:rsidR="005A5E87" w14:paraId="163C4F38" w14:textId="77777777">
        <w:trPr>
          <w:cantSplit/>
          <w:jc w:val="center"/>
        </w:trPr>
        <w:tc>
          <w:tcPr>
            <w:tcW w:w="3552" w:type="dxa"/>
            <w:tcMar>
              <w:top w:w="45" w:type="dxa"/>
              <w:left w:w="70" w:type="dxa"/>
              <w:bottom w:w="45" w:type="dxa"/>
              <w:right w:w="70" w:type="dxa"/>
            </w:tcMar>
          </w:tcPr>
          <w:p w14:paraId="077B2D62" w14:textId="77777777" w:rsidR="005A5E87" w:rsidRDefault="001C7255">
            <w:r>
              <w:rPr>
                <w:color w:val="111111"/>
                <w:sz w:val="15"/>
              </w:rPr>
              <w:t>Power hammer</w:t>
            </w:r>
          </w:p>
        </w:tc>
        <w:tc>
          <w:tcPr>
            <w:tcW w:w="1008" w:type="dxa"/>
            <w:tcMar>
              <w:top w:w="45" w:type="dxa"/>
              <w:left w:w="70" w:type="dxa"/>
              <w:bottom w:w="45" w:type="dxa"/>
              <w:right w:w="70" w:type="dxa"/>
            </w:tcMar>
          </w:tcPr>
          <w:p w14:paraId="1B88B629" w14:textId="77777777" w:rsidR="005A5E87" w:rsidRDefault="005A5E87"/>
        </w:tc>
        <w:tc>
          <w:tcPr>
            <w:tcW w:w="2016" w:type="dxa"/>
            <w:tcMar>
              <w:top w:w="45" w:type="dxa"/>
              <w:left w:w="70" w:type="dxa"/>
              <w:bottom w:w="45" w:type="dxa"/>
              <w:right w:w="70" w:type="dxa"/>
            </w:tcMar>
          </w:tcPr>
          <w:p w14:paraId="66C10727" w14:textId="77777777" w:rsidR="005A5E87" w:rsidRDefault="005A5E87"/>
        </w:tc>
      </w:tr>
      <w:tr w:rsidR="005A5E87" w14:paraId="1FFA5A13" w14:textId="77777777">
        <w:trPr>
          <w:cantSplit/>
          <w:jc w:val="center"/>
        </w:trPr>
        <w:tc>
          <w:tcPr>
            <w:tcW w:w="3552" w:type="dxa"/>
            <w:tcMar>
              <w:top w:w="45" w:type="dxa"/>
              <w:left w:w="70" w:type="dxa"/>
              <w:bottom w:w="45" w:type="dxa"/>
              <w:right w:w="70" w:type="dxa"/>
            </w:tcMar>
          </w:tcPr>
          <w:p w14:paraId="22B7C7F9" w14:textId="77777777" w:rsidR="005A5E87" w:rsidRDefault="001C7255">
            <w:r>
              <w:rPr>
                <w:color w:val="111111"/>
                <w:sz w:val="15"/>
              </w:rPr>
              <w:t>Shrinker-stretcher</w:t>
            </w:r>
          </w:p>
        </w:tc>
        <w:tc>
          <w:tcPr>
            <w:tcW w:w="1008" w:type="dxa"/>
            <w:tcMar>
              <w:top w:w="45" w:type="dxa"/>
              <w:left w:w="70" w:type="dxa"/>
              <w:bottom w:w="45" w:type="dxa"/>
              <w:right w:w="70" w:type="dxa"/>
            </w:tcMar>
          </w:tcPr>
          <w:p w14:paraId="7F7F70DF" w14:textId="77777777" w:rsidR="005A5E87" w:rsidRDefault="005A5E87"/>
        </w:tc>
        <w:tc>
          <w:tcPr>
            <w:tcW w:w="2016" w:type="dxa"/>
            <w:tcMar>
              <w:top w:w="45" w:type="dxa"/>
              <w:left w:w="70" w:type="dxa"/>
              <w:bottom w:w="45" w:type="dxa"/>
              <w:right w:w="70" w:type="dxa"/>
            </w:tcMar>
          </w:tcPr>
          <w:p w14:paraId="571A1DE9" w14:textId="77777777" w:rsidR="005A5E87" w:rsidRDefault="005A5E87"/>
        </w:tc>
      </w:tr>
      <w:tr w:rsidR="005A5E87" w14:paraId="57E7CAEC" w14:textId="77777777">
        <w:trPr>
          <w:cantSplit/>
          <w:jc w:val="center"/>
        </w:trPr>
        <w:tc>
          <w:tcPr>
            <w:tcW w:w="3552" w:type="dxa"/>
            <w:tcMar>
              <w:top w:w="45" w:type="dxa"/>
              <w:left w:w="70" w:type="dxa"/>
              <w:bottom w:w="45" w:type="dxa"/>
              <w:right w:w="70" w:type="dxa"/>
            </w:tcMar>
          </w:tcPr>
          <w:p w14:paraId="625E49FD" w14:textId="77777777" w:rsidR="005A5E87" w:rsidRDefault="001C7255">
            <w:r>
              <w:rPr>
                <w:color w:val="111111"/>
                <w:sz w:val="15"/>
              </w:rPr>
              <w:t>Bead roller</w:t>
            </w:r>
          </w:p>
        </w:tc>
        <w:tc>
          <w:tcPr>
            <w:tcW w:w="1008" w:type="dxa"/>
            <w:tcMar>
              <w:top w:w="45" w:type="dxa"/>
              <w:left w:w="70" w:type="dxa"/>
              <w:bottom w:w="45" w:type="dxa"/>
              <w:right w:w="70" w:type="dxa"/>
            </w:tcMar>
          </w:tcPr>
          <w:p w14:paraId="56496CDD" w14:textId="77777777" w:rsidR="005A5E87" w:rsidRDefault="005A5E87"/>
        </w:tc>
        <w:tc>
          <w:tcPr>
            <w:tcW w:w="2016" w:type="dxa"/>
            <w:tcMar>
              <w:top w:w="45" w:type="dxa"/>
              <w:left w:w="70" w:type="dxa"/>
              <w:bottom w:w="45" w:type="dxa"/>
              <w:right w:w="70" w:type="dxa"/>
            </w:tcMar>
          </w:tcPr>
          <w:p w14:paraId="59E24116" w14:textId="77777777" w:rsidR="005A5E87" w:rsidRDefault="005A5E87"/>
        </w:tc>
      </w:tr>
      <w:tr w:rsidR="005A5E87" w14:paraId="2CEBCD51" w14:textId="77777777">
        <w:trPr>
          <w:cantSplit/>
          <w:jc w:val="center"/>
        </w:trPr>
        <w:tc>
          <w:tcPr>
            <w:tcW w:w="3552" w:type="dxa"/>
            <w:tcMar>
              <w:top w:w="45" w:type="dxa"/>
              <w:left w:w="70" w:type="dxa"/>
              <w:bottom w:w="45" w:type="dxa"/>
              <w:right w:w="70" w:type="dxa"/>
            </w:tcMar>
          </w:tcPr>
          <w:p w14:paraId="7260A915" w14:textId="77777777" w:rsidR="005A5E87" w:rsidRDefault="001C7255">
            <w:r>
              <w:rPr>
                <w:color w:val="111111"/>
                <w:sz w:val="15"/>
              </w:rPr>
              <w:t>Sheet-metal brake</w:t>
            </w:r>
          </w:p>
        </w:tc>
        <w:tc>
          <w:tcPr>
            <w:tcW w:w="1008" w:type="dxa"/>
            <w:tcMar>
              <w:top w:w="45" w:type="dxa"/>
              <w:left w:w="70" w:type="dxa"/>
              <w:bottom w:w="45" w:type="dxa"/>
              <w:right w:w="70" w:type="dxa"/>
            </w:tcMar>
          </w:tcPr>
          <w:p w14:paraId="0143734F" w14:textId="77777777" w:rsidR="005A5E87" w:rsidRDefault="005A5E87"/>
        </w:tc>
        <w:tc>
          <w:tcPr>
            <w:tcW w:w="2016" w:type="dxa"/>
            <w:tcMar>
              <w:top w:w="45" w:type="dxa"/>
              <w:left w:w="70" w:type="dxa"/>
              <w:bottom w:w="45" w:type="dxa"/>
              <w:right w:w="70" w:type="dxa"/>
            </w:tcMar>
          </w:tcPr>
          <w:p w14:paraId="13AB47BD" w14:textId="77777777" w:rsidR="005A5E87" w:rsidRDefault="005A5E87"/>
        </w:tc>
      </w:tr>
      <w:tr w:rsidR="005A5E87" w14:paraId="1417C097" w14:textId="77777777">
        <w:trPr>
          <w:cantSplit/>
          <w:jc w:val="center"/>
        </w:trPr>
        <w:tc>
          <w:tcPr>
            <w:tcW w:w="3552" w:type="dxa"/>
            <w:tcMar>
              <w:top w:w="45" w:type="dxa"/>
              <w:left w:w="70" w:type="dxa"/>
              <w:bottom w:w="45" w:type="dxa"/>
              <w:right w:w="70" w:type="dxa"/>
            </w:tcMar>
          </w:tcPr>
          <w:p w14:paraId="6D306F7B" w14:textId="77777777" w:rsidR="005A5E87" w:rsidRDefault="001C7255">
            <w:r>
              <w:rPr>
                <w:color w:val="111111"/>
                <w:sz w:val="15"/>
              </w:rPr>
              <w:t>Tubing bender</w:t>
            </w:r>
          </w:p>
        </w:tc>
        <w:tc>
          <w:tcPr>
            <w:tcW w:w="1008" w:type="dxa"/>
            <w:tcMar>
              <w:top w:w="45" w:type="dxa"/>
              <w:left w:w="70" w:type="dxa"/>
              <w:bottom w:w="45" w:type="dxa"/>
              <w:right w:w="70" w:type="dxa"/>
            </w:tcMar>
          </w:tcPr>
          <w:p w14:paraId="7631BC13" w14:textId="77777777" w:rsidR="005A5E87" w:rsidRDefault="005A5E87"/>
        </w:tc>
        <w:tc>
          <w:tcPr>
            <w:tcW w:w="2016" w:type="dxa"/>
            <w:tcMar>
              <w:top w:w="45" w:type="dxa"/>
              <w:left w:w="70" w:type="dxa"/>
              <w:bottom w:w="45" w:type="dxa"/>
              <w:right w:w="70" w:type="dxa"/>
            </w:tcMar>
          </w:tcPr>
          <w:p w14:paraId="6D092D32" w14:textId="77777777" w:rsidR="005A5E87" w:rsidRDefault="005A5E87"/>
        </w:tc>
      </w:tr>
      <w:tr w:rsidR="005A5E87" w14:paraId="2E844436" w14:textId="77777777">
        <w:trPr>
          <w:cantSplit/>
          <w:jc w:val="center"/>
        </w:trPr>
        <w:tc>
          <w:tcPr>
            <w:tcW w:w="3552" w:type="dxa"/>
            <w:tcMar>
              <w:top w:w="45" w:type="dxa"/>
              <w:left w:w="70" w:type="dxa"/>
              <w:bottom w:w="45" w:type="dxa"/>
              <w:right w:w="70" w:type="dxa"/>
            </w:tcMar>
          </w:tcPr>
          <w:p w14:paraId="6E442A35" w14:textId="77777777" w:rsidR="005A5E87" w:rsidRDefault="001C7255">
            <w:r>
              <w:rPr>
                <w:color w:val="111111"/>
                <w:sz w:val="15"/>
              </w:rPr>
              <w:t>Plasma cutting</w:t>
            </w:r>
          </w:p>
        </w:tc>
        <w:tc>
          <w:tcPr>
            <w:tcW w:w="1008" w:type="dxa"/>
            <w:tcMar>
              <w:top w:w="45" w:type="dxa"/>
              <w:left w:w="70" w:type="dxa"/>
              <w:bottom w:w="45" w:type="dxa"/>
              <w:right w:w="70" w:type="dxa"/>
            </w:tcMar>
          </w:tcPr>
          <w:p w14:paraId="48142CCA" w14:textId="77777777" w:rsidR="005A5E87" w:rsidRDefault="005A5E87"/>
        </w:tc>
        <w:tc>
          <w:tcPr>
            <w:tcW w:w="2016" w:type="dxa"/>
            <w:tcMar>
              <w:top w:w="45" w:type="dxa"/>
              <w:left w:w="70" w:type="dxa"/>
              <w:bottom w:w="45" w:type="dxa"/>
              <w:right w:w="70" w:type="dxa"/>
            </w:tcMar>
          </w:tcPr>
          <w:p w14:paraId="49070CD6" w14:textId="77777777" w:rsidR="005A5E87" w:rsidRDefault="005A5E87"/>
        </w:tc>
      </w:tr>
      <w:tr w:rsidR="005A5E87" w14:paraId="5DF9D6D0" w14:textId="77777777">
        <w:trPr>
          <w:cantSplit/>
          <w:jc w:val="center"/>
        </w:trPr>
        <w:tc>
          <w:tcPr>
            <w:tcW w:w="3552" w:type="dxa"/>
            <w:tcMar>
              <w:top w:w="45" w:type="dxa"/>
              <w:left w:w="70" w:type="dxa"/>
              <w:bottom w:w="45" w:type="dxa"/>
              <w:right w:w="70" w:type="dxa"/>
            </w:tcMar>
          </w:tcPr>
          <w:p w14:paraId="2339969F" w14:textId="77777777" w:rsidR="005A5E87" w:rsidRDefault="001C7255">
            <w:r>
              <w:rPr>
                <w:color w:val="111111"/>
                <w:sz w:val="15"/>
              </w:rPr>
              <w:t>Metal finishing</w:t>
            </w:r>
          </w:p>
        </w:tc>
        <w:tc>
          <w:tcPr>
            <w:tcW w:w="1008" w:type="dxa"/>
            <w:tcMar>
              <w:top w:w="45" w:type="dxa"/>
              <w:left w:w="70" w:type="dxa"/>
              <w:bottom w:w="45" w:type="dxa"/>
              <w:right w:w="70" w:type="dxa"/>
            </w:tcMar>
          </w:tcPr>
          <w:p w14:paraId="735424C8" w14:textId="77777777" w:rsidR="005A5E87" w:rsidRDefault="005A5E87"/>
        </w:tc>
        <w:tc>
          <w:tcPr>
            <w:tcW w:w="2016" w:type="dxa"/>
            <w:tcMar>
              <w:top w:w="45" w:type="dxa"/>
              <w:left w:w="70" w:type="dxa"/>
              <w:bottom w:w="45" w:type="dxa"/>
              <w:right w:w="70" w:type="dxa"/>
            </w:tcMar>
          </w:tcPr>
          <w:p w14:paraId="7E13F062" w14:textId="77777777" w:rsidR="005A5E87" w:rsidRDefault="005A5E87"/>
        </w:tc>
      </w:tr>
      <w:tr w:rsidR="005A5E87" w14:paraId="7B0743CC" w14:textId="77777777">
        <w:trPr>
          <w:cantSplit/>
          <w:jc w:val="center"/>
        </w:trPr>
        <w:tc>
          <w:tcPr>
            <w:tcW w:w="3552" w:type="dxa"/>
            <w:tcMar>
              <w:top w:w="45" w:type="dxa"/>
              <w:left w:w="70" w:type="dxa"/>
              <w:bottom w:w="45" w:type="dxa"/>
              <w:right w:w="70" w:type="dxa"/>
            </w:tcMar>
          </w:tcPr>
          <w:p w14:paraId="54B2C31A" w14:textId="77777777" w:rsidR="005A5E87" w:rsidRDefault="001C7255">
            <w:r>
              <w:rPr>
                <w:color w:val="111111"/>
                <w:sz w:val="15"/>
              </w:rPr>
              <w:t>Patterns, jigs and fixtures</w:t>
            </w:r>
          </w:p>
        </w:tc>
        <w:tc>
          <w:tcPr>
            <w:tcW w:w="1008" w:type="dxa"/>
            <w:tcMar>
              <w:top w:w="45" w:type="dxa"/>
              <w:left w:w="70" w:type="dxa"/>
              <w:bottom w:w="45" w:type="dxa"/>
              <w:right w:w="70" w:type="dxa"/>
            </w:tcMar>
          </w:tcPr>
          <w:p w14:paraId="68F3989B" w14:textId="77777777" w:rsidR="005A5E87" w:rsidRDefault="005A5E87"/>
        </w:tc>
        <w:tc>
          <w:tcPr>
            <w:tcW w:w="2016" w:type="dxa"/>
            <w:tcMar>
              <w:top w:w="45" w:type="dxa"/>
              <w:left w:w="70" w:type="dxa"/>
              <w:bottom w:w="45" w:type="dxa"/>
              <w:right w:w="70" w:type="dxa"/>
            </w:tcMar>
          </w:tcPr>
          <w:p w14:paraId="64325C2E" w14:textId="77777777" w:rsidR="005A5E87" w:rsidRDefault="005A5E87"/>
        </w:tc>
      </w:tr>
    </w:tbl>
    <w:tbl>
      <w:tblPr>
        <w:tblW w:w="0" w:type="auto"/>
        <w:jc w:val="center"/>
        <w:tblLook w:val="04A0" w:firstRow="1" w:lastRow="0" w:firstColumn="1" w:lastColumn="0" w:noHBand="0" w:noVBand="1"/>
      </w:tblPr>
      <w:tblGrid>
        <w:gridCol w:w="10656"/>
      </w:tblGrid>
      <w:tr w:rsidR="005A5E87" w14:paraId="63C373CF" w14:textId="77777777">
        <w:trPr>
          <w:cantSplit/>
          <w:jc w:val="center"/>
        </w:trPr>
        <w:tc>
          <w:tcPr>
            <w:tcW w:w="10656" w:type="dxa"/>
            <w:shd w:val="clear" w:color="auto" w:fill="D9DDE1"/>
            <w:tcMar>
              <w:top w:w="60" w:type="dxa"/>
              <w:left w:w="100" w:type="dxa"/>
              <w:bottom w:w="60" w:type="dxa"/>
              <w:right w:w="100" w:type="dxa"/>
            </w:tcMar>
          </w:tcPr>
          <w:p w14:paraId="60C0E94F" w14:textId="77777777" w:rsidR="005A5E87" w:rsidRDefault="001C7255">
            <w:pPr>
              <w:spacing w:after="0" w:line="240" w:lineRule="auto"/>
            </w:pPr>
            <w:r>
              <w:rPr>
                <w:b/>
                <w:color w:val="17191C"/>
                <w:sz w:val="19"/>
              </w:rPr>
              <w:t>Bodywork and Fit-and-Finish</w:t>
            </w:r>
          </w:p>
        </w:tc>
      </w:tr>
    </w:tbl>
    <w:tbl>
      <w:tblPr>
        <w:tblStyle w:val="TableGrid"/>
        <w:tblW w:w="0" w:type="auto"/>
        <w:jc w:val="center"/>
        <w:tblLook w:val="04A0" w:firstRow="1" w:lastRow="0" w:firstColumn="1" w:lastColumn="0" w:noHBand="0" w:noVBand="1"/>
      </w:tblPr>
      <w:tblGrid>
        <w:gridCol w:w="3548"/>
        <w:gridCol w:w="3549"/>
        <w:gridCol w:w="3549"/>
      </w:tblGrid>
      <w:tr w:rsidR="005A5E87" w14:paraId="064B8B71" w14:textId="77777777">
        <w:trPr>
          <w:cantSplit/>
          <w:tblHeader/>
          <w:jc w:val="center"/>
        </w:trPr>
        <w:tc>
          <w:tcPr>
            <w:tcW w:w="3552" w:type="dxa"/>
            <w:shd w:val="clear" w:color="auto" w:fill="30343A"/>
          </w:tcPr>
          <w:p w14:paraId="5C3EAC8E" w14:textId="77777777" w:rsidR="005A5E87" w:rsidRDefault="001C7255">
            <w:pPr>
              <w:jc w:val="center"/>
            </w:pPr>
            <w:r>
              <w:rPr>
                <w:b/>
                <w:color w:val="FFFFFF"/>
                <w:sz w:val="16"/>
              </w:rPr>
              <w:t>Skill / Capability</w:t>
            </w:r>
          </w:p>
        </w:tc>
        <w:tc>
          <w:tcPr>
            <w:tcW w:w="3552" w:type="dxa"/>
            <w:shd w:val="clear" w:color="auto" w:fill="30343A"/>
          </w:tcPr>
          <w:p w14:paraId="6B6EB40D"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10FE4937" w14:textId="77777777" w:rsidR="005A5E87" w:rsidRDefault="001C7255">
            <w:pPr>
              <w:jc w:val="center"/>
            </w:pPr>
            <w:r>
              <w:rPr>
                <w:b/>
                <w:color w:val="FFFFFF"/>
                <w:sz w:val="16"/>
              </w:rPr>
              <w:t>Years / Notes</w:t>
            </w:r>
          </w:p>
        </w:tc>
      </w:tr>
      <w:tr w:rsidR="005A5E87" w14:paraId="61A4A689" w14:textId="77777777">
        <w:trPr>
          <w:cantSplit/>
          <w:jc w:val="center"/>
        </w:trPr>
        <w:tc>
          <w:tcPr>
            <w:tcW w:w="3552" w:type="dxa"/>
            <w:tcMar>
              <w:top w:w="45" w:type="dxa"/>
              <w:left w:w="70" w:type="dxa"/>
              <w:bottom w:w="45" w:type="dxa"/>
              <w:right w:w="70" w:type="dxa"/>
            </w:tcMar>
          </w:tcPr>
          <w:p w14:paraId="1B3113F8" w14:textId="77777777" w:rsidR="005A5E87" w:rsidRDefault="001C7255">
            <w:r>
              <w:rPr>
                <w:color w:val="111111"/>
                <w:sz w:val="15"/>
              </w:rPr>
              <w:t>Panel replacement and rust repair</w:t>
            </w:r>
          </w:p>
        </w:tc>
        <w:tc>
          <w:tcPr>
            <w:tcW w:w="1008" w:type="dxa"/>
            <w:tcMar>
              <w:top w:w="45" w:type="dxa"/>
              <w:left w:w="70" w:type="dxa"/>
              <w:bottom w:w="45" w:type="dxa"/>
              <w:right w:w="70" w:type="dxa"/>
            </w:tcMar>
          </w:tcPr>
          <w:p w14:paraId="44D7C11F" w14:textId="77777777" w:rsidR="005A5E87" w:rsidRDefault="005A5E87"/>
        </w:tc>
        <w:tc>
          <w:tcPr>
            <w:tcW w:w="2016" w:type="dxa"/>
            <w:tcMar>
              <w:top w:w="45" w:type="dxa"/>
              <w:left w:w="70" w:type="dxa"/>
              <w:bottom w:w="45" w:type="dxa"/>
              <w:right w:w="70" w:type="dxa"/>
            </w:tcMar>
          </w:tcPr>
          <w:p w14:paraId="2418ACA9" w14:textId="77777777" w:rsidR="005A5E87" w:rsidRDefault="005A5E87"/>
        </w:tc>
      </w:tr>
      <w:tr w:rsidR="005A5E87" w14:paraId="0EBB5367" w14:textId="77777777">
        <w:trPr>
          <w:cantSplit/>
          <w:jc w:val="center"/>
        </w:trPr>
        <w:tc>
          <w:tcPr>
            <w:tcW w:w="3552" w:type="dxa"/>
            <w:tcMar>
              <w:top w:w="45" w:type="dxa"/>
              <w:left w:w="70" w:type="dxa"/>
              <w:bottom w:w="45" w:type="dxa"/>
              <w:right w:w="70" w:type="dxa"/>
            </w:tcMar>
          </w:tcPr>
          <w:p w14:paraId="0495B921" w14:textId="77777777" w:rsidR="005A5E87" w:rsidRDefault="001C7255">
            <w:r>
              <w:rPr>
                <w:color w:val="111111"/>
                <w:sz w:val="15"/>
              </w:rPr>
              <w:t>Door / hood / deck-lid gapping</w:t>
            </w:r>
          </w:p>
        </w:tc>
        <w:tc>
          <w:tcPr>
            <w:tcW w:w="1008" w:type="dxa"/>
            <w:tcMar>
              <w:top w:w="45" w:type="dxa"/>
              <w:left w:w="70" w:type="dxa"/>
              <w:bottom w:w="45" w:type="dxa"/>
              <w:right w:w="70" w:type="dxa"/>
            </w:tcMar>
          </w:tcPr>
          <w:p w14:paraId="7EEBD4EA" w14:textId="77777777" w:rsidR="005A5E87" w:rsidRDefault="005A5E87"/>
        </w:tc>
        <w:tc>
          <w:tcPr>
            <w:tcW w:w="2016" w:type="dxa"/>
            <w:tcMar>
              <w:top w:w="45" w:type="dxa"/>
              <w:left w:w="70" w:type="dxa"/>
              <w:bottom w:w="45" w:type="dxa"/>
              <w:right w:w="70" w:type="dxa"/>
            </w:tcMar>
          </w:tcPr>
          <w:p w14:paraId="38542279" w14:textId="77777777" w:rsidR="005A5E87" w:rsidRDefault="005A5E87"/>
        </w:tc>
      </w:tr>
      <w:tr w:rsidR="005A5E87" w14:paraId="722F826F" w14:textId="77777777">
        <w:trPr>
          <w:cantSplit/>
          <w:jc w:val="center"/>
        </w:trPr>
        <w:tc>
          <w:tcPr>
            <w:tcW w:w="3552" w:type="dxa"/>
            <w:tcMar>
              <w:top w:w="45" w:type="dxa"/>
              <w:left w:w="70" w:type="dxa"/>
              <w:bottom w:w="45" w:type="dxa"/>
              <w:right w:w="70" w:type="dxa"/>
            </w:tcMar>
          </w:tcPr>
          <w:p w14:paraId="437B48EB" w14:textId="77777777" w:rsidR="005A5E87" w:rsidRDefault="001C7255">
            <w:r>
              <w:rPr>
                <w:color w:val="111111"/>
                <w:sz w:val="15"/>
              </w:rPr>
              <w:t>Panel alignment</w:t>
            </w:r>
          </w:p>
        </w:tc>
        <w:tc>
          <w:tcPr>
            <w:tcW w:w="1008" w:type="dxa"/>
            <w:tcMar>
              <w:top w:w="45" w:type="dxa"/>
              <w:left w:w="70" w:type="dxa"/>
              <w:bottom w:w="45" w:type="dxa"/>
              <w:right w:w="70" w:type="dxa"/>
            </w:tcMar>
          </w:tcPr>
          <w:p w14:paraId="6BA9498B" w14:textId="77777777" w:rsidR="005A5E87" w:rsidRDefault="005A5E87"/>
        </w:tc>
        <w:tc>
          <w:tcPr>
            <w:tcW w:w="2016" w:type="dxa"/>
            <w:tcMar>
              <w:top w:w="45" w:type="dxa"/>
              <w:left w:w="70" w:type="dxa"/>
              <w:bottom w:w="45" w:type="dxa"/>
              <w:right w:w="70" w:type="dxa"/>
            </w:tcMar>
          </w:tcPr>
          <w:p w14:paraId="58774218" w14:textId="77777777" w:rsidR="005A5E87" w:rsidRDefault="005A5E87"/>
        </w:tc>
      </w:tr>
      <w:tr w:rsidR="005A5E87" w14:paraId="1B1BF3F9" w14:textId="77777777">
        <w:trPr>
          <w:cantSplit/>
          <w:jc w:val="center"/>
        </w:trPr>
        <w:tc>
          <w:tcPr>
            <w:tcW w:w="3552" w:type="dxa"/>
            <w:tcMar>
              <w:top w:w="45" w:type="dxa"/>
              <w:left w:w="70" w:type="dxa"/>
              <w:bottom w:w="45" w:type="dxa"/>
              <w:right w:w="70" w:type="dxa"/>
            </w:tcMar>
          </w:tcPr>
          <w:p w14:paraId="23ABD5DC" w14:textId="77777777" w:rsidR="005A5E87" w:rsidRDefault="001C7255">
            <w:r>
              <w:rPr>
                <w:color w:val="111111"/>
                <w:sz w:val="15"/>
              </w:rPr>
              <w:t>Hammer and dolly work</w:t>
            </w:r>
          </w:p>
        </w:tc>
        <w:tc>
          <w:tcPr>
            <w:tcW w:w="1008" w:type="dxa"/>
            <w:tcMar>
              <w:top w:w="45" w:type="dxa"/>
              <w:left w:w="70" w:type="dxa"/>
              <w:bottom w:w="45" w:type="dxa"/>
              <w:right w:w="70" w:type="dxa"/>
            </w:tcMar>
          </w:tcPr>
          <w:p w14:paraId="12382461" w14:textId="77777777" w:rsidR="005A5E87" w:rsidRDefault="005A5E87"/>
        </w:tc>
        <w:tc>
          <w:tcPr>
            <w:tcW w:w="2016" w:type="dxa"/>
            <w:tcMar>
              <w:top w:w="45" w:type="dxa"/>
              <w:left w:w="70" w:type="dxa"/>
              <w:bottom w:w="45" w:type="dxa"/>
              <w:right w:w="70" w:type="dxa"/>
            </w:tcMar>
          </w:tcPr>
          <w:p w14:paraId="0ED84D58" w14:textId="77777777" w:rsidR="005A5E87" w:rsidRDefault="005A5E87"/>
        </w:tc>
      </w:tr>
      <w:tr w:rsidR="005A5E87" w14:paraId="104D4FA3" w14:textId="77777777">
        <w:trPr>
          <w:cantSplit/>
          <w:jc w:val="center"/>
        </w:trPr>
        <w:tc>
          <w:tcPr>
            <w:tcW w:w="3552" w:type="dxa"/>
            <w:tcMar>
              <w:top w:w="45" w:type="dxa"/>
              <w:left w:w="70" w:type="dxa"/>
              <w:bottom w:w="45" w:type="dxa"/>
              <w:right w:w="70" w:type="dxa"/>
            </w:tcMar>
          </w:tcPr>
          <w:p w14:paraId="1A6B6A7B" w14:textId="77777777" w:rsidR="005A5E87" w:rsidRDefault="001C7255">
            <w:r>
              <w:rPr>
                <w:color w:val="111111"/>
                <w:sz w:val="15"/>
              </w:rPr>
              <w:t>Metal finishing</w:t>
            </w:r>
          </w:p>
        </w:tc>
        <w:tc>
          <w:tcPr>
            <w:tcW w:w="1008" w:type="dxa"/>
            <w:tcMar>
              <w:top w:w="45" w:type="dxa"/>
              <w:left w:w="70" w:type="dxa"/>
              <w:bottom w:w="45" w:type="dxa"/>
              <w:right w:w="70" w:type="dxa"/>
            </w:tcMar>
          </w:tcPr>
          <w:p w14:paraId="25E0AE0D" w14:textId="77777777" w:rsidR="005A5E87" w:rsidRDefault="005A5E87"/>
        </w:tc>
        <w:tc>
          <w:tcPr>
            <w:tcW w:w="2016" w:type="dxa"/>
            <w:tcMar>
              <w:top w:w="45" w:type="dxa"/>
              <w:left w:w="70" w:type="dxa"/>
              <w:bottom w:w="45" w:type="dxa"/>
              <w:right w:w="70" w:type="dxa"/>
            </w:tcMar>
          </w:tcPr>
          <w:p w14:paraId="3781F97F" w14:textId="77777777" w:rsidR="005A5E87" w:rsidRDefault="005A5E87"/>
        </w:tc>
      </w:tr>
      <w:tr w:rsidR="005A5E87" w14:paraId="5024801A" w14:textId="77777777">
        <w:trPr>
          <w:cantSplit/>
          <w:jc w:val="center"/>
        </w:trPr>
        <w:tc>
          <w:tcPr>
            <w:tcW w:w="3552" w:type="dxa"/>
            <w:tcMar>
              <w:top w:w="45" w:type="dxa"/>
              <w:left w:w="70" w:type="dxa"/>
              <w:bottom w:w="45" w:type="dxa"/>
              <w:right w:w="70" w:type="dxa"/>
            </w:tcMar>
          </w:tcPr>
          <w:p w14:paraId="00F4D32C" w14:textId="77777777" w:rsidR="005A5E87" w:rsidRDefault="001C7255">
            <w:r>
              <w:rPr>
                <w:color w:val="111111"/>
                <w:sz w:val="15"/>
              </w:rPr>
              <w:t>Body filler application</w:t>
            </w:r>
          </w:p>
        </w:tc>
        <w:tc>
          <w:tcPr>
            <w:tcW w:w="1008" w:type="dxa"/>
            <w:tcMar>
              <w:top w:w="45" w:type="dxa"/>
              <w:left w:w="70" w:type="dxa"/>
              <w:bottom w:w="45" w:type="dxa"/>
              <w:right w:w="70" w:type="dxa"/>
            </w:tcMar>
          </w:tcPr>
          <w:p w14:paraId="4B55DFE1" w14:textId="77777777" w:rsidR="005A5E87" w:rsidRDefault="005A5E87"/>
        </w:tc>
        <w:tc>
          <w:tcPr>
            <w:tcW w:w="2016" w:type="dxa"/>
            <w:tcMar>
              <w:top w:w="45" w:type="dxa"/>
              <w:left w:w="70" w:type="dxa"/>
              <w:bottom w:w="45" w:type="dxa"/>
              <w:right w:w="70" w:type="dxa"/>
            </w:tcMar>
          </w:tcPr>
          <w:p w14:paraId="387A8A9D" w14:textId="77777777" w:rsidR="005A5E87" w:rsidRDefault="005A5E87"/>
        </w:tc>
      </w:tr>
      <w:tr w:rsidR="005A5E87" w14:paraId="158C26EC" w14:textId="77777777">
        <w:trPr>
          <w:cantSplit/>
          <w:jc w:val="center"/>
        </w:trPr>
        <w:tc>
          <w:tcPr>
            <w:tcW w:w="3552" w:type="dxa"/>
            <w:tcMar>
              <w:top w:w="45" w:type="dxa"/>
              <w:left w:w="70" w:type="dxa"/>
              <w:bottom w:w="45" w:type="dxa"/>
              <w:right w:w="70" w:type="dxa"/>
            </w:tcMar>
          </w:tcPr>
          <w:p w14:paraId="235341D5" w14:textId="77777777" w:rsidR="005A5E87" w:rsidRDefault="001C7255">
            <w:r>
              <w:rPr>
                <w:color w:val="111111"/>
                <w:sz w:val="15"/>
              </w:rPr>
              <w:t>Guide coating</w:t>
            </w:r>
          </w:p>
        </w:tc>
        <w:tc>
          <w:tcPr>
            <w:tcW w:w="1008" w:type="dxa"/>
            <w:tcMar>
              <w:top w:w="45" w:type="dxa"/>
              <w:left w:w="70" w:type="dxa"/>
              <w:bottom w:w="45" w:type="dxa"/>
              <w:right w:w="70" w:type="dxa"/>
            </w:tcMar>
          </w:tcPr>
          <w:p w14:paraId="4C1160CB" w14:textId="77777777" w:rsidR="005A5E87" w:rsidRDefault="005A5E87"/>
        </w:tc>
        <w:tc>
          <w:tcPr>
            <w:tcW w:w="2016" w:type="dxa"/>
            <w:tcMar>
              <w:top w:w="45" w:type="dxa"/>
              <w:left w:w="70" w:type="dxa"/>
              <w:bottom w:w="45" w:type="dxa"/>
              <w:right w:w="70" w:type="dxa"/>
            </w:tcMar>
          </w:tcPr>
          <w:p w14:paraId="51BB3279" w14:textId="77777777" w:rsidR="005A5E87" w:rsidRDefault="005A5E87"/>
        </w:tc>
      </w:tr>
      <w:tr w:rsidR="005A5E87" w14:paraId="3DE0DCC8" w14:textId="77777777">
        <w:trPr>
          <w:cantSplit/>
          <w:jc w:val="center"/>
        </w:trPr>
        <w:tc>
          <w:tcPr>
            <w:tcW w:w="3552" w:type="dxa"/>
            <w:tcMar>
              <w:top w:w="45" w:type="dxa"/>
              <w:left w:w="70" w:type="dxa"/>
              <w:bottom w:w="45" w:type="dxa"/>
              <w:right w:w="70" w:type="dxa"/>
            </w:tcMar>
          </w:tcPr>
          <w:p w14:paraId="3CBDF2D8" w14:textId="77777777" w:rsidR="005A5E87" w:rsidRDefault="001C7255">
            <w:r>
              <w:rPr>
                <w:color w:val="111111"/>
                <w:sz w:val="15"/>
              </w:rPr>
              <w:t>Block sanding</w:t>
            </w:r>
          </w:p>
        </w:tc>
        <w:tc>
          <w:tcPr>
            <w:tcW w:w="1008" w:type="dxa"/>
            <w:tcMar>
              <w:top w:w="45" w:type="dxa"/>
              <w:left w:w="70" w:type="dxa"/>
              <w:bottom w:w="45" w:type="dxa"/>
              <w:right w:w="70" w:type="dxa"/>
            </w:tcMar>
          </w:tcPr>
          <w:p w14:paraId="5E1A0A67" w14:textId="77777777" w:rsidR="005A5E87" w:rsidRDefault="005A5E87"/>
        </w:tc>
        <w:tc>
          <w:tcPr>
            <w:tcW w:w="2016" w:type="dxa"/>
            <w:tcMar>
              <w:top w:w="45" w:type="dxa"/>
              <w:left w:w="70" w:type="dxa"/>
              <w:bottom w:w="45" w:type="dxa"/>
              <w:right w:w="70" w:type="dxa"/>
            </w:tcMar>
          </w:tcPr>
          <w:p w14:paraId="280E0BA1" w14:textId="77777777" w:rsidR="005A5E87" w:rsidRDefault="005A5E87"/>
        </w:tc>
      </w:tr>
      <w:tr w:rsidR="005A5E87" w14:paraId="007020B1" w14:textId="77777777">
        <w:trPr>
          <w:cantSplit/>
          <w:jc w:val="center"/>
        </w:trPr>
        <w:tc>
          <w:tcPr>
            <w:tcW w:w="3552" w:type="dxa"/>
            <w:tcMar>
              <w:top w:w="45" w:type="dxa"/>
              <w:left w:w="70" w:type="dxa"/>
              <w:bottom w:w="45" w:type="dxa"/>
              <w:right w:w="70" w:type="dxa"/>
            </w:tcMar>
          </w:tcPr>
          <w:p w14:paraId="7682AE75" w14:textId="77777777" w:rsidR="005A5E87" w:rsidRDefault="001C7255">
            <w:r>
              <w:rPr>
                <w:color w:val="111111"/>
                <w:sz w:val="15"/>
              </w:rPr>
              <w:t>Surface straightness evaluation</w:t>
            </w:r>
          </w:p>
        </w:tc>
        <w:tc>
          <w:tcPr>
            <w:tcW w:w="1008" w:type="dxa"/>
            <w:tcMar>
              <w:top w:w="45" w:type="dxa"/>
              <w:left w:w="70" w:type="dxa"/>
              <w:bottom w:w="45" w:type="dxa"/>
              <w:right w:w="70" w:type="dxa"/>
            </w:tcMar>
          </w:tcPr>
          <w:p w14:paraId="0E6BBB7D" w14:textId="77777777" w:rsidR="005A5E87" w:rsidRDefault="005A5E87"/>
        </w:tc>
        <w:tc>
          <w:tcPr>
            <w:tcW w:w="2016" w:type="dxa"/>
            <w:tcMar>
              <w:top w:w="45" w:type="dxa"/>
              <w:left w:w="70" w:type="dxa"/>
              <w:bottom w:w="45" w:type="dxa"/>
              <w:right w:w="70" w:type="dxa"/>
            </w:tcMar>
          </w:tcPr>
          <w:p w14:paraId="56045CFC" w14:textId="77777777" w:rsidR="005A5E87" w:rsidRDefault="005A5E87"/>
        </w:tc>
      </w:tr>
      <w:tr w:rsidR="005A5E87" w14:paraId="44903D7E" w14:textId="77777777">
        <w:trPr>
          <w:cantSplit/>
          <w:jc w:val="center"/>
        </w:trPr>
        <w:tc>
          <w:tcPr>
            <w:tcW w:w="3552" w:type="dxa"/>
            <w:tcMar>
              <w:top w:w="45" w:type="dxa"/>
              <w:left w:w="70" w:type="dxa"/>
              <w:bottom w:w="45" w:type="dxa"/>
              <w:right w:w="70" w:type="dxa"/>
            </w:tcMar>
          </w:tcPr>
          <w:p w14:paraId="68A2E46A" w14:textId="77777777" w:rsidR="005A5E87" w:rsidRDefault="001C7255">
            <w:r>
              <w:rPr>
                <w:color w:val="111111"/>
                <w:sz w:val="15"/>
              </w:rPr>
              <w:t>Custom body modifications</w:t>
            </w:r>
          </w:p>
        </w:tc>
        <w:tc>
          <w:tcPr>
            <w:tcW w:w="1008" w:type="dxa"/>
            <w:tcMar>
              <w:top w:w="45" w:type="dxa"/>
              <w:left w:w="70" w:type="dxa"/>
              <w:bottom w:w="45" w:type="dxa"/>
              <w:right w:w="70" w:type="dxa"/>
            </w:tcMar>
          </w:tcPr>
          <w:p w14:paraId="4C21A69A" w14:textId="77777777" w:rsidR="005A5E87" w:rsidRDefault="005A5E87"/>
        </w:tc>
        <w:tc>
          <w:tcPr>
            <w:tcW w:w="2016" w:type="dxa"/>
            <w:tcMar>
              <w:top w:w="45" w:type="dxa"/>
              <w:left w:w="70" w:type="dxa"/>
              <w:bottom w:w="45" w:type="dxa"/>
              <w:right w:w="70" w:type="dxa"/>
            </w:tcMar>
          </w:tcPr>
          <w:p w14:paraId="42013D0F" w14:textId="77777777" w:rsidR="005A5E87" w:rsidRDefault="005A5E87"/>
        </w:tc>
      </w:tr>
      <w:tr w:rsidR="005A5E87" w14:paraId="5AD33B5E" w14:textId="77777777">
        <w:trPr>
          <w:cantSplit/>
          <w:jc w:val="center"/>
        </w:trPr>
        <w:tc>
          <w:tcPr>
            <w:tcW w:w="3552" w:type="dxa"/>
            <w:tcMar>
              <w:top w:w="45" w:type="dxa"/>
              <w:left w:w="70" w:type="dxa"/>
              <w:bottom w:w="45" w:type="dxa"/>
              <w:right w:w="70" w:type="dxa"/>
            </w:tcMar>
          </w:tcPr>
          <w:p w14:paraId="6C93EAD4" w14:textId="77777777" w:rsidR="005A5E87" w:rsidRDefault="001C7255">
            <w:r>
              <w:rPr>
                <w:color w:val="111111"/>
                <w:sz w:val="15"/>
              </w:rPr>
              <w:t>Flush-mounted components</w:t>
            </w:r>
          </w:p>
        </w:tc>
        <w:tc>
          <w:tcPr>
            <w:tcW w:w="1008" w:type="dxa"/>
            <w:tcMar>
              <w:top w:w="45" w:type="dxa"/>
              <w:left w:w="70" w:type="dxa"/>
              <w:bottom w:w="45" w:type="dxa"/>
              <w:right w:w="70" w:type="dxa"/>
            </w:tcMar>
          </w:tcPr>
          <w:p w14:paraId="01A4C1FA" w14:textId="77777777" w:rsidR="005A5E87" w:rsidRDefault="005A5E87"/>
        </w:tc>
        <w:tc>
          <w:tcPr>
            <w:tcW w:w="2016" w:type="dxa"/>
            <w:tcMar>
              <w:top w:w="45" w:type="dxa"/>
              <w:left w:w="70" w:type="dxa"/>
              <w:bottom w:w="45" w:type="dxa"/>
              <w:right w:w="70" w:type="dxa"/>
            </w:tcMar>
          </w:tcPr>
          <w:p w14:paraId="28B24A25" w14:textId="77777777" w:rsidR="005A5E87" w:rsidRDefault="005A5E87"/>
        </w:tc>
      </w:tr>
      <w:tr w:rsidR="005A5E87" w14:paraId="6904C09E" w14:textId="77777777">
        <w:trPr>
          <w:cantSplit/>
          <w:jc w:val="center"/>
        </w:trPr>
        <w:tc>
          <w:tcPr>
            <w:tcW w:w="3552" w:type="dxa"/>
            <w:tcMar>
              <w:top w:w="45" w:type="dxa"/>
              <w:left w:w="70" w:type="dxa"/>
              <w:bottom w:w="45" w:type="dxa"/>
              <w:right w:w="70" w:type="dxa"/>
            </w:tcMar>
          </w:tcPr>
          <w:p w14:paraId="749966E4" w14:textId="77777777" w:rsidR="005A5E87" w:rsidRDefault="001C7255">
            <w:r>
              <w:rPr>
                <w:color w:val="111111"/>
                <w:sz w:val="15"/>
              </w:rPr>
              <w:t>Trim fitment</w:t>
            </w:r>
          </w:p>
        </w:tc>
        <w:tc>
          <w:tcPr>
            <w:tcW w:w="1008" w:type="dxa"/>
            <w:tcMar>
              <w:top w:w="45" w:type="dxa"/>
              <w:left w:w="70" w:type="dxa"/>
              <w:bottom w:w="45" w:type="dxa"/>
              <w:right w:w="70" w:type="dxa"/>
            </w:tcMar>
          </w:tcPr>
          <w:p w14:paraId="3C0D23FA" w14:textId="77777777" w:rsidR="005A5E87" w:rsidRDefault="005A5E87"/>
        </w:tc>
        <w:tc>
          <w:tcPr>
            <w:tcW w:w="2016" w:type="dxa"/>
            <w:tcMar>
              <w:top w:w="45" w:type="dxa"/>
              <w:left w:w="70" w:type="dxa"/>
              <w:bottom w:w="45" w:type="dxa"/>
              <w:right w:w="70" w:type="dxa"/>
            </w:tcMar>
          </w:tcPr>
          <w:p w14:paraId="5F29FE11" w14:textId="77777777" w:rsidR="005A5E87" w:rsidRDefault="005A5E87"/>
        </w:tc>
      </w:tr>
      <w:tr w:rsidR="005A5E87" w14:paraId="3FA1B470" w14:textId="77777777">
        <w:trPr>
          <w:cantSplit/>
          <w:jc w:val="center"/>
        </w:trPr>
        <w:tc>
          <w:tcPr>
            <w:tcW w:w="3552" w:type="dxa"/>
            <w:tcMar>
              <w:top w:w="45" w:type="dxa"/>
              <w:left w:w="70" w:type="dxa"/>
              <w:bottom w:w="45" w:type="dxa"/>
              <w:right w:w="70" w:type="dxa"/>
            </w:tcMar>
          </w:tcPr>
          <w:p w14:paraId="765E638F" w14:textId="77777777" w:rsidR="005A5E87" w:rsidRDefault="001C7255">
            <w:r>
              <w:rPr>
                <w:color w:val="111111"/>
                <w:sz w:val="15"/>
              </w:rPr>
              <w:t>Final finish inspection</w:t>
            </w:r>
          </w:p>
        </w:tc>
        <w:tc>
          <w:tcPr>
            <w:tcW w:w="1008" w:type="dxa"/>
            <w:tcMar>
              <w:top w:w="45" w:type="dxa"/>
              <w:left w:w="70" w:type="dxa"/>
              <w:bottom w:w="45" w:type="dxa"/>
              <w:right w:w="70" w:type="dxa"/>
            </w:tcMar>
          </w:tcPr>
          <w:p w14:paraId="1E1E4FF3" w14:textId="77777777" w:rsidR="005A5E87" w:rsidRDefault="005A5E87"/>
        </w:tc>
        <w:tc>
          <w:tcPr>
            <w:tcW w:w="2016" w:type="dxa"/>
            <w:tcMar>
              <w:top w:w="45" w:type="dxa"/>
              <w:left w:w="70" w:type="dxa"/>
              <w:bottom w:w="45" w:type="dxa"/>
              <w:right w:w="70" w:type="dxa"/>
            </w:tcMar>
          </w:tcPr>
          <w:p w14:paraId="0BEDDF71" w14:textId="77777777" w:rsidR="005A5E87" w:rsidRDefault="005A5E87"/>
        </w:tc>
      </w:tr>
    </w:tbl>
    <w:tbl>
      <w:tblPr>
        <w:tblW w:w="0" w:type="auto"/>
        <w:jc w:val="center"/>
        <w:tblLook w:val="04A0" w:firstRow="1" w:lastRow="0" w:firstColumn="1" w:lastColumn="0" w:noHBand="0" w:noVBand="1"/>
      </w:tblPr>
      <w:tblGrid>
        <w:gridCol w:w="10656"/>
      </w:tblGrid>
      <w:tr w:rsidR="005A5E87" w14:paraId="7E697F1C" w14:textId="77777777">
        <w:trPr>
          <w:cantSplit/>
          <w:jc w:val="center"/>
        </w:trPr>
        <w:tc>
          <w:tcPr>
            <w:tcW w:w="10656" w:type="dxa"/>
            <w:shd w:val="clear" w:color="auto" w:fill="D9DDE1"/>
            <w:tcMar>
              <w:top w:w="60" w:type="dxa"/>
              <w:left w:w="100" w:type="dxa"/>
              <w:bottom w:w="60" w:type="dxa"/>
              <w:right w:w="100" w:type="dxa"/>
            </w:tcMar>
          </w:tcPr>
          <w:p w14:paraId="399403FB" w14:textId="77777777" w:rsidR="005A5E87" w:rsidRDefault="001C7255">
            <w:pPr>
              <w:spacing w:after="0" w:line="240" w:lineRule="auto"/>
            </w:pPr>
            <w:r>
              <w:rPr>
                <w:b/>
                <w:color w:val="17191C"/>
                <w:sz w:val="19"/>
              </w:rPr>
              <w:t>Automotive Paint</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67A4AB0E" w14:textId="77777777">
        <w:trPr>
          <w:cantSplit/>
          <w:tblHeader/>
          <w:jc w:val="center"/>
        </w:trPr>
        <w:tc>
          <w:tcPr>
            <w:tcW w:w="3552" w:type="dxa"/>
            <w:shd w:val="clear" w:color="auto" w:fill="30343A"/>
          </w:tcPr>
          <w:p w14:paraId="303E4797" w14:textId="77777777" w:rsidR="005A5E87" w:rsidRDefault="001C7255">
            <w:pPr>
              <w:jc w:val="center"/>
            </w:pPr>
            <w:r>
              <w:rPr>
                <w:b/>
                <w:color w:val="FFFFFF"/>
                <w:sz w:val="16"/>
              </w:rPr>
              <w:lastRenderedPageBreak/>
              <w:t>Skill / Capability</w:t>
            </w:r>
          </w:p>
        </w:tc>
        <w:tc>
          <w:tcPr>
            <w:tcW w:w="3552" w:type="dxa"/>
            <w:shd w:val="clear" w:color="auto" w:fill="30343A"/>
          </w:tcPr>
          <w:p w14:paraId="604D2D6B"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0BD4393E" w14:textId="77777777" w:rsidR="005A5E87" w:rsidRDefault="001C7255">
            <w:pPr>
              <w:jc w:val="center"/>
            </w:pPr>
            <w:r>
              <w:rPr>
                <w:b/>
                <w:color w:val="FFFFFF"/>
                <w:sz w:val="16"/>
              </w:rPr>
              <w:t>Years / Notes</w:t>
            </w:r>
          </w:p>
        </w:tc>
      </w:tr>
      <w:tr w:rsidR="005A5E87" w14:paraId="23364496" w14:textId="77777777">
        <w:trPr>
          <w:cantSplit/>
          <w:jc w:val="center"/>
        </w:trPr>
        <w:tc>
          <w:tcPr>
            <w:tcW w:w="3552" w:type="dxa"/>
            <w:tcMar>
              <w:top w:w="45" w:type="dxa"/>
              <w:left w:w="70" w:type="dxa"/>
              <w:bottom w:w="45" w:type="dxa"/>
              <w:right w:w="70" w:type="dxa"/>
            </w:tcMar>
          </w:tcPr>
          <w:p w14:paraId="33432662" w14:textId="77777777" w:rsidR="005A5E87" w:rsidRDefault="001C7255">
            <w:r>
              <w:rPr>
                <w:color w:val="111111"/>
                <w:sz w:val="15"/>
              </w:rPr>
              <w:t>Paint-booth operation</w:t>
            </w:r>
          </w:p>
        </w:tc>
        <w:tc>
          <w:tcPr>
            <w:tcW w:w="1008" w:type="dxa"/>
            <w:tcMar>
              <w:top w:w="45" w:type="dxa"/>
              <w:left w:w="70" w:type="dxa"/>
              <w:bottom w:w="45" w:type="dxa"/>
              <w:right w:w="70" w:type="dxa"/>
            </w:tcMar>
          </w:tcPr>
          <w:p w14:paraId="32243F77" w14:textId="77777777" w:rsidR="005A5E87" w:rsidRDefault="005A5E87"/>
        </w:tc>
        <w:tc>
          <w:tcPr>
            <w:tcW w:w="2016" w:type="dxa"/>
            <w:tcMar>
              <w:top w:w="45" w:type="dxa"/>
              <w:left w:w="70" w:type="dxa"/>
              <w:bottom w:w="45" w:type="dxa"/>
              <w:right w:w="70" w:type="dxa"/>
            </w:tcMar>
          </w:tcPr>
          <w:p w14:paraId="33A3851C" w14:textId="77777777" w:rsidR="005A5E87" w:rsidRDefault="005A5E87"/>
        </w:tc>
      </w:tr>
      <w:tr w:rsidR="005A5E87" w14:paraId="383310BA" w14:textId="77777777">
        <w:trPr>
          <w:cantSplit/>
          <w:jc w:val="center"/>
        </w:trPr>
        <w:tc>
          <w:tcPr>
            <w:tcW w:w="3552" w:type="dxa"/>
            <w:tcMar>
              <w:top w:w="45" w:type="dxa"/>
              <w:left w:w="70" w:type="dxa"/>
              <w:bottom w:w="45" w:type="dxa"/>
              <w:right w:w="70" w:type="dxa"/>
            </w:tcMar>
          </w:tcPr>
          <w:p w14:paraId="73F1F7EB" w14:textId="77777777" w:rsidR="005A5E87" w:rsidRDefault="001C7255">
            <w:r>
              <w:rPr>
                <w:color w:val="111111"/>
                <w:sz w:val="15"/>
              </w:rPr>
              <w:t>Surface cleaning and masking</w:t>
            </w:r>
          </w:p>
        </w:tc>
        <w:tc>
          <w:tcPr>
            <w:tcW w:w="1008" w:type="dxa"/>
            <w:tcMar>
              <w:top w:w="45" w:type="dxa"/>
              <w:left w:w="70" w:type="dxa"/>
              <w:bottom w:w="45" w:type="dxa"/>
              <w:right w:w="70" w:type="dxa"/>
            </w:tcMar>
          </w:tcPr>
          <w:p w14:paraId="24C0F2E0" w14:textId="77777777" w:rsidR="005A5E87" w:rsidRDefault="005A5E87"/>
        </w:tc>
        <w:tc>
          <w:tcPr>
            <w:tcW w:w="2016" w:type="dxa"/>
            <w:tcMar>
              <w:top w:w="45" w:type="dxa"/>
              <w:left w:w="70" w:type="dxa"/>
              <w:bottom w:w="45" w:type="dxa"/>
              <w:right w:w="70" w:type="dxa"/>
            </w:tcMar>
          </w:tcPr>
          <w:p w14:paraId="193242A2" w14:textId="77777777" w:rsidR="005A5E87" w:rsidRDefault="005A5E87"/>
        </w:tc>
      </w:tr>
      <w:tr w:rsidR="005A5E87" w14:paraId="66DA6C20" w14:textId="77777777">
        <w:trPr>
          <w:cantSplit/>
          <w:jc w:val="center"/>
        </w:trPr>
        <w:tc>
          <w:tcPr>
            <w:tcW w:w="3552" w:type="dxa"/>
            <w:tcMar>
              <w:top w:w="45" w:type="dxa"/>
              <w:left w:w="70" w:type="dxa"/>
              <w:bottom w:w="45" w:type="dxa"/>
              <w:right w:w="70" w:type="dxa"/>
            </w:tcMar>
          </w:tcPr>
          <w:p w14:paraId="1A157B2D" w14:textId="77777777" w:rsidR="005A5E87" w:rsidRDefault="001C7255">
            <w:r>
              <w:rPr>
                <w:color w:val="111111"/>
                <w:sz w:val="15"/>
              </w:rPr>
              <w:t>Paint mixing and color matching</w:t>
            </w:r>
          </w:p>
        </w:tc>
        <w:tc>
          <w:tcPr>
            <w:tcW w:w="1008" w:type="dxa"/>
            <w:tcMar>
              <w:top w:w="45" w:type="dxa"/>
              <w:left w:w="70" w:type="dxa"/>
              <w:bottom w:w="45" w:type="dxa"/>
              <w:right w:w="70" w:type="dxa"/>
            </w:tcMar>
          </w:tcPr>
          <w:p w14:paraId="45232B63" w14:textId="77777777" w:rsidR="005A5E87" w:rsidRDefault="005A5E87"/>
        </w:tc>
        <w:tc>
          <w:tcPr>
            <w:tcW w:w="2016" w:type="dxa"/>
            <w:tcMar>
              <w:top w:w="45" w:type="dxa"/>
              <w:left w:w="70" w:type="dxa"/>
              <w:bottom w:w="45" w:type="dxa"/>
              <w:right w:w="70" w:type="dxa"/>
            </w:tcMar>
          </w:tcPr>
          <w:p w14:paraId="71445E16" w14:textId="77777777" w:rsidR="005A5E87" w:rsidRDefault="005A5E87"/>
        </w:tc>
      </w:tr>
      <w:tr w:rsidR="005A5E87" w14:paraId="79922308" w14:textId="77777777">
        <w:trPr>
          <w:cantSplit/>
          <w:jc w:val="center"/>
        </w:trPr>
        <w:tc>
          <w:tcPr>
            <w:tcW w:w="3552" w:type="dxa"/>
            <w:tcMar>
              <w:top w:w="45" w:type="dxa"/>
              <w:left w:w="70" w:type="dxa"/>
              <w:bottom w:w="45" w:type="dxa"/>
              <w:right w:w="70" w:type="dxa"/>
            </w:tcMar>
          </w:tcPr>
          <w:p w14:paraId="6472E476" w14:textId="77777777" w:rsidR="005A5E87" w:rsidRDefault="001C7255">
            <w:r>
              <w:rPr>
                <w:color w:val="111111"/>
                <w:sz w:val="15"/>
              </w:rPr>
              <w:t>Sealer / basecoat / clearcoat</w:t>
            </w:r>
          </w:p>
        </w:tc>
        <w:tc>
          <w:tcPr>
            <w:tcW w:w="1008" w:type="dxa"/>
            <w:tcMar>
              <w:top w:w="45" w:type="dxa"/>
              <w:left w:w="70" w:type="dxa"/>
              <w:bottom w:w="45" w:type="dxa"/>
              <w:right w:w="70" w:type="dxa"/>
            </w:tcMar>
          </w:tcPr>
          <w:p w14:paraId="26B35EBB" w14:textId="77777777" w:rsidR="005A5E87" w:rsidRDefault="005A5E87"/>
        </w:tc>
        <w:tc>
          <w:tcPr>
            <w:tcW w:w="2016" w:type="dxa"/>
            <w:tcMar>
              <w:top w:w="45" w:type="dxa"/>
              <w:left w:w="70" w:type="dxa"/>
              <w:bottom w:w="45" w:type="dxa"/>
              <w:right w:w="70" w:type="dxa"/>
            </w:tcMar>
          </w:tcPr>
          <w:p w14:paraId="4A45F9EF" w14:textId="77777777" w:rsidR="005A5E87" w:rsidRDefault="005A5E87"/>
        </w:tc>
      </w:tr>
      <w:tr w:rsidR="005A5E87" w14:paraId="7E2CB3ED" w14:textId="77777777">
        <w:trPr>
          <w:cantSplit/>
          <w:jc w:val="center"/>
        </w:trPr>
        <w:tc>
          <w:tcPr>
            <w:tcW w:w="3552" w:type="dxa"/>
            <w:tcMar>
              <w:top w:w="45" w:type="dxa"/>
              <w:left w:w="70" w:type="dxa"/>
              <w:bottom w:w="45" w:type="dxa"/>
              <w:right w:w="70" w:type="dxa"/>
            </w:tcMar>
          </w:tcPr>
          <w:p w14:paraId="7656E89B" w14:textId="77777777" w:rsidR="005A5E87" w:rsidRDefault="001C7255">
            <w:r>
              <w:rPr>
                <w:color w:val="111111"/>
                <w:sz w:val="15"/>
              </w:rPr>
              <w:t>Single-stage systems</w:t>
            </w:r>
          </w:p>
        </w:tc>
        <w:tc>
          <w:tcPr>
            <w:tcW w:w="1008" w:type="dxa"/>
            <w:tcMar>
              <w:top w:w="45" w:type="dxa"/>
              <w:left w:w="70" w:type="dxa"/>
              <w:bottom w:w="45" w:type="dxa"/>
              <w:right w:w="70" w:type="dxa"/>
            </w:tcMar>
          </w:tcPr>
          <w:p w14:paraId="7F268880" w14:textId="77777777" w:rsidR="005A5E87" w:rsidRDefault="005A5E87"/>
        </w:tc>
        <w:tc>
          <w:tcPr>
            <w:tcW w:w="2016" w:type="dxa"/>
            <w:tcMar>
              <w:top w:w="45" w:type="dxa"/>
              <w:left w:w="70" w:type="dxa"/>
              <w:bottom w:w="45" w:type="dxa"/>
              <w:right w:w="70" w:type="dxa"/>
            </w:tcMar>
          </w:tcPr>
          <w:p w14:paraId="044FA2FF" w14:textId="77777777" w:rsidR="005A5E87" w:rsidRDefault="005A5E87"/>
        </w:tc>
      </w:tr>
      <w:tr w:rsidR="005A5E87" w14:paraId="34BF3174" w14:textId="77777777">
        <w:trPr>
          <w:cantSplit/>
          <w:jc w:val="center"/>
        </w:trPr>
        <w:tc>
          <w:tcPr>
            <w:tcW w:w="3552" w:type="dxa"/>
            <w:tcMar>
              <w:top w:w="45" w:type="dxa"/>
              <w:left w:w="70" w:type="dxa"/>
              <w:bottom w:w="45" w:type="dxa"/>
              <w:right w:w="70" w:type="dxa"/>
            </w:tcMar>
          </w:tcPr>
          <w:p w14:paraId="13FF7A25" w14:textId="77777777" w:rsidR="005A5E87" w:rsidRDefault="001C7255">
            <w:r>
              <w:rPr>
                <w:color w:val="111111"/>
                <w:sz w:val="15"/>
              </w:rPr>
              <w:t>Candy / pearl / metallic finishes</w:t>
            </w:r>
          </w:p>
        </w:tc>
        <w:tc>
          <w:tcPr>
            <w:tcW w:w="1008" w:type="dxa"/>
            <w:tcMar>
              <w:top w:w="45" w:type="dxa"/>
              <w:left w:w="70" w:type="dxa"/>
              <w:bottom w:w="45" w:type="dxa"/>
              <w:right w:w="70" w:type="dxa"/>
            </w:tcMar>
          </w:tcPr>
          <w:p w14:paraId="4AFD9869" w14:textId="77777777" w:rsidR="005A5E87" w:rsidRDefault="005A5E87"/>
        </w:tc>
        <w:tc>
          <w:tcPr>
            <w:tcW w:w="2016" w:type="dxa"/>
            <w:tcMar>
              <w:top w:w="45" w:type="dxa"/>
              <w:left w:w="70" w:type="dxa"/>
              <w:bottom w:w="45" w:type="dxa"/>
              <w:right w:w="70" w:type="dxa"/>
            </w:tcMar>
          </w:tcPr>
          <w:p w14:paraId="7DCCCC1B" w14:textId="77777777" w:rsidR="005A5E87" w:rsidRDefault="005A5E87"/>
        </w:tc>
      </w:tr>
      <w:tr w:rsidR="005A5E87" w14:paraId="29D37ED8" w14:textId="77777777">
        <w:trPr>
          <w:cantSplit/>
          <w:jc w:val="center"/>
        </w:trPr>
        <w:tc>
          <w:tcPr>
            <w:tcW w:w="3552" w:type="dxa"/>
            <w:tcMar>
              <w:top w:w="45" w:type="dxa"/>
              <w:left w:w="70" w:type="dxa"/>
              <w:bottom w:w="45" w:type="dxa"/>
              <w:right w:w="70" w:type="dxa"/>
            </w:tcMar>
          </w:tcPr>
          <w:p w14:paraId="25D8FC8B" w14:textId="77777777" w:rsidR="005A5E87" w:rsidRDefault="001C7255">
            <w:r>
              <w:rPr>
                <w:color w:val="111111"/>
                <w:sz w:val="15"/>
              </w:rPr>
              <w:t>SATA or comparable spray equipment</w:t>
            </w:r>
          </w:p>
        </w:tc>
        <w:tc>
          <w:tcPr>
            <w:tcW w:w="1008" w:type="dxa"/>
            <w:tcMar>
              <w:top w:w="45" w:type="dxa"/>
              <w:left w:w="70" w:type="dxa"/>
              <w:bottom w:w="45" w:type="dxa"/>
              <w:right w:w="70" w:type="dxa"/>
            </w:tcMar>
          </w:tcPr>
          <w:p w14:paraId="105D2C54" w14:textId="77777777" w:rsidR="005A5E87" w:rsidRDefault="005A5E87"/>
        </w:tc>
        <w:tc>
          <w:tcPr>
            <w:tcW w:w="2016" w:type="dxa"/>
            <w:tcMar>
              <w:top w:w="45" w:type="dxa"/>
              <w:left w:w="70" w:type="dxa"/>
              <w:bottom w:w="45" w:type="dxa"/>
              <w:right w:w="70" w:type="dxa"/>
            </w:tcMar>
          </w:tcPr>
          <w:p w14:paraId="617A3F19" w14:textId="77777777" w:rsidR="005A5E87" w:rsidRDefault="005A5E87"/>
        </w:tc>
      </w:tr>
      <w:tr w:rsidR="005A5E87" w14:paraId="72D93DC2" w14:textId="77777777">
        <w:trPr>
          <w:cantSplit/>
          <w:jc w:val="center"/>
        </w:trPr>
        <w:tc>
          <w:tcPr>
            <w:tcW w:w="3552" w:type="dxa"/>
            <w:tcMar>
              <w:top w:w="45" w:type="dxa"/>
              <w:left w:w="70" w:type="dxa"/>
              <w:bottom w:w="45" w:type="dxa"/>
              <w:right w:w="70" w:type="dxa"/>
            </w:tcMar>
          </w:tcPr>
          <w:p w14:paraId="31B5F95D" w14:textId="77777777" w:rsidR="005A5E87" w:rsidRDefault="001C7255">
            <w:r>
              <w:rPr>
                <w:color w:val="111111"/>
                <w:sz w:val="15"/>
              </w:rPr>
              <w:t>Air-supplied respirator use</w:t>
            </w:r>
          </w:p>
        </w:tc>
        <w:tc>
          <w:tcPr>
            <w:tcW w:w="1008" w:type="dxa"/>
            <w:tcMar>
              <w:top w:w="45" w:type="dxa"/>
              <w:left w:w="70" w:type="dxa"/>
              <w:bottom w:w="45" w:type="dxa"/>
              <w:right w:w="70" w:type="dxa"/>
            </w:tcMar>
          </w:tcPr>
          <w:p w14:paraId="2D2C36E8" w14:textId="77777777" w:rsidR="005A5E87" w:rsidRDefault="005A5E87"/>
        </w:tc>
        <w:tc>
          <w:tcPr>
            <w:tcW w:w="2016" w:type="dxa"/>
            <w:tcMar>
              <w:top w:w="45" w:type="dxa"/>
              <w:left w:w="70" w:type="dxa"/>
              <w:bottom w:w="45" w:type="dxa"/>
              <w:right w:w="70" w:type="dxa"/>
            </w:tcMar>
          </w:tcPr>
          <w:p w14:paraId="14433F1F" w14:textId="77777777" w:rsidR="005A5E87" w:rsidRDefault="005A5E87"/>
        </w:tc>
      </w:tr>
      <w:tr w:rsidR="005A5E87" w14:paraId="7A143FD9" w14:textId="77777777">
        <w:trPr>
          <w:cantSplit/>
          <w:jc w:val="center"/>
        </w:trPr>
        <w:tc>
          <w:tcPr>
            <w:tcW w:w="3552" w:type="dxa"/>
            <w:tcMar>
              <w:top w:w="45" w:type="dxa"/>
              <w:left w:w="70" w:type="dxa"/>
              <w:bottom w:w="45" w:type="dxa"/>
              <w:right w:w="70" w:type="dxa"/>
            </w:tcMar>
          </w:tcPr>
          <w:p w14:paraId="13232FD8" w14:textId="77777777" w:rsidR="005A5E87" w:rsidRDefault="001C7255">
            <w:r>
              <w:rPr>
                <w:color w:val="111111"/>
                <w:sz w:val="15"/>
              </w:rPr>
              <w:t>Booth airflow / contamination control</w:t>
            </w:r>
          </w:p>
        </w:tc>
        <w:tc>
          <w:tcPr>
            <w:tcW w:w="1008" w:type="dxa"/>
            <w:tcMar>
              <w:top w:w="45" w:type="dxa"/>
              <w:left w:w="70" w:type="dxa"/>
              <w:bottom w:w="45" w:type="dxa"/>
              <w:right w:w="70" w:type="dxa"/>
            </w:tcMar>
          </w:tcPr>
          <w:p w14:paraId="47EF2864" w14:textId="77777777" w:rsidR="005A5E87" w:rsidRDefault="005A5E87"/>
        </w:tc>
        <w:tc>
          <w:tcPr>
            <w:tcW w:w="2016" w:type="dxa"/>
            <w:tcMar>
              <w:top w:w="45" w:type="dxa"/>
              <w:left w:w="70" w:type="dxa"/>
              <w:bottom w:w="45" w:type="dxa"/>
              <w:right w:w="70" w:type="dxa"/>
            </w:tcMar>
          </w:tcPr>
          <w:p w14:paraId="3CED63A3" w14:textId="77777777" w:rsidR="005A5E87" w:rsidRDefault="005A5E87"/>
        </w:tc>
      </w:tr>
      <w:tr w:rsidR="005A5E87" w14:paraId="04367EA4" w14:textId="77777777">
        <w:trPr>
          <w:cantSplit/>
          <w:jc w:val="center"/>
        </w:trPr>
        <w:tc>
          <w:tcPr>
            <w:tcW w:w="3552" w:type="dxa"/>
            <w:tcMar>
              <w:top w:w="45" w:type="dxa"/>
              <w:left w:w="70" w:type="dxa"/>
              <w:bottom w:w="45" w:type="dxa"/>
              <w:right w:w="70" w:type="dxa"/>
            </w:tcMar>
          </w:tcPr>
          <w:p w14:paraId="75E26DA7" w14:textId="77777777" w:rsidR="005A5E87" w:rsidRDefault="001C7255">
            <w:r>
              <w:rPr>
                <w:color w:val="111111"/>
                <w:sz w:val="15"/>
              </w:rPr>
              <w:t>Wet sanding</w:t>
            </w:r>
          </w:p>
        </w:tc>
        <w:tc>
          <w:tcPr>
            <w:tcW w:w="1008" w:type="dxa"/>
            <w:tcMar>
              <w:top w:w="45" w:type="dxa"/>
              <w:left w:w="70" w:type="dxa"/>
              <w:bottom w:w="45" w:type="dxa"/>
              <w:right w:w="70" w:type="dxa"/>
            </w:tcMar>
          </w:tcPr>
          <w:p w14:paraId="0A958965" w14:textId="77777777" w:rsidR="005A5E87" w:rsidRDefault="005A5E87"/>
        </w:tc>
        <w:tc>
          <w:tcPr>
            <w:tcW w:w="2016" w:type="dxa"/>
            <w:tcMar>
              <w:top w:w="45" w:type="dxa"/>
              <w:left w:w="70" w:type="dxa"/>
              <w:bottom w:w="45" w:type="dxa"/>
              <w:right w:w="70" w:type="dxa"/>
            </w:tcMar>
          </w:tcPr>
          <w:p w14:paraId="25C4A68F" w14:textId="77777777" w:rsidR="005A5E87" w:rsidRDefault="005A5E87"/>
        </w:tc>
      </w:tr>
      <w:tr w:rsidR="005A5E87" w14:paraId="1544E998" w14:textId="77777777">
        <w:trPr>
          <w:cantSplit/>
          <w:jc w:val="center"/>
        </w:trPr>
        <w:tc>
          <w:tcPr>
            <w:tcW w:w="3552" w:type="dxa"/>
            <w:tcMar>
              <w:top w:w="45" w:type="dxa"/>
              <w:left w:w="70" w:type="dxa"/>
              <w:bottom w:w="45" w:type="dxa"/>
              <w:right w:w="70" w:type="dxa"/>
            </w:tcMar>
          </w:tcPr>
          <w:p w14:paraId="39A50004" w14:textId="77777777" w:rsidR="005A5E87" w:rsidRDefault="001C7255">
            <w:r>
              <w:rPr>
                <w:color w:val="111111"/>
                <w:sz w:val="15"/>
              </w:rPr>
              <w:t>Buffing and polishing</w:t>
            </w:r>
          </w:p>
        </w:tc>
        <w:tc>
          <w:tcPr>
            <w:tcW w:w="1008" w:type="dxa"/>
            <w:tcMar>
              <w:top w:w="45" w:type="dxa"/>
              <w:left w:w="70" w:type="dxa"/>
              <w:bottom w:w="45" w:type="dxa"/>
              <w:right w:w="70" w:type="dxa"/>
            </w:tcMar>
          </w:tcPr>
          <w:p w14:paraId="09FE7A44" w14:textId="77777777" w:rsidR="005A5E87" w:rsidRDefault="005A5E87"/>
        </w:tc>
        <w:tc>
          <w:tcPr>
            <w:tcW w:w="2016" w:type="dxa"/>
            <w:tcMar>
              <w:top w:w="45" w:type="dxa"/>
              <w:left w:w="70" w:type="dxa"/>
              <w:bottom w:w="45" w:type="dxa"/>
              <w:right w:w="70" w:type="dxa"/>
            </w:tcMar>
          </w:tcPr>
          <w:p w14:paraId="02A529E5" w14:textId="77777777" w:rsidR="005A5E87" w:rsidRDefault="005A5E87"/>
        </w:tc>
      </w:tr>
      <w:tr w:rsidR="005A5E87" w14:paraId="024B055F" w14:textId="77777777">
        <w:trPr>
          <w:cantSplit/>
          <w:jc w:val="center"/>
        </w:trPr>
        <w:tc>
          <w:tcPr>
            <w:tcW w:w="3552" w:type="dxa"/>
            <w:tcMar>
              <w:top w:w="45" w:type="dxa"/>
              <w:left w:w="70" w:type="dxa"/>
              <w:bottom w:w="45" w:type="dxa"/>
              <w:right w:w="70" w:type="dxa"/>
            </w:tcMar>
          </w:tcPr>
          <w:p w14:paraId="0FC236EE" w14:textId="77777777" w:rsidR="005A5E87" w:rsidRDefault="001C7255">
            <w:r>
              <w:rPr>
                <w:color w:val="111111"/>
                <w:sz w:val="15"/>
              </w:rPr>
              <w:t>Paint-defect correction</w:t>
            </w:r>
          </w:p>
        </w:tc>
        <w:tc>
          <w:tcPr>
            <w:tcW w:w="1008" w:type="dxa"/>
            <w:tcMar>
              <w:top w:w="45" w:type="dxa"/>
              <w:left w:w="70" w:type="dxa"/>
              <w:bottom w:w="45" w:type="dxa"/>
              <w:right w:w="70" w:type="dxa"/>
            </w:tcMar>
          </w:tcPr>
          <w:p w14:paraId="28C1F040" w14:textId="77777777" w:rsidR="005A5E87" w:rsidRDefault="005A5E87"/>
        </w:tc>
        <w:tc>
          <w:tcPr>
            <w:tcW w:w="2016" w:type="dxa"/>
            <w:tcMar>
              <w:top w:w="45" w:type="dxa"/>
              <w:left w:w="70" w:type="dxa"/>
              <w:bottom w:w="45" w:type="dxa"/>
              <w:right w:w="70" w:type="dxa"/>
            </w:tcMar>
          </w:tcPr>
          <w:p w14:paraId="332A8C09" w14:textId="77777777" w:rsidR="005A5E87" w:rsidRDefault="005A5E87"/>
        </w:tc>
      </w:tr>
    </w:tbl>
    <w:tbl>
      <w:tblPr>
        <w:tblW w:w="0" w:type="auto"/>
        <w:jc w:val="center"/>
        <w:tblLook w:val="04A0" w:firstRow="1" w:lastRow="0" w:firstColumn="1" w:lastColumn="0" w:noHBand="0" w:noVBand="1"/>
      </w:tblPr>
      <w:tblGrid>
        <w:gridCol w:w="10656"/>
      </w:tblGrid>
      <w:tr w:rsidR="005A5E87" w14:paraId="5F0D5013" w14:textId="77777777">
        <w:trPr>
          <w:cantSplit/>
          <w:jc w:val="center"/>
        </w:trPr>
        <w:tc>
          <w:tcPr>
            <w:tcW w:w="10656" w:type="dxa"/>
            <w:shd w:val="clear" w:color="auto" w:fill="D9DDE1"/>
            <w:tcMar>
              <w:top w:w="60" w:type="dxa"/>
              <w:left w:w="100" w:type="dxa"/>
              <w:bottom w:w="60" w:type="dxa"/>
              <w:right w:w="100" w:type="dxa"/>
            </w:tcMar>
          </w:tcPr>
          <w:p w14:paraId="1319C7A9" w14:textId="77777777" w:rsidR="005A5E87" w:rsidRDefault="001C7255">
            <w:pPr>
              <w:spacing w:after="0" w:line="240" w:lineRule="auto"/>
            </w:pPr>
            <w:r>
              <w:rPr>
                <w:b/>
                <w:color w:val="17191C"/>
                <w:sz w:val="19"/>
              </w:rPr>
              <w:t>Electrical and Electronics</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7EF4DC25" w14:textId="77777777">
        <w:trPr>
          <w:cantSplit/>
          <w:tblHeader/>
          <w:jc w:val="center"/>
        </w:trPr>
        <w:tc>
          <w:tcPr>
            <w:tcW w:w="3552" w:type="dxa"/>
            <w:shd w:val="clear" w:color="auto" w:fill="30343A"/>
          </w:tcPr>
          <w:p w14:paraId="1CC5C3CB" w14:textId="77777777" w:rsidR="005A5E87" w:rsidRDefault="001C7255">
            <w:pPr>
              <w:jc w:val="center"/>
            </w:pPr>
            <w:r>
              <w:rPr>
                <w:b/>
                <w:color w:val="FFFFFF"/>
                <w:sz w:val="16"/>
              </w:rPr>
              <w:t>Skill / Capability</w:t>
            </w:r>
          </w:p>
        </w:tc>
        <w:tc>
          <w:tcPr>
            <w:tcW w:w="3552" w:type="dxa"/>
            <w:shd w:val="clear" w:color="auto" w:fill="30343A"/>
          </w:tcPr>
          <w:p w14:paraId="69F502E2"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777C8485" w14:textId="77777777" w:rsidR="005A5E87" w:rsidRDefault="001C7255">
            <w:pPr>
              <w:jc w:val="center"/>
            </w:pPr>
            <w:r>
              <w:rPr>
                <w:b/>
                <w:color w:val="FFFFFF"/>
                <w:sz w:val="16"/>
              </w:rPr>
              <w:t>Years / Notes</w:t>
            </w:r>
          </w:p>
        </w:tc>
      </w:tr>
      <w:tr w:rsidR="005A5E87" w14:paraId="19FC4837" w14:textId="77777777">
        <w:trPr>
          <w:cantSplit/>
          <w:jc w:val="center"/>
        </w:trPr>
        <w:tc>
          <w:tcPr>
            <w:tcW w:w="3552" w:type="dxa"/>
            <w:tcMar>
              <w:top w:w="45" w:type="dxa"/>
              <w:left w:w="70" w:type="dxa"/>
              <w:bottom w:w="45" w:type="dxa"/>
              <w:right w:w="70" w:type="dxa"/>
            </w:tcMar>
          </w:tcPr>
          <w:p w14:paraId="12AE8522" w14:textId="77777777" w:rsidR="005A5E87" w:rsidRDefault="001C7255">
            <w:r>
              <w:rPr>
                <w:color w:val="111111"/>
                <w:sz w:val="15"/>
              </w:rPr>
              <w:t>Complete vehicle rewiring</w:t>
            </w:r>
          </w:p>
        </w:tc>
        <w:tc>
          <w:tcPr>
            <w:tcW w:w="1008" w:type="dxa"/>
            <w:tcMar>
              <w:top w:w="45" w:type="dxa"/>
              <w:left w:w="70" w:type="dxa"/>
              <w:bottom w:w="45" w:type="dxa"/>
              <w:right w:w="70" w:type="dxa"/>
            </w:tcMar>
          </w:tcPr>
          <w:p w14:paraId="4C362F69" w14:textId="77777777" w:rsidR="005A5E87" w:rsidRDefault="005A5E87"/>
        </w:tc>
        <w:tc>
          <w:tcPr>
            <w:tcW w:w="2016" w:type="dxa"/>
            <w:tcMar>
              <w:top w:w="45" w:type="dxa"/>
              <w:left w:w="70" w:type="dxa"/>
              <w:bottom w:w="45" w:type="dxa"/>
              <w:right w:w="70" w:type="dxa"/>
            </w:tcMar>
          </w:tcPr>
          <w:p w14:paraId="55C5A29D" w14:textId="77777777" w:rsidR="005A5E87" w:rsidRDefault="005A5E87"/>
        </w:tc>
      </w:tr>
      <w:tr w:rsidR="005A5E87" w14:paraId="3AC91F33" w14:textId="77777777">
        <w:trPr>
          <w:cantSplit/>
          <w:jc w:val="center"/>
        </w:trPr>
        <w:tc>
          <w:tcPr>
            <w:tcW w:w="3552" w:type="dxa"/>
            <w:tcMar>
              <w:top w:w="45" w:type="dxa"/>
              <w:left w:w="70" w:type="dxa"/>
              <w:bottom w:w="45" w:type="dxa"/>
              <w:right w:w="70" w:type="dxa"/>
            </w:tcMar>
          </w:tcPr>
          <w:p w14:paraId="7E6B1E06" w14:textId="77777777" w:rsidR="005A5E87" w:rsidRDefault="001C7255">
            <w:r>
              <w:rPr>
                <w:color w:val="111111"/>
                <w:sz w:val="15"/>
              </w:rPr>
              <w:t>Harness design and circuit protection</w:t>
            </w:r>
          </w:p>
        </w:tc>
        <w:tc>
          <w:tcPr>
            <w:tcW w:w="1008" w:type="dxa"/>
            <w:tcMar>
              <w:top w:w="45" w:type="dxa"/>
              <w:left w:w="70" w:type="dxa"/>
              <w:bottom w:w="45" w:type="dxa"/>
              <w:right w:w="70" w:type="dxa"/>
            </w:tcMar>
          </w:tcPr>
          <w:p w14:paraId="6E6BC749" w14:textId="77777777" w:rsidR="005A5E87" w:rsidRDefault="005A5E87"/>
        </w:tc>
        <w:tc>
          <w:tcPr>
            <w:tcW w:w="2016" w:type="dxa"/>
            <w:tcMar>
              <w:top w:w="45" w:type="dxa"/>
              <w:left w:w="70" w:type="dxa"/>
              <w:bottom w:w="45" w:type="dxa"/>
              <w:right w:w="70" w:type="dxa"/>
            </w:tcMar>
          </w:tcPr>
          <w:p w14:paraId="37C92625" w14:textId="77777777" w:rsidR="005A5E87" w:rsidRDefault="005A5E87"/>
        </w:tc>
      </w:tr>
      <w:tr w:rsidR="005A5E87" w14:paraId="6ED7AD96" w14:textId="77777777">
        <w:trPr>
          <w:cantSplit/>
          <w:jc w:val="center"/>
        </w:trPr>
        <w:tc>
          <w:tcPr>
            <w:tcW w:w="3552" w:type="dxa"/>
            <w:tcMar>
              <w:top w:w="45" w:type="dxa"/>
              <w:left w:w="70" w:type="dxa"/>
              <w:bottom w:w="45" w:type="dxa"/>
              <w:right w:w="70" w:type="dxa"/>
            </w:tcMar>
          </w:tcPr>
          <w:p w14:paraId="50BEC57D" w14:textId="77777777" w:rsidR="005A5E87" w:rsidRDefault="001C7255">
            <w:r>
              <w:rPr>
                <w:color w:val="111111"/>
                <w:sz w:val="15"/>
              </w:rPr>
              <w:t>Battery / charging systems</w:t>
            </w:r>
          </w:p>
        </w:tc>
        <w:tc>
          <w:tcPr>
            <w:tcW w:w="1008" w:type="dxa"/>
            <w:tcMar>
              <w:top w:w="45" w:type="dxa"/>
              <w:left w:w="70" w:type="dxa"/>
              <w:bottom w:w="45" w:type="dxa"/>
              <w:right w:w="70" w:type="dxa"/>
            </w:tcMar>
          </w:tcPr>
          <w:p w14:paraId="41AB1DB5" w14:textId="77777777" w:rsidR="005A5E87" w:rsidRDefault="005A5E87"/>
        </w:tc>
        <w:tc>
          <w:tcPr>
            <w:tcW w:w="2016" w:type="dxa"/>
            <w:tcMar>
              <w:top w:w="45" w:type="dxa"/>
              <w:left w:w="70" w:type="dxa"/>
              <w:bottom w:w="45" w:type="dxa"/>
              <w:right w:w="70" w:type="dxa"/>
            </w:tcMar>
          </w:tcPr>
          <w:p w14:paraId="5C9F85AA" w14:textId="77777777" w:rsidR="005A5E87" w:rsidRDefault="005A5E87"/>
        </w:tc>
      </w:tr>
      <w:tr w:rsidR="005A5E87" w14:paraId="112D06AC" w14:textId="77777777">
        <w:trPr>
          <w:cantSplit/>
          <w:jc w:val="center"/>
        </w:trPr>
        <w:tc>
          <w:tcPr>
            <w:tcW w:w="3552" w:type="dxa"/>
            <w:tcMar>
              <w:top w:w="45" w:type="dxa"/>
              <w:left w:w="70" w:type="dxa"/>
              <w:bottom w:w="45" w:type="dxa"/>
              <w:right w:w="70" w:type="dxa"/>
            </w:tcMar>
          </w:tcPr>
          <w:p w14:paraId="632B43BC" w14:textId="77777777" w:rsidR="005A5E87" w:rsidRDefault="001C7255">
            <w:r>
              <w:rPr>
                <w:color w:val="111111"/>
                <w:sz w:val="15"/>
              </w:rPr>
              <w:t>Lighting and accessory integration</w:t>
            </w:r>
          </w:p>
        </w:tc>
        <w:tc>
          <w:tcPr>
            <w:tcW w:w="1008" w:type="dxa"/>
            <w:tcMar>
              <w:top w:w="45" w:type="dxa"/>
              <w:left w:w="70" w:type="dxa"/>
              <w:bottom w:w="45" w:type="dxa"/>
              <w:right w:w="70" w:type="dxa"/>
            </w:tcMar>
          </w:tcPr>
          <w:p w14:paraId="0DD26109" w14:textId="77777777" w:rsidR="005A5E87" w:rsidRDefault="005A5E87"/>
        </w:tc>
        <w:tc>
          <w:tcPr>
            <w:tcW w:w="2016" w:type="dxa"/>
            <w:tcMar>
              <w:top w:w="45" w:type="dxa"/>
              <w:left w:w="70" w:type="dxa"/>
              <w:bottom w:w="45" w:type="dxa"/>
              <w:right w:w="70" w:type="dxa"/>
            </w:tcMar>
          </w:tcPr>
          <w:p w14:paraId="5AE152A9" w14:textId="77777777" w:rsidR="005A5E87" w:rsidRDefault="005A5E87"/>
        </w:tc>
      </w:tr>
      <w:tr w:rsidR="005A5E87" w14:paraId="387098B2" w14:textId="77777777">
        <w:trPr>
          <w:cantSplit/>
          <w:jc w:val="center"/>
        </w:trPr>
        <w:tc>
          <w:tcPr>
            <w:tcW w:w="3552" w:type="dxa"/>
            <w:tcMar>
              <w:top w:w="45" w:type="dxa"/>
              <w:left w:w="70" w:type="dxa"/>
              <w:bottom w:w="45" w:type="dxa"/>
              <w:right w:w="70" w:type="dxa"/>
            </w:tcMar>
          </w:tcPr>
          <w:p w14:paraId="0765AFD5" w14:textId="77777777" w:rsidR="005A5E87" w:rsidRDefault="001C7255">
            <w:r>
              <w:rPr>
                <w:color w:val="111111"/>
                <w:sz w:val="15"/>
              </w:rPr>
              <w:t>Engine-management wiring</w:t>
            </w:r>
          </w:p>
        </w:tc>
        <w:tc>
          <w:tcPr>
            <w:tcW w:w="1008" w:type="dxa"/>
            <w:tcMar>
              <w:top w:w="45" w:type="dxa"/>
              <w:left w:w="70" w:type="dxa"/>
              <w:bottom w:w="45" w:type="dxa"/>
              <w:right w:w="70" w:type="dxa"/>
            </w:tcMar>
          </w:tcPr>
          <w:p w14:paraId="63172C75" w14:textId="77777777" w:rsidR="005A5E87" w:rsidRDefault="005A5E87"/>
        </w:tc>
        <w:tc>
          <w:tcPr>
            <w:tcW w:w="2016" w:type="dxa"/>
            <w:tcMar>
              <w:top w:w="45" w:type="dxa"/>
              <w:left w:w="70" w:type="dxa"/>
              <w:bottom w:w="45" w:type="dxa"/>
              <w:right w:w="70" w:type="dxa"/>
            </w:tcMar>
          </w:tcPr>
          <w:p w14:paraId="0B11798C" w14:textId="77777777" w:rsidR="005A5E87" w:rsidRDefault="005A5E87"/>
        </w:tc>
      </w:tr>
      <w:tr w:rsidR="005A5E87" w14:paraId="7E89CB82" w14:textId="77777777">
        <w:trPr>
          <w:cantSplit/>
          <w:jc w:val="center"/>
        </w:trPr>
        <w:tc>
          <w:tcPr>
            <w:tcW w:w="3552" w:type="dxa"/>
            <w:tcMar>
              <w:top w:w="45" w:type="dxa"/>
              <w:left w:w="70" w:type="dxa"/>
              <w:bottom w:w="45" w:type="dxa"/>
              <w:right w:w="70" w:type="dxa"/>
            </w:tcMar>
          </w:tcPr>
          <w:p w14:paraId="529EBE47" w14:textId="77777777" w:rsidR="005A5E87" w:rsidRDefault="001C7255">
            <w:r>
              <w:rPr>
                <w:color w:val="111111"/>
                <w:sz w:val="15"/>
              </w:rPr>
              <w:t>CAN-bus systems</w:t>
            </w:r>
          </w:p>
        </w:tc>
        <w:tc>
          <w:tcPr>
            <w:tcW w:w="1008" w:type="dxa"/>
            <w:tcMar>
              <w:top w:w="45" w:type="dxa"/>
              <w:left w:w="70" w:type="dxa"/>
              <w:bottom w:w="45" w:type="dxa"/>
              <w:right w:w="70" w:type="dxa"/>
            </w:tcMar>
          </w:tcPr>
          <w:p w14:paraId="2EF68CED" w14:textId="77777777" w:rsidR="005A5E87" w:rsidRDefault="005A5E87"/>
        </w:tc>
        <w:tc>
          <w:tcPr>
            <w:tcW w:w="2016" w:type="dxa"/>
            <w:tcMar>
              <w:top w:w="45" w:type="dxa"/>
              <w:left w:w="70" w:type="dxa"/>
              <w:bottom w:w="45" w:type="dxa"/>
              <w:right w:w="70" w:type="dxa"/>
            </w:tcMar>
          </w:tcPr>
          <w:p w14:paraId="43891F7D" w14:textId="77777777" w:rsidR="005A5E87" w:rsidRDefault="005A5E87"/>
        </w:tc>
      </w:tr>
      <w:tr w:rsidR="005A5E87" w14:paraId="26109638" w14:textId="77777777">
        <w:trPr>
          <w:cantSplit/>
          <w:jc w:val="center"/>
        </w:trPr>
        <w:tc>
          <w:tcPr>
            <w:tcW w:w="3552" w:type="dxa"/>
            <w:tcMar>
              <w:top w:w="45" w:type="dxa"/>
              <w:left w:w="70" w:type="dxa"/>
              <w:bottom w:w="45" w:type="dxa"/>
              <w:right w:w="70" w:type="dxa"/>
            </w:tcMar>
          </w:tcPr>
          <w:p w14:paraId="075136E9" w14:textId="77777777" w:rsidR="005A5E87" w:rsidRDefault="001C7255">
            <w:r>
              <w:rPr>
                <w:color w:val="111111"/>
                <w:sz w:val="15"/>
              </w:rPr>
              <w:t>Electrical diagnostics</w:t>
            </w:r>
          </w:p>
        </w:tc>
        <w:tc>
          <w:tcPr>
            <w:tcW w:w="1008" w:type="dxa"/>
            <w:tcMar>
              <w:top w:w="45" w:type="dxa"/>
              <w:left w:w="70" w:type="dxa"/>
              <w:bottom w:w="45" w:type="dxa"/>
              <w:right w:w="70" w:type="dxa"/>
            </w:tcMar>
          </w:tcPr>
          <w:p w14:paraId="51B445B6" w14:textId="77777777" w:rsidR="005A5E87" w:rsidRDefault="005A5E87"/>
        </w:tc>
        <w:tc>
          <w:tcPr>
            <w:tcW w:w="2016" w:type="dxa"/>
            <w:tcMar>
              <w:top w:w="45" w:type="dxa"/>
              <w:left w:w="70" w:type="dxa"/>
              <w:bottom w:w="45" w:type="dxa"/>
              <w:right w:w="70" w:type="dxa"/>
            </w:tcMar>
          </w:tcPr>
          <w:p w14:paraId="0BE33262" w14:textId="77777777" w:rsidR="005A5E87" w:rsidRDefault="005A5E87"/>
        </w:tc>
      </w:tr>
      <w:tr w:rsidR="005A5E87" w14:paraId="11C12B0C" w14:textId="77777777">
        <w:trPr>
          <w:cantSplit/>
          <w:jc w:val="center"/>
        </w:trPr>
        <w:tc>
          <w:tcPr>
            <w:tcW w:w="3552" w:type="dxa"/>
            <w:tcMar>
              <w:top w:w="45" w:type="dxa"/>
              <w:left w:w="70" w:type="dxa"/>
              <w:bottom w:w="45" w:type="dxa"/>
              <w:right w:w="70" w:type="dxa"/>
            </w:tcMar>
          </w:tcPr>
          <w:p w14:paraId="655FBA28" w14:textId="77777777" w:rsidR="005A5E87" w:rsidRDefault="001C7255">
            <w:r>
              <w:rPr>
                <w:color w:val="111111"/>
                <w:sz w:val="15"/>
              </w:rPr>
              <w:t>Audio / security systems</w:t>
            </w:r>
          </w:p>
        </w:tc>
        <w:tc>
          <w:tcPr>
            <w:tcW w:w="1008" w:type="dxa"/>
            <w:tcMar>
              <w:top w:w="45" w:type="dxa"/>
              <w:left w:w="70" w:type="dxa"/>
              <w:bottom w:w="45" w:type="dxa"/>
              <w:right w:w="70" w:type="dxa"/>
            </w:tcMar>
          </w:tcPr>
          <w:p w14:paraId="24758C3D" w14:textId="77777777" w:rsidR="005A5E87" w:rsidRDefault="005A5E87"/>
        </w:tc>
        <w:tc>
          <w:tcPr>
            <w:tcW w:w="2016" w:type="dxa"/>
            <w:tcMar>
              <w:top w:w="45" w:type="dxa"/>
              <w:left w:w="70" w:type="dxa"/>
              <w:bottom w:w="45" w:type="dxa"/>
              <w:right w:w="70" w:type="dxa"/>
            </w:tcMar>
          </w:tcPr>
          <w:p w14:paraId="4C91D5BA" w14:textId="77777777" w:rsidR="005A5E87" w:rsidRDefault="005A5E87"/>
        </w:tc>
      </w:tr>
      <w:tr w:rsidR="005A5E87" w14:paraId="69B5E156" w14:textId="77777777">
        <w:trPr>
          <w:cantSplit/>
          <w:jc w:val="center"/>
        </w:trPr>
        <w:tc>
          <w:tcPr>
            <w:tcW w:w="3552" w:type="dxa"/>
            <w:tcMar>
              <w:top w:w="45" w:type="dxa"/>
              <w:left w:w="70" w:type="dxa"/>
              <w:bottom w:w="45" w:type="dxa"/>
              <w:right w:w="70" w:type="dxa"/>
            </w:tcMar>
          </w:tcPr>
          <w:p w14:paraId="3A9D231B" w14:textId="77777777" w:rsidR="005A5E87" w:rsidRDefault="001C7255">
            <w:r>
              <w:rPr>
                <w:color w:val="111111"/>
                <w:sz w:val="15"/>
              </w:rPr>
              <w:t>Digital gauges</w:t>
            </w:r>
          </w:p>
        </w:tc>
        <w:tc>
          <w:tcPr>
            <w:tcW w:w="1008" w:type="dxa"/>
            <w:tcMar>
              <w:top w:w="45" w:type="dxa"/>
              <w:left w:w="70" w:type="dxa"/>
              <w:bottom w:w="45" w:type="dxa"/>
              <w:right w:w="70" w:type="dxa"/>
            </w:tcMar>
          </w:tcPr>
          <w:p w14:paraId="3958A20B" w14:textId="77777777" w:rsidR="005A5E87" w:rsidRDefault="005A5E87"/>
        </w:tc>
        <w:tc>
          <w:tcPr>
            <w:tcW w:w="2016" w:type="dxa"/>
            <w:tcMar>
              <w:top w:w="45" w:type="dxa"/>
              <w:left w:w="70" w:type="dxa"/>
              <w:bottom w:w="45" w:type="dxa"/>
              <w:right w:w="70" w:type="dxa"/>
            </w:tcMar>
          </w:tcPr>
          <w:p w14:paraId="184D54AB" w14:textId="77777777" w:rsidR="005A5E87" w:rsidRDefault="005A5E87"/>
        </w:tc>
      </w:tr>
      <w:tr w:rsidR="005A5E87" w14:paraId="0CD54B1F" w14:textId="77777777">
        <w:trPr>
          <w:cantSplit/>
          <w:jc w:val="center"/>
        </w:trPr>
        <w:tc>
          <w:tcPr>
            <w:tcW w:w="3552" w:type="dxa"/>
            <w:tcMar>
              <w:top w:w="45" w:type="dxa"/>
              <w:left w:w="70" w:type="dxa"/>
              <w:bottom w:w="45" w:type="dxa"/>
              <w:right w:w="70" w:type="dxa"/>
            </w:tcMar>
          </w:tcPr>
          <w:p w14:paraId="01928972" w14:textId="77777777" w:rsidR="005A5E87" w:rsidRDefault="001C7255">
            <w:r>
              <w:rPr>
                <w:color w:val="111111"/>
                <w:sz w:val="15"/>
              </w:rPr>
              <w:t>Wiring diagrams and documentation</w:t>
            </w:r>
          </w:p>
        </w:tc>
        <w:tc>
          <w:tcPr>
            <w:tcW w:w="1008" w:type="dxa"/>
            <w:tcMar>
              <w:top w:w="45" w:type="dxa"/>
              <w:left w:w="70" w:type="dxa"/>
              <w:bottom w:w="45" w:type="dxa"/>
              <w:right w:w="70" w:type="dxa"/>
            </w:tcMar>
          </w:tcPr>
          <w:p w14:paraId="6DAF8EC9" w14:textId="77777777" w:rsidR="005A5E87" w:rsidRDefault="005A5E87"/>
        </w:tc>
        <w:tc>
          <w:tcPr>
            <w:tcW w:w="2016" w:type="dxa"/>
            <w:tcMar>
              <w:top w:w="45" w:type="dxa"/>
              <w:left w:w="70" w:type="dxa"/>
              <w:bottom w:w="45" w:type="dxa"/>
              <w:right w:w="70" w:type="dxa"/>
            </w:tcMar>
          </w:tcPr>
          <w:p w14:paraId="0305B3F4" w14:textId="77777777" w:rsidR="005A5E87" w:rsidRDefault="005A5E87"/>
        </w:tc>
      </w:tr>
    </w:tbl>
    <w:tbl>
      <w:tblPr>
        <w:tblW w:w="0" w:type="auto"/>
        <w:jc w:val="center"/>
        <w:tblLook w:val="04A0" w:firstRow="1" w:lastRow="0" w:firstColumn="1" w:lastColumn="0" w:noHBand="0" w:noVBand="1"/>
      </w:tblPr>
      <w:tblGrid>
        <w:gridCol w:w="10656"/>
      </w:tblGrid>
      <w:tr w:rsidR="005A5E87" w14:paraId="0323C46D" w14:textId="77777777">
        <w:trPr>
          <w:cantSplit/>
          <w:jc w:val="center"/>
        </w:trPr>
        <w:tc>
          <w:tcPr>
            <w:tcW w:w="10656" w:type="dxa"/>
            <w:shd w:val="clear" w:color="auto" w:fill="D9DDE1"/>
            <w:tcMar>
              <w:top w:w="60" w:type="dxa"/>
              <w:left w:w="100" w:type="dxa"/>
              <w:bottom w:w="60" w:type="dxa"/>
              <w:right w:w="100" w:type="dxa"/>
            </w:tcMar>
          </w:tcPr>
          <w:p w14:paraId="6DAF8F92" w14:textId="77777777" w:rsidR="005A5E87" w:rsidRDefault="001C7255">
            <w:pPr>
              <w:spacing w:after="0" w:line="240" w:lineRule="auto"/>
            </w:pPr>
            <w:r>
              <w:rPr>
                <w:b/>
                <w:color w:val="17191C"/>
                <w:sz w:val="19"/>
              </w:rPr>
              <w:t>Dyno and Performance Tuning</w:t>
            </w:r>
          </w:p>
        </w:tc>
      </w:tr>
    </w:tbl>
    <w:tbl>
      <w:tblPr>
        <w:tblStyle w:val="TableGrid"/>
        <w:tblW w:w="0" w:type="auto"/>
        <w:jc w:val="center"/>
        <w:tblLook w:val="04A0" w:firstRow="1" w:lastRow="0" w:firstColumn="1" w:lastColumn="0" w:noHBand="0" w:noVBand="1"/>
      </w:tblPr>
      <w:tblGrid>
        <w:gridCol w:w="3548"/>
        <w:gridCol w:w="3549"/>
        <w:gridCol w:w="3549"/>
      </w:tblGrid>
      <w:tr w:rsidR="005A5E87" w14:paraId="53226429" w14:textId="77777777">
        <w:trPr>
          <w:cantSplit/>
          <w:tblHeader/>
          <w:jc w:val="center"/>
        </w:trPr>
        <w:tc>
          <w:tcPr>
            <w:tcW w:w="3552" w:type="dxa"/>
            <w:shd w:val="clear" w:color="auto" w:fill="30343A"/>
          </w:tcPr>
          <w:p w14:paraId="0E333FA0" w14:textId="77777777" w:rsidR="005A5E87" w:rsidRDefault="001C7255">
            <w:pPr>
              <w:jc w:val="center"/>
            </w:pPr>
            <w:r>
              <w:rPr>
                <w:b/>
                <w:color w:val="FFFFFF"/>
                <w:sz w:val="16"/>
              </w:rPr>
              <w:t>Skill / Capability</w:t>
            </w:r>
          </w:p>
        </w:tc>
        <w:tc>
          <w:tcPr>
            <w:tcW w:w="3552" w:type="dxa"/>
            <w:shd w:val="clear" w:color="auto" w:fill="30343A"/>
          </w:tcPr>
          <w:p w14:paraId="5F1C8F2E"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65ADAF13" w14:textId="77777777" w:rsidR="005A5E87" w:rsidRDefault="001C7255">
            <w:pPr>
              <w:jc w:val="center"/>
            </w:pPr>
            <w:r>
              <w:rPr>
                <w:b/>
                <w:color w:val="FFFFFF"/>
                <w:sz w:val="16"/>
              </w:rPr>
              <w:t>Years / Notes</w:t>
            </w:r>
          </w:p>
        </w:tc>
      </w:tr>
      <w:tr w:rsidR="005A5E87" w14:paraId="333440A1" w14:textId="77777777">
        <w:trPr>
          <w:cantSplit/>
          <w:jc w:val="center"/>
        </w:trPr>
        <w:tc>
          <w:tcPr>
            <w:tcW w:w="3552" w:type="dxa"/>
            <w:tcMar>
              <w:top w:w="45" w:type="dxa"/>
              <w:left w:w="70" w:type="dxa"/>
              <w:bottom w:w="45" w:type="dxa"/>
              <w:right w:w="70" w:type="dxa"/>
            </w:tcMar>
          </w:tcPr>
          <w:p w14:paraId="69696730" w14:textId="77777777" w:rsidR="005A5E87" w:rsidRDefault="001C7255">
            <w:r>
              <w:rPr>
                <w:color w:val="111111"/>
                <w:sz w:val="15"/>
              </w:rPr>
              <w:t>Two-wheel dyno operation</w:t>
            </w:r>
          </w:p>
        </w:tc>
        <w:tc>
          <w:tcPr>
            <w:tcW w:w="1008" w:type="dxa"/>
            <w:tcMar>
              <w:top w:w="45" w:type="dxa"/>
              <w:left w:w="70" w:type="dxa"/>
              <w:bottom w:w="45" w:type="dxa"/>
              <w:right w:w="70" w:type="dxa"/>
            </w:tcMar>
          </w:tcPr>
          <w:p w14:paraId="0BA884AB" w14:textId="77777777" w:rsidR="005A5E87" w:rsidRDefault="005A5E87"/>
        </w:tc>
        <w:tc>
          <w:tcPr>
            <w:tcW w:w="2016" w:type="dxa"/>
            <w:tcMar>
              <w:top w:w="45" w:type="dxa"/>
              <w:left w:w="70" w:type="dxa"/>
              <w:bottom w:w="45" w:type="dxa"/>
              <w:right w:w="70" w:type="dxa"/>
            </w:tcMar>
          </w:tcPr>
          <w:p w14:paraId="5AF63AA2" w14:textId="77777777" w:rsidR="005A5E87" w:rsidRDefault="005A5E87"/>
        </w:tc>
      </w:tr>
      <w:tr w:rsidR="005A5E87" w14:paraId="05D642C9" w14:textId="77777777">
        <w:trPr>
          <w:cantSplit/>
          <w:jc w:val="center"/>
        </w:trPr>
        <w:tc>
          <w:tcPr>
            <w:tcW w:w="3552" w:type="dxa"/>
            <w:tcMar>
              <w:top w:w="45" w:type="dxa"/>
              <w:left w:w="70" w:type="dxa"/>
              <w:bottom w:w="45" w:type="dxa"/>
              <w:right w:w="70" w:type="dxa"/>
            </w:tcMar>
          </w:tcPr>
          <w:p w14:paraId="76A029EA" w14:textId="77777777" w:rsidR="005A5E87" w:rsidRDefault="001C7255">
            <w:r>
              <w:rPr>
                <w:color w:val="111111"/>
                <w:sz w:val="15"/>
              </w:rPr>
              <w:t>Four-wheel dyno operation</w:t>
            </w:r>
          </w:p>
        </w:tc>
        <w:tc>
          <w:tcPr>
            <w:tcW w:w="1008" w:type="dxa"/>
            <w:tcMar>
              <w:top w:w="45" w:type="dxa"/>
              <w:left w:w="70" w:type="dxa"/>
              <w:bottom w:w="45" w:type="dxa"/>
              <w:right w:w="70" w:type="dxa"/>
            </w:tcMar>
          </w:tcPr>
          <w:p w14:paraId="7974F682" w14:textId="77777777" w:rsidR="005A5E87" w:rsidRDefault="005A5E87"/>
        </w:tc>
        <w:tc>
          <w:tcPr>
            <w:tcW w:w="2016" w:type="dxa"/>
            <w:tcMar>
              <w:top w:w="45" w:type="dxa"/>
              <w:left w:w="70" w:type="dxa"/>
              <w:bottom w:w="45" w:type="dxa"/>
              <w:right w:w="70" w:type="dxa"/>
            </w:tcMar>
          </w:tcPr>
          <w:p w14:paraId="1721C6D9" w14:textId="77777777" w:rsidR="005A5E87" w:rsidRDefault="005A5E87"/>
        </w:tc>
      </w:tr>
      <w:tr w:rsidR="005A5E87" w14:paraId="3DB30E6A" w14:textId="77777777">
        <w:trPr>
          <w:cantSplit/>
          <w:jc w:val="center"/>
        </w:trPr>
        <w:tc>
          <w:tcPr>
            <w:tcW w:w="3552" w:type="dxa"/>
            <w:tcMar>
              <w:top w:w="45" w:type="dxa"/>
              <w:left w:w="70" w:type="dxa"/>
              <w:bottom w:w="45" w:type="dxa"/>
              <w:right w:w="70" w:type="dxa"/>
            </w:tcMar>
          </w:tcPr>
          <w:p w14:paraId="07CCC53B" w14:textId="77777777" w:rsidR="005A5E87" w:rsidRDefault="001C7255">
            <w:r>
              <w:rPr>
                <w:color w:val="111111"/>
                <w:sz w:val="15"/>
              </w:rPr>
              <w:t>Vehicle positioning and securement</w:t>
            </w:r>
          </w:p>
        </w:tc>
        <w:tc>
          <w:tcPr>
            <w:tcW w:w="1008" w:type="dxa"/>
            <w:tcMar>
              <w:top w:w="45" w:type="dxa"/>
              <w:left w:w="70" w:type="dxa"/>
              <w:bottom w:w="45" w:type="dxa"/>
              <w:right w:w="70" w:type="dxa"/>
            </w:tcMar>
          </w:tcPr>
          <w:p w14:paraId="55B7225A" w14:textId="77777777" w:rsidR="005A5E87" w:rsidRDefault="005A5E87"/>
        </w:tc>
        <w:tc>
          <w:tcPr>
            <w:tcW w:w="2016" w:type="dxa"/>
            <w:tcMar>
              <w:top w:w="45" w:type="dxa"/>
              <w:left w:w="70" w:type="dxa"/>
              <w:bottom w:w="45" w:type="dxa"/>
              <w:right w:w="70" w:type="dxa"/>
            </w:tcMar>
          </w:tcPr>
          <w:p w14:paraId="6DADC031" w14:textId="77777777" w:rsidR="005A5E87" w:rsidRDefault="005A5E87"/>
        </w:tc>
      </w:tr>
      <w:tr w:rsidR="005A5E87" w14:paraId="59B3EF7C" w14:textId="77777777">
        <w:trPr>
          <w:cantSplit/>
          <w:jc w:val="center"/>
        </w:trPr>
        <w:tc>
          <w:tcPr>
            <w:tcW w:w="3552" w:type="dxa"/>
            <w:tcMar>
              <w:top w:w="45" w:type="dxa"/>
              <w:left w:w="70" w:type="dxa"/>
              <w:bottom w:w="45" w:type="dxa"/>
              <w:right w:w="70" w:type="dxa"/>
            </w:tcMar>
          </w:tcPr>
          <w:p w14:paraId="193CC0AB" w14:textId="77777777" w:rsidR="005A5E87" w:rsidRDefault="001C7255">
            <w:r>
              <w:rPr>
                <w:color w:val="111111"/>
                <w:sz w:val="15"/>
              </w:rPr>
              <w:t>Cooling-air and ventilation setup</w:t>
            </w:r>
          </w:p>
        </w:tc>
        <w:tc>
          <w:tcPr>
            <w:tcW w:w="1008" w:type="dxa"/>
            <w:tcMar>
              <w:top w:w="45" w:type="dxa"/>
              <w:left w:w="70" w:type="dxa"/>
              <w:bottom w:w="45" w:type="dxa"/>
              <w:right w:w="70" w:type="dxa"/>
            </w:tcMar>
          </w:tcPr>
          <w:p w14:paraId="4AB81086" w14:textId="77777777" w:rsidR="005A5E87" w:rsidRDefault="005A5E87"/>
        </w:tc>
        <w:tc>
          <w:tcPr>
            <w:tcW w:w="2016" w:type="dxa"/>
            <w:tcMar>
              <w:top w:w="45" w:type="dxa"/>
              <w:left w:w="70" w:type="dxa"/>
              <w:bottom w:w="45" w:type="dxa"/>
              <w:right w:w="70" w:type="dxa"/>
            </w:tcMar>
          </w:tcPr>
          <w:p w14:paraId="125ECB8F" w14:textId="77777777" w:rsidR="005A5E87" w:rsidRDefault="005A5E87"/>
        </w:tc>
      </w:tr>
      <w:tr w:rsidR="005A5E87" w14:paraId="6BE37BDA" w14:textId="77777777">
        <w:trPr>
          <w:cantSplit/>
          <w:jc w:val="center"/>
        </w:trPr>
        <w:tc>
          <w:tcPr>
            <w:tcW w:w="3552" w:type="dxa"/>
            <w:tcMar>
              <w:top w:w="45" w:type="dxa"/>
              <w:left w:w="70" w:type="dxa"/>
              <w:bottom w:w="45" w:type="dxa"/>
              <w:right w:w="70" w:type="dxa"/>
            </w:tcMar>
          </w:tcPr>
          <w:p w14:paraId="66F74D46" w14:textId="77777777" w:rsidR="005A5E87" w:rsidRDefault="001C7255">
            <w:r>
              <w:rPr>
                <w:color w:val="111111"/>
                <w:sz w:val="15"/>
              </w:rPr>
              <w:t>Data logging</w:t>
            </w:r>
          </w:p>
        </w:tc>
        <w:tc>
          <w:tcPr>
            <w:tcW w:w="1008" w:type="dxa"/>
            <w:tcMar>
              <w:top w:w="45" w:type="dxa"/>
              <w:left w:w="70" w:type="dxa"/>
              <w:bottom w:w="45" w:type="dxa"/>
              <w:right w:w="70" w:type="dxa"/>
            </w:tcMar>
          </w:tcPr>
          <w:p w14:paraId="385C5F7B" w14:textId="77777777" w:rsidR="005A5E87" w:rsidRDefault="005A5E87"/>
        </w:tc>
        <w:tc>
          <w:tcPr>
            <w:tcW w:w="2016" w:type="dxa"/>
            <w:tcMar>
              <w:top w:w="45" w:type="dxa"/>
              <w:left w:w="70" w:type="dxa"/>
              <w:bottom w:w="45" w:type="dxa"/>
              <w:right w:w="70" w:type="dxa"/>
            </w:tcMar>
          </w:tcPr>
          <w:p w14:paraId="4AC7BE7C" w14:textId="77777777" w:rsidR="005A5E87" w:rsidRDefault="005A5E87"/>
        </w:tc>
      </w:tr>
      <w:tr w:rsidR="005A5E87" w14:paraId="65A2B83A" w14:textId="77777777">
        <w:trPr>
          <w:cantSplit/>
          <w:jc w:val="center"/>
        </w:trPr>
        <w:tc>
          <w:tcPr>
            <w:tcW w:w="3552" w:type="dxa"/>
            <w:tcMar>
              <w:top w:w="45" w:type="dxa"/>
              <w:left w:w="70" w:type="dxa"/>
              <w:bottom w:w="45" w:type="dxa"/>
              <w:right w:w="70" w:type="dxa"/>
            </w:tcMar>
          </w:tcPr>
          <w:p w14:paraId="11134E1D" w14:textId="77777777" w:rsidR="005A5E87" w:rsidRDefault="001C7255">
            <w:r>
              <w:rPr>
                <w:color w:val="111111"/>
                <w:sz w:val="15"/>
              </w:rPr>
              <w:t>EFI calibration</w:t>
            </w:r>
          </w:p>
        </w:tc>
        <w:tc>
          <w:tcPr>
            <w:tcW w:w="1008" w:type="dxa"/>
            <w:tcMar>
              <w:top w:w="45" w:type="dxa"/>
              <w:left w:w="70" w:type="dxa"/>
              <w:bottom w:w="45" w:type="dxa"/>
              <w:right w:w="70" w:type="dxa"/>
            </w:tcMar>
          </w:tcPr>
          <w:p w14:paraId="2CA86203" w14:textId="77777777" w:rsidR="005A5E87" w:rsidRDefault="005A5E87"/>
        </w:tc>
        <w:tc>
          <w:tcPr>
            <w:tcW w:w="2016" w:type="dxa"/>
            <w:tcMar>
              <w:top w:w="45" w:type="dxa"/>
              <w:left w:w="70" w:type="dxa"/>
              <w:bottom w:w="45" w:type="dxa"/>
              <w:right w:w="70" w:type="dxa"/>
            </w:tcMar>
          </w:tcPr>
          <w:p w14:paraId="52C4DEC3" w14:textId="77777777" w:rsidR="005A5E87" w:rsidRDefault="005A5E87"/>
        </w:tc>
      </w:tr>
      <w:tr w:rsidR="005A5E87" w14:paraId="27760A8A" w14:textId="77777777">
        <w:trPr>
          <w:cantSplit/>
          <w:jc w:val="center"/>
        </w:trPr>
        <w:tc>
          <w:tcPr>
            <w:tcW w:w="3552" w:type="dxa"/>
            <w:tcMar>
              <w:top w:w="45" w:type="dxa"/>
              <w:left w:w="70" w:type="dxa"/>
              <w:bottom w:w="45" w:type="dxa"/>
              <w:right w:w="70" w:type="dxa"/>
            </w:tcMar>
          </w:tcPr>
          <w:p w14:paraId="2E827DA9" w14:textId="77777777" w:rsidR="005A5E87" w:rsidRDefault="001C7255">
            <w:r>
              <w:rPr>
                <w:color w:val="111111"/>
                <w:sz w:val="15"/>
              </w:rPr>
              <w:t>Fuel and ignition tuning</w:t>
            </w:r>
          </w:p>
        </w:tc>
        <w:tc>
          <w:tcPr>
            <w:tcW w:w="1008" w:type="dxa"/>
            <w:tcMar>
              <w:top w:w="45" w:type="dxa"/>
              <w:left w:w="70" w:type="dxa"/>
              <w:bottom w:w="45" w:type="dxa"/>
              <w:right w:w="70" w:type="dxa"/>
            </w:tcMar>
          </w:tcPr>
          <w:p w14:paraId="5F1B8825" w14:textId="77777777" w:rsidR="005A5E87" w:rsidRDefault="005A5E87"/>
        </w:tc>
        <w:tc>
          <w:tcPr>
            <w:tcW w:w="2016" w:type="dxa"/>
            <w:tcMar>
              <w:top w:w="45" w:type="dxa"/>
              <w:left w:w="70" w:type="dxa"/>
              <w:bottom w:w="45" w:type="dxa"/>
              <w:right w:w="70" w:type="dxa"/>
            </w:tcMar>
          </w:tcPr>
          <w:p w14:paraId="3E42E5C8" w14:textId="77777777" w:rsidR="005A5E87" w:rsidRDefault="005A5E87"/>
        </w:tc>
      </w:tr>
      <w:tr w:rsidR="005A5E87" w14:paraId="598736F0" w14:textId="77777777">
        <w:trPr>
          <w:cantSplit/>
          <w:jc w:val="center"/>
        </w:trPr>
        <w:tc>
          <w:tcPr>
            <w:tcW w:w="3552" w:type="dxa"/>
            <w:tcMar>
              <w:top w:w="45" w:type="dxa"/>
              <w:left w:w="70" w:type="dxa"/>
              <w:bottom w:w="45" w:type="dxa"/>
              <w:right w:w="70" w:type="dxa"/>
            </w:tcMar>
          </w:tcPr>
          <w:p w14:paraId="767F24A6" w14:textId="77777777" w:rsidR="005A5E87" w:rsidRDefault="001C7255">
            <w:r>
              <w:rPr>
                <w:color w:val="111111"/>
                <w:sz w:val="15"/>
              </w:rPr>
              <w:t>Forced-induction tuning</w:t>
            </w:r>
          </w:p>
        </w:tc>
        <w:tc>
          <w:tcPr>
            <w:tcW w:w="1008" w:type="dxa"/>
            <w:tcMar>
              <w:top w:w="45" w:type="dxa"/>
              <w:left w:w="70" w:type="dxa"/>
              <w:bottom w:w="45" w:type="dxa"/>
              <w:right w:w="70" w:type="dxa"/>
            </w:tcMar>
          </w:tcPr>
          <w:p w14:paraId="06ADF051" w14:textId="77777777" w:rsidR="005A5E87" w:rsidRDefault="005A5E87"/>
        </w:tc>
        <w:tc>
          <w:tcPr>
            <w:tcW w:w="2016" w:type="dxa"/>
            <w:tcMar>
              <w:top w:w="45" w:type="dxa"/>
              <w:left w:w="70" w:type="dxa"/>
              <w:bottom w:w="45" w:type="dxa"/>
              <w:right w:w="70" w:type="dxa"/>
            </w:tcMar>
          </w:tcPr>
          <w:p w14:paraId="59E8F837" w14:textId="77777777" w:rsidR="005A5E87" w:rsidRDefault="005A5E87"/>
        </w:tc>
      </w:tr>
      <w:tr w:rsidR="005A5E87" w14:paraId="24DFC333" w14:textId="77777777">
        <w:trPr>
          <w:cantSplit/>
          <w:jc w:val="center"/>
        </w:trPr>
        <w:tc>
          <w:tcPr>
            <w:tcW w:w="3552" w:type="dxa"/>
            <w:tcMar>
              <w:top w:w="45" w:type="dxa"/>
              <w:left w:w="70" w:type="dxa"/>
              <w:bottom w:w="45" w:type="dxa"/>
              <w:right w:w="70" w:type="dxa"/>
            </w:tcMar>
          </w:tcPr>
          <w:p w14:paraId="335370AD" w14:textId="77777777" w:rsidR="005A5E87" w:rsidRDefault="001C7255">
            <w:r>
              <w:rPr>
                <w:color w:val="111111"/>
                <w:sz w:val="15"/>
              </w:rPr>
              <w:t>Drivability optimization</w:t>
            </w:r>
          </w:p>
        </w:tc>
        <w:tc>
          <w:tcPr>
            <w:tcW w:w="1008" w:type="dxa"/>
            <w:tcMar>
              <w:top w:w="45" w:type="dxa"/>
              <w:left w:w="70" w:type="dxa"/>
              <w:bottom w:w="45" w:type="dxa"/>
              <w:right w:w="70" w:type="dxa"/>
            </w:tcMar>
          </w:tcPr>
          <w:p w14:paraId="23166E5F" w14:textId="77777777" w:rsidR="005A5E87" w:rsidRDefault="005A5E87"/>
        </w:tc>
        <w:tc>
          <w:tcPr>
            <w:tcW w:w="2016" w:type="dxa"/>
            <w:tcMar>
              <w:top w:w="45" w:type="dxa"/>
              <w:left w:w="70" w:type="dxa"/>
              <w:bottom w:w="45" w:type="dxa"/>
              <w:right w:w="70" w:type="dxa"/>
            </w:tcMar>
          </w:tcPr>
          <w:p w14:paraId="2E94FDF7" w14:textId="77777777" w:rsidR="005A5E87" w:rsidRDefault="005A5E87"/>
        </w:tc>
      </w:tr>
      <w:tr w:rsidR="005A5E87" w14:paraId="64E44E49" w14:textId="77777777">
        <w:trPr>
          <w:cantSplit/>
          <w:jc w:val="center"/>
        </w:trPr>
        <w:tc>
          <w:tcPr>
            <w:tcW w:w="3552" w:type="dxa"/>
            <w:tcMar>
              <w:top w:w="45" w:type="dxa"/>
              <w:left w:w="70" w:type="dxa"/>
              <w:bottom w:w="45" w:type="dxa"/>
              <w:right w:w="70" w:type="dxa"/>
            </w:tcMar>
          </w:tcPr>
          <w:p w14:paraId="37504688" w14:textId="77777777" w:rsidR="005A5E87" w:rsidRDefault="001C7255">
            <w:r>
              <w:rPr>
                <w:color w:val="111111"/>
                <w:sz w:val="15"/>
              </w:rPr>
              <w:t>Performance reporting</w:t>
            </w:r>
          </w:p>
        </w:tc>
        <w:tc>
          <w:tcPr>
            <w:tcW w:w="1008" w:type="dxa"/>
            <w:tcMar>
              <w:top w:w="45" w:type="dxa"/>
              <w:left w:w="70" w:type="dxa"/>
              <w:bottom w:w="45" w:type="dxa"/>
              <w:right w:w="70" w:type="dxa"/>
            </w:tcMar>
          </w:tcPr>
          <w:p w14:paraId="1DAEA26E" w14:textId="77777777" w:rsidR="005A5E87" w:rsidRDefault="005A5E87"/>
        </w:tc>
        <w:tc>
          <w:tcPr>
            <w:tcW w:w="2016" w:type="dxa"/>
            <w:tcMar>
              <w:top w:w="45" w:type="dxa"/>
              <w:left w:w="70" w:type="dxa"/>
              <w:bottom w:w="45" w:type="dxa"/>
              <w:right w:w="70" w:type="dxa"/>
            </w:tcMar>
          </w:tcPr>
          <w:p w14:paraId="4F9A1354" w14:textId="77777777" w:rsidR="005A5E87" w:rsidRDefault="005A5E87"/>
        </w:tc>
      </w:tr>
    </w:tbl>
    <w:tbl>
      <w:tblPr>
        <w:tblW w:w="0" w:type="auto"/>
        <w:jc w:val="center"/>
        <w:tblLook w:val="04A0" w:firstRow="1" w:lastRow="0" w:firstColumn="1" w:lastColumn="0" w:noHBand="0" w:noVBand="1"/>
      </w:tblPr>
      <w:tblGrid>
        <w:gridCol w:w="10656"/>
      </w:tblGrid>
      <w:tr w:rsidR="005A5E87" w14:paraId="7638458D" w14:textId="77777777">
        <w:trPr>
          <w:cantSplit/>
          <w:jc w:val="center"/>
        </w:trPr>
        <w:tc>
          <w:tcPr>
            <w:tcW w:w="10656" w:type="dxa"/>
            <w:shd w:val="clear" w:color="auto" w:fill="D9DDE1"/>
            <w:tcMar>
              <w:top w:w="60" w:type="dxa"/>
              <w:left w:w="100" w:type="dxa"/>
              <w:bottom w:w="60" w:type="dxa"/>
              <w:right w:w="100" w:type="dxa"/>
            </w:tcMar>
          </w:tcPr>
          <w:p w14:paraId="259C3F61" w14:textId="77777777" w:rsidR="005A5E87" w:rsidRDefault="001C7255">
            <w:pPr>
              <w:spacing w:after="0" w:line="240" w:lineRule="auto"/>
            </w:pPr>
            <w:r>
              <w:rPr>
                <w:b/>
                <w:color w:val="17191C"/>
                <w:sz w:val="19"/>
              </w:rPr>
              <w:t>Service and Repair</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34D81756" w14:textId="77777777">
        <w:trPr>
          <w:cantSplit/>
          <w:tblHeader/>
          <w:jc w:val="center"/>
        </w:trPr>
        <w:tc>
          <w:tcPr>
            <w:tcW w:w="3552" w:type="dxa"/>
            <w:shd w:val="clear" w:color="auto" w:fill="30343A"/>
          </w:tcPr>
          <w:p w14:paraId="67D11FD7" w14:textId="77777777" w:rsidR="005A5E87" w:rsidRDefault="001C7255">
            <w:pPr>
              <w:jc w:val="center"/>
            </w:pPr>
            <w:r>
              <w:rPr>
                <w:b/>
                <w:color w:val="FFFFFF"/>
                <w:sz w:val="16"/>
              </w:rPr>
              <w:t>Skill / Capability</w:t>
            </w:r>
          </w:p>
        </w:tc>
        <w:tc>
          <w:tcPr>
            <w:tcW w:w="3552" w:type="dxa"/>
            <w:shd w:val="clear" w:color="auto" w:fill="30343A"/>
          </w:tcPr>
          <w:p w14:paraId="5CBF716A"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376EE871" w14:textId="77777777" w:rsidR="005A5E87" w:rsidRDefault="001C7255">
            <w:pPr>
              <w:jc w:val="center"/>
            </w:pPr>
            <w:r>
              <w:rPr>
                <w:b/>
                <w:color w:val="FFFFFF"/>
                <w:sz w:val="16"/>
              </w:rPr>
              <w:t>Years / Notes</w:t>
            </w:r>
          </w:p>
        </w:tc>
      </w:tr>
      <w:tr w:rsidR="005A5E87" w14:paraId="5C0E2EB8" w14:textId="77777777">
        <w:trPr>
          <w:cantSplit/>
          <w:jc w:val="center"/>
        </w:trPr>
        <w:tc>
          <w:tcPr>
            <w:tcW w:w="3552" w:type="dxa"/>
            <w:tcMar>
              <w:top w:w="45" w:type="dxa"/>
              <w:left w:w="70" w:type="dxa"/>
              <w:bottom w:w="45" w:type="dxa"/>
              <w:right w:w="70" w:type="dxa"/>
            </w:tcMar>
          </w:tcPr>
          <w:p w14:paraId="61040160" w14:textId="77777777" w:rsidR="005A5E87" w:rsidRDefault="001C7255">
            <w:r>
              <w:rPr>
                <w:color w:val="111111"/>
                <w:sz w:val="15"/>
              </w:rPr>
              <w:t>Preventive maintenance</w:t>
            </w:r>
          </w:p>
        </w:tc>
        <w:tc>
          <w:tcPr>
            <w:tcW w:w="1008" w:type="dxa"/>
            <w:tcMar>
              <w:top w:w="45" w:type="dxa"/>
              <w:left w:w="70" w:type="dxa"/>
              <w:bottom w:w="45" w:type="dxa"/>
              <w:right w:w="70" w:type="dxa"/>
            </w:tcMar>
          </w:tcPr>
          <w:p w14:paraId="71B5B67C" w14:textId="77777777" w:rsidR="005A5E87" w:rsidRDefault="005A5E87"/>
        </w:tc>
        <w:tc>
          <w:tcPr>
            <w:tcW w:w="2016" w:type="dxa"/>
            <w:tcMar>
              <w:top w:w="45" w:type="dxa"/>
              <w:left w:w="70" w:type="dxa"/>
              <w:bottom w:w="45" w:type="dxa"/>
              <w:right w:w="70" w:type="dxa"/>
            </w:tcMar>
          </w:tcPr>
          <w:p w14:paraId="6326A17D" w14:textId="77777777" w:rsidR="005A5E87" w:rsidRDefault="005A5E87"/>
        </w:tc>
      </w:tr>
      <w:tr w:rsidR="005A5E87" w14:paraId="2FE8A52B" w14:textId="77777777">
        <w:trPr>
          <w:cantSplit/>
          <w:jc w:val="center"/>
        </w:trPr>
        <w:tc>
          <w:tcPr>
            <w:tcW w:w="3552" w:type="dxa"/>
            <w:tcMar>
              <w:top w:w="45" w:type="dxa"/>
              <w:left w:w="70" w:type="dxa"/>
              <w:bottom w:w="45" w:type="dxa"/>
              <w:right w:w="70" w:type="dxa"/>
            </w:tcMar>
          </w:tcPr>
          <w:p w14:paraId="272341C8" w14:textId="77777777" w:rsidR="005A5E87" w:rsidRDefault="001C7255">
            <w:r>
              <w:rPr>
                <w:color w:val="111111"/>
                <w:sz w:val="15"/>
              </w:rPr>
              <w:t>Mechanical diagnostics</w:t>
            </w:r>
          </w:p>
        </w:tc>
        <w:tc>
          <w:tcPr>
            <w:tcW w:w="1008" w:type="dxa"/>
            <w:tcMar>
              <w:top w:w="45" w:type="dxa"/>
              <w:left w:w="70" w:type="dxa"/>
              <w:bottom w:w="45" w:type="dxa"/>
              <w:right w:w="70" w:type="dxa"/>
            </w:tcMar>
          </w:tcPr>
          <w:p w14:paraId="0E9F4F94" w14:textId="77777777" w:rsidR="005A5E87" w:rsidRDefault="005A5E87"/>
        </w:tc>
        <w:tc>
          <w:tcPr>
            <w:tcW w:w="2016" w:type="dxa"/>
            <w:tcMar>
              <w:top w:w="45" w:type="dxa"/>
              <w:left w:w="70" w:type="dxa"/>
              <w:bottom w:w="45" w:type="dxa"/>
              <w:right w:w="70" w:type="dxa"/>
            </w:tcMar>
          </w:tcPr>
          <w:p w14:paraId="10BCA3E8" w14:textId="77777777" w:rsidR="005A5E87" w:rsidRDefault="005A5E87"/>
        </w:tc>
      </w:tr>
      <w:tr w:rsidR="005A5E87" w14:paraId="746F59D9" w14:textId="77777777">
        <w:trPr>
          <w:cantSplit/>
          <w:jc w:val="center"/>
        </w:trPr>
        <w:tc>
          <w:tcPr>
            <w:tcW w:w="3552" w:type="dxa"/>
            <w:tcMar>
              <w:top w:w="45" w:type="dxa"/>
              <w:left w:w="70" w:type="dxa"/>
              <w:bottom w:w="45" w:type="dxa"/>
              <w:right w:w="70" w:type="dxa"/>
            </w:tcMar>
          </w:tcPr>
          <w:p w14:paraId="0B152AB5" w14:textId="77777777" w:rsidR="005A5E87" w:rsidRDefault="001C7255">
            <w:r>
              <w:rPr>
                <w:color w:val="111111"/>
                <w:sz w:val="15"/>
              </w:rPr>
              <w:t>Electrical diagnostics</w:t>
            </w:r>
          </w:p>
        </w:tc>
        <w:tc>
          <w:tcPr>
            <w:tcW w:w="1008" w:type="dxa"/>
            <w:tcMar>
              <w:top w:w="45" w:type="dxa"/>
              <w:left w:w="70" w:type="dxa"/>
              <w:bottom w:w="45" w:type="dxa"/>
              <w:right w:w="70" w:type="dxa"/>
            </w:tcMar>
          </w:tcPr>
          <w:p w14:paraId="46140B30" w14:textId="77777777" w:rsidR="005A5E87" w:rsidRDefault="005A5E87"/>
        </w:tc>
        <w:tc>
          <w:tcPr>
            <w:tcW w:w="2016" w:type="dxa"/>
            <w:tcMar>
              <w:top w:w="45" w:type="dxa"/>
              <w:left w:w="70" w:type="dxa"/>
              <w:bottom w:w="45" w:type="dxa"/>
              <w:right w:w="70" w:type="dxa"/>
            </w:tcMar>
          </w:tcPr>
          <w:p w14:paraId="09FE1B70" w14:textId="77777777" w:rsidR="005A5E87" w:rsidRDefault="005A5E87"/>
        </w:tc>
      </w:tr>
      <w:tr w:rsidR="005A5E87" w14:paraId="506329F6" w14:textId="77777777">
        <w:trPr>
          <w:cantSplit/>
          <w:jc w:val="center"/>
        </w:trPr>
        <w:tc>
          <w:tcPr>
            <w:tcW w:w="3552" w:type="dxa"/>
            <w:tcMar>
              <w:top w:w="45" w:type="dxa"/>
              <w:left w:w="70" w:type="dxa"/>
              <w:bottom w:w="45" w:type="dxa"/>
              <w:right w:w="70" w:type="dxa"/>
            </w:tcMar>
          </w:tcPr>
          <w:p w14:paraId="6ED6C294" w14:textId="77777777" w:rsidR="005A5E87" w:rsidRDefault="001C7255">
            <w:r>
              <w:rPr>
                <w:color w:val="111111"/>
                <w:sz w:val="15"/>
              </w:rPr>
              <w:t>Brake / steering / suspension repair</w:t>
            </w:r>
          </w:p>
        </w:tc>
        <w:tc>
          <w:tcPr>
            <w:tcW w:w="1008" w:type="dxa"/>
            <w:tcMar>
              <w:top w:w="45" w:type="dxa"/>
              <w:left w:w="70" w:type="dxa"/>
              <w:bottom w:w="45" w:type="dxa"/>
              <w:right w:w="70" w:type="dxa"/>
            </w:tcMar>
          </w:tcPr>
          <w:p w14:paraId="3FF3A592" w14:textId="77777777" w:rsidR="005A5E87" w:rsidRDefault="005A5E87"/>
        </w:tc>
        <w:tc>
          <w:tcPr>
            <w:tcW w:w="2016" w:type="dxa"/>
            <w:tcMar>
              <w:top w:w="45" w:type="dxa"/>
              <w:left w:w="70" w:type="dxa"/>
              <w:bottom w:w="45" w:type="dxa"/>
              <w:right w:w="70" w:type="dxa"/>
            </w:tcMar>
          </w:tcPr>
          <w:p w14:paraId="0123AAFC" w14:textId="77777777" w:rsidR="005A5E87" w:rsidRDefault="005A5E87"/>
        </w:tc>
      </w:tr>
      <w:tr w:rsidR="005A5E87" w14:paraId="14D376B4" w14:textId="77777777">
        <w:trPr>
          <w:cantSplit/>
          <w:jc w:val="center"/>
        </w:trPr>
        <w:tc>
          <w:tcPr>
            <w:tcW w:w="3552" w:type="dxa"/>
            <w:tcMar>
              <w:top w:w="45" w:type="dxa"/>
              <w:left w:w="70" w:type="dxa"/>
              <w:bottom w:w="45" w:type="dxa"/>
              <w:right w:w="70" w:type="dxa"/>
            </w:tcMar>
          </w:tcPr>
          <w:p w14:paraId="074DA6DA" w14:textId="77777777" w:rsidR="005A5E87" w:rsidRDefault="001C7255">
            <w:r>
              <w:rPr>
                <w:color w:val="111111"/>
                <w:sz w:val="15"/>
              </w:rPr>
              <w:t>Engine repair</w:t>
            </w:r>
          </w:p>
        </w:tc>
        <w:tc>
          <w:tcPr>
            <w:tcW w:w="1008" w:type="dxa"/>
            <w:tcMar>
              <w:top w:w="45" w:type="dxa"/>
              <w:left w:w="70" w:type="dxa"/>
              <w:bottom w:w="45" w:type="dxa"/>
              <w:right w:w="70" w:type="dxa"/>
            </w:tcMar>
          </w:tcPr>
          <w:p w14:paraId="4906A806" w14:textId="77777777" w:rsidR="005A5E87" w:rsidRDefault="005A5E87"/>
        </w:tc>
        <w:tc>
          <w:tcPr>
            <w:tcW w:w="2016" w:type="dxa"/>
            <w:tcMar>
              <w:top w:w="45" w:type="dxa"/>
              <w:left w:w="70" w:type="dxa"/>
              <w:bottom w:w="45" w:type="dxa"/>
              <w:right w:w="70" w:type="dxa"/>
            </w:tcMar>
          </w:tcPr>
          <w:p w14:paraId="1F68DC2D" w14:textId="77777777" w:rsidR="005A5E87" w:rsidRDefault="005A5E87"/>
        </w:tc>
      </w:tr>
      <w:tr w:rsidR="005A5E87" w14:paraId="301B1B78" w14:textId="77777777">
        <w:trPr>
          <w:cantSplit/>
          <w:jc w:val="center"/>
        </w:trPr>
        <w:tc>
          <w:tcPr>
            <w:tcW w:w="3552" w:type="dxa"/>
            <w:tcMar>
              <w:top w:w="45" w:type="dxa"/>
              <w:left w:w="70" w:type="dxa"/>
              <w:bottom w:w="45" w:type="dxa"/>
              <w:right w:w="70" w:type="dxa"/>
            </w:tcMar>
          </w:tcPr>
          <w:p w14:paraId="0F7D8E64" w14:textId="77777777" w:rsidR="005A5E87" w:rsidRDefault="001C7255">
            <w:r>
              <w:rPr>
                <w:color w:val="111111"/>
                <w:sz w:val="15"/>
              </w:rPr>
              <w:lastRenderedPageBreak/>
              <w:t>Transmission repair</w:t>
            </w:r>
          </w:p>
        </w:tc>
        <w:tc>
          <w:tcPr>
            <w:tcW w:w="1008" w:type="dxa"/>
            <w:tcMar>
              <w:top w:w="45" w:type="dxa"/>
              <w:left w:w="70" w:type="dxa"/>
              <w:bottom w:w="45" w:type="dxa"/>
              <w:right w:w="70" w:type="dxa"/>
            </w:tcMar>
          </w:tcPr>
          <w:p w14:paraId="5ECC523E" w14:textId="77777777" w:rsidR="005A5E87" w:rsidRDefault="005A5E87"/>
        </w:tc>
        <w:tc>
          <w:tcPr>
            <w:tcW w:w="2016" w:type="dxa"/>
            <w:tcMar>
              <w:top w:w="45" w:type="dxa"/>
              <w:left w:w="70" w:type="dxa"/>
              <w:bottom w:w="45" w:type="dxa"/>
              <w:right w:w="70" w:type="dxa"/>
            </w:tcMar>
          </w:tcPr>
          <w:p w14:paraId="5F7BEC0A" w14:textId="77777777" w:rsidR="005A5E87" w:rsidRDefault="005A5E87"/>
        </w:tc>
      </w:tr>
      <w:tr w:rsidR="005A5E87" w14:paraId="21F7D301" w14:textId="77777777">
        <w:trPr>
          <w:cantSplit/>
          <w:jc w:val="center"/>
        </w:trPr>
        <w:tc>
          <w:tcPr>
            <w:tcW w:w="3552" w:type="dxa"/>
            <w:tcMar>
              <w:top w:w="45" w:type="dxa"/>
              <w:left w:w="70" w:type="dxa"/>
              <w:bottom w:w="45" w:type="dxa"/>
              <w:right w:w="70" w:type="dxa"/>
            </w:tcMar>
          </w:tcPr>
          <w:p w14:paraId="1AF98A49" w14:textId="77777777" w:rsidR="005A5E87" w:rsidRDefault="001C7255">
            <w:r>
              <w:rPr>
                <w:color w:val="111111"/>
                <w:sz w:val="15"/>
              </w:rPr>
              <w:t>Cooling-system repair</w:t>
            </w:r>
          </w:p>
        </w:tc>
        <w:tc>
          <w:tcPr>
            <w:tcW w:w="1008" w:type="dxa"/>
            <w:tcMar>
              <w:top w:w="45" w:type="dxa"/>
              <w:left w:w="70" w:type="dxa"/>
              <w:bottom w:w="45" w:type="dxa"/>
              <w:right w:w="70" w:type="dxa"/>
            </w:tcMar>
          </w:tcPr>
          <w:p w14:paraId="723AD521" w14:textId="77777777" w:rsidR="005A5E87" w:rsidRDefault="005A5E87"/>
        </w:tc>
        <w:tc>
          <w:tcPr>
            <w:tcW w:w="2016" w:type="dxa"/>
            <w:tcMar>
              <w:top w:w="45" w:type="dxa"/>
              <w:left w:w="70" w:type="dxa"/>
              <w:bottom w:w="45" w:type="dxa"/>
              <w:right w:w="70" w:type="dxa"/>
            </w:tcMar>
          </w:tcPr>
          <w:p w14:paraId="560F3F2F" w14:textId="77777777" w:rsidR="005A5E87" w:rsidRDefault="005A5E87"/>
        </w:tc>
      </w:tr>
      <w:tr w:rsidR="005A5E87" w14:paraId="444A2D59" w14:textId="77777777">
        <w:trPr>
          <w:cantSplit/>
          <w:jc w:val="center"/>
        </w:trPr>
        <w:tc>
          <w:tcPr>
            <w:tcW w:w="3552" w:type="dxa"/>
            <w:tcMar>
              <w:top w:w="45" w:type="dxa"/>
              <w:left w:w="70" w:type="dxa"/>
              <w:bottom w:w="45" w:type="dxa"/>
              <w:right w:w="70" w:type="dxa"/>
            </w:tcMar>
          </w:tcPr>
          <w:p w14:paraId="3B669A8A" w14:textId="77777777" w:rsidR="005A5E87" w:rsidRDefault="001C7255">
            <w:r>
              <w:rPr>
                <w:color w:val="111111"/>
                <w:sz w:val="15"/>
              </w:rPr>
              <w:t>A/C and heating repair</w:t>
            </w:r>
          </w:p>
        </w:tc>
        <w:tc>
          <w:tcPr>
            <w:tcW w:w="1008" w:type="dxa"/>
            <w:tcMar>
              <w:top w:w="45" w:type="dxa"/>
              <w:left w:w="70" w:type="dxa"/>
              <w:bottom w:w="45" w:type="dxa"/>
              <w:right w:w="70" w:type="dxa"/>
            </w:tcMar>
          </w:tcPr>
          <w:p w14:paraId="6A437D6B" w14:textId="77777777" w:rsidR="005A5E87" w:rsidRDefault="005A5E87"/>
        </w:tc>
        <w:tc>
          <w:tcPr>
            <w:tcW w:w="2016" w:type="dxa"/>
            <w:tcMar>
              <w:top w:w="45" w:type="dxa"/>
              <w:left w:w="70" w:type="dxa"/>
              <w:bottom w:w="45" w:type="dxa"/>
              <w:right w:w="70" w:type="dxa"/>
            </w:tcMar>
          </w:tcPr>
          <w:p w14:paraId="3A2F512E" w14:textId="77777777" w:rsidR="005A5E87" w:rsidRDefault="005A5E87"/>
        </w:tc>
      </w:tr>
      <w:tr w:rsidR="005A5E87" w14:paraId="479EA88A" w14:textId="77777777">
        <w:trPr>
          <w:cantSplit/>
          <w:jc w:val="center"/>
        </w:trPr>
        <w:tc>
          <w:tcPr>
            <w:tcW w:w="3552" w:type="dxa"/>
            <w:tcMar>
              <w:top w:w="45" w:type="dxa"/>
              <w:left w:w="70" w:type="dxa"/>
              <w:bottom w:w="45" w:type="dxa"/>
              <w:right w:w="70" w:type="dxa"/>
            </w:tcMar>
          </w:tcPr>
          <w:p w14:paraId="6CBA8ECA" w14:textId="77777777" w:rsidR="005A5E87" w:rsidRDefault="001C7255">
            <w:r>
              <w:rPr>
                <w:color w:val="111111"/>
                <w:sz w:val="15"/>
              </w:rPr>
              <w:t>Collision-related mechanical repair</w:t>
            </w:r>
          </w:p>
        </w:tc>
        <w:tc>
          <w:tcPr>
            <w:tcW w:w="1008" w:type="dxa"/>
            <w:tcMar>
              <w:top w:w="45" w:type="dxa"/>
              <w:left w:w="70" w:type="dxa"/>
              <w:bottom w:w="45" w:type="dxa"/>
              <w:right w:w="70" w:type="dxa"/>
            </w:tcMar>
          </w:tcPr>
          <w:p w14:paraId="4C04C4F5" w14:textId="77777777" w:rsidR="005A5E87" w:rsidRDefault="005A5E87"/>
        </w:tc>
        <w:tc>
          <w:tcPr>
            <w:tcW w:w="2016" w:type="dxa"/>
            <w:tcMar>
              <w:top w:w="45" w:type="dxa"/>
              <w:left w:w="70" w:type="dxa"/>
              <w:bottom w:w="45" w:type="dxa"/>
              <w:right w:w="70" w:type="dxa"/>
            </w:tcMar>
          </w:tcPr>
          <w:p w14:paraId="6E04C24B" w14:textId="77777777" w:rsidR="005A5E87" w:rsidRDefault="005A5E87"/>
        </w:tc>
      </w:tr>
      <w:tr w:rsidR="005A5E87" w14:paraId="3D8FEE28" w14:textId="77777777">
        <w:trPr>
          <w:cantSplit/>
          <w:jc w:val="center"/>
        </w:trPr>
        <w:tc>
          <w:tcPr>
            <w:tcW w:w="3552" w:type="dxa"/>
            <w:tcMar>
              <w:top w:w="45" w:type="dxa"/>
              <w:left w:w="70" w:type="dxa"/>
              <w:bottom w:w="45" w:type="dxa"/>
              <w:right w:w="70" w:type="dxa"/>
            </w:tcMar>
          </w:tcPr>
          <w:p w14:paraId="2CB48230" w14:textId="77777777" w:rsidR="005A5E87" w:rsidRDefault="001C7255">
            <w:r>
              <w:rPr>
                <w:color w:val="111111"/>
                <w:sz w:val="15"/>
              </w:rPr>
              <w:t>Post-repair inspection</w:t>
            </w:r>
          </w:p>
        </w:tc>
        <w:tc>
          <w:tcPr>
            <w:tcW w:w="1008" w:type="dxa"/>
            <w:tcMar>
              <w:top w:w="45" w:type="dxa"/>
              <w:left w:w="70" w:type="dxa"/>
              <w:bottom w:w="45" w:type="dxa"/>
              <w:right w:w="70" w:type="dxa"/>
            </w:tcMar>
          </w:tcPr>
          <w:p w14:paraId="23F32CED" w14:textId="77777777" w:rsidR="005A5E87" w:rsidRDefault="005A5E87"/>
        </w:tc>
        <w:tc>
          <w:tcPr>
            <w:tcW w:w="2016" w:type="dxa"/>
            <w:tcMar>
              <w:top w:w="45" w:type="dxa"/>
              <w:left w:w="70" w:type="dxa"/>
              <w:bottom w:w="45" w:type="dxa"/>
              <w:right w:w="70" w:type="dxa"/>
            </w:tcMar>
          </w:tcPr>
          <w:p w14:paraId="430F507F" w14:textId="77777777" w:rsidR="005A5E87" w:rsidRDefault="005A5E87"/>
        </w:tc>
      </w:tr>
      <w:tr w:rsidR="005A5E87" w14:paraId="276989FC" w14:textId="77777777">
        <w:trPr>
          <w:cantSplit/>
          <w:jc w:val="center"/>
        </w:trPr>
        <w:tc>
          <w:tcPr>
            <w:tcW w:w="3552" w:type="dxa"/>
            <w:tcMar>
              <w:top w:w="45" w:type="dxa"/>
              <w:left w:w="70" w:type="dxa"/>
              <w:bottom w:w="45" w:type="dxa"/>
              <w:right w:w="70" w:type="dxa"/>
            </w:tcMar>
          </w:tcPr>
          <w:p w14:paraId="55B03C16" w14:textId="77777777" w:rsidR="005A5E87" w:rsidRDefault="001C7255">
            <w:r>
              <w:rPr>
                <w:color w:val="111111"/>
                <w:sz w:val="15"/>
              </w:rPr>
              <w:t>Work-order documentation</w:t>
            </w:r>
          </w:p>
        </w:tc>
        <w:tc>
          <w:tcPr>
            <w:tcW w:w="1008" w:type="dxa"/>
            <w:tcMar>
              <w:top w:w="45" w:type="dxa"/>
              <w:left w:w="70" w:type="dxa"/>
              <w:bottom w:w="45" w:type="dxa"/>
              <w:right w:w="70" w:type="dxa"/>
            </w:tcMar>
          </w:tcPr>
          <w:p w14:paraId="64FE03BD" w14:textId="77777777" w:rsidR="005A5E87" w:rsidRDefault="005A5E87"/>
        </w:tc>
        <w:tc>
          <w:tcPr>
            <w:tcW w:w="2016" w:type="dxa"/>
            <w:tcMar>
              <w:top w:w="45" w:type="dxa"/>
              <w:left w:w="70" w:type="dxa"/>
              <w:bottom w:w="45" w:type="dxa"/>
              <w:right w:w="70" w:type="dxa"/>
            </w:tcMar>
          </w:tcPr>
          <w:p w14:paraId="7FE24B23" w14:textId="77777777" w:rsidR="005A5E87" w:rsidRDefault="005A5E87"/>
        </w:tc>
      </w:tr>
    </w:tbl>
    <w:tbl>
      <w:tblPr>
        <w:tblW w:w="0" w:type="auto"/>
        <w:jc w:val="center"/>
        <w:tblLook w:val="04A0" w:firstRow="1" w:lastRow="0" w:firstColumn="1" w:lastColumn="0" w:noHBand="0" w:noVBand="1"/>
      </w:tblPr>
      <w:tblGrid>
        <w:gridCol w:w="10656"/>
      </w:tblGrid>
      <w:tr w:rsidR="005A5E87" w14:paraId="0D3C81C9" w14:textId="77777777">
        <w:trPr>
          <w:cantSplit/>
          <w:jc w:val="center"/>
        </w:trPr>
        <w:tc>
          <w:tcPr>
            <w:tcW w:w="10656" w:type="dxa"/>
            <w:shd w:val="clear" w:color="auto" w:fill="D9DDE1"/>
            <w:tcMar>
              <w:top w:w="60" w:type="dxa"/>
              <w:left w:w="100" w:type="dxa"/>
              <w:bottom w:w="60" w:type="dxa"/>
              <w:right w:w="100" w:type="dxa"/>
            </w:tcMar>
          </w:tcPr>
          <w:p w14:paraId="16DF3D39" w14:textId="77777777" w:rsidR="005A5E87" w:rsidRDefault="001C7255">
            <w:pPr>
              <w:spacing w:after="0" w:line="240" w:lineRule="auto"/>
            </w:pPr>
            <w:r>
              <w:rPr>
                <w:b/>
                <w:color w:val="17191C"/>
                <w:sz w:val="19"/>
              </w:rPr>
              <w:t>Towing and Vehicle Transport</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52931D10" w14:textId="77777777">
        <w:trPr>
          <w:cantSplit/>
          <w:tblHeader/>
          <w:jc w:val="center"/>
        </w:trPr>
        <w:tc>
          <w:tcPr>
            <w:tcW w:w="3552" w:type="dxa"/>
            <w:shd w:val="clear" w:color="auto" w:fill="30343A"/>
          </w:tcPr>
          <w:p w14:paraId="654BB9D5" w14:textId="77777777" w:rsidR="005A5E87" w:rsidRDefault="001C7255">
            <w:pPr>
              <w:jc w:val="center"/>
            </w:pPr>
            <w:r>
              <w:rPr>
                <w:b/>
                <w:color w:val="FFFFFF"/>
                <w:sz w:val="16"/>
              </w:rPr>
              <w:t>Skill / Capability</w:t>
            </w:r>
          </w:p>
        </w:tc>
        <w:tc>
          <w:tcPr>
            <w:tcW w:w="3552" w:type="dxa"/>
            <w:shd w:val="clear" w:color="auto" w:fill="30343A"/>
          </w:tcPr>
          <w:p w14:paraId="25251AF7"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1B882F81" w14:textId="77777777" w:rsidR="005A5E87" w:rsidRDefault="001C7255">
            <w:pPr>
              <w:jc w:val="center"/>
            </w:pPr>
            <w:r>
              <w:rPr>
                <w:b/>
                <w:color w:val="FFFFFF"/>
                <w:sz w:val="16"/>
              </w:rPr>
              <w:t>Years / Notes</w:t>
            </w:r>
          </w:p>
        </w:tc>
      </w:tr>
      <w:tr w:rsidR="005A5E87" w14:paraId="1140FB37" w14:textId="77777777">
        <w:trPr>
          <w:cantSplit/>
          <w:jc w:val="center"/>
        </w:trPr>
        <w:tc>
          <w:tcPr>
            <w:tcW w:w="3552" w:type="dxa"/>
            <w:tcMar>
              <w:top w:w="45" w:type="dxa"/>
              <w:left w:w="70" w:type="dxa"/>
              <w:bottom w:w="45" w:type="dxa"/>
              <w:right w:w="70" w:type="dxa"/>
            </w:tcMar>
          </w:tcPr>
          <w:p w14:paraId="70CEC74D" w14:textId="77777777" w:rsidR="005A5E87" w:rsidRDefault="001C7255">
            <w:r>
              <w:rPr>
                <w:color w:val="111111"/>
                <w:sz w:val="15"/>
              </w:rPr>
              <w:t>Rollback operation</w:t>
            </w:r>
          </w:p>
        </w:tc>
        <w:tc>
          <w:tcPr>
            <w:tcW w:w="1008" w:type="dxa"/>
            <w:tcMar>
              <w:top w:w="45" w:type="dxa"/>
              <w:left w:w="70" w:type="dxa"/>
              <w:bottom w:w="45" w:type="dxa"/>
              <w:right w:w="70" w:type="dxa"/>
            </w:tcMar>
          </w:tcPr>
          <w:p w14:paraId="47C0C2AB" w14:textId="77777777" w:rsidR="005A5E87" w:rsidRDefault="005A5E87"/>
        </w:tc>
        <w:tc>
          <w:tcPr>
            <w:tcW w:w="2016" w:type="dxa"/>
            <w:tcMar>
              <w:top w:w="45" w:type="dxa"/>
              <w:left w:w="70" w:type="dxa"/>
              <w:bottom w:w="45" w:type="dxa"/>
              <w:right w:w="70" w:type="dxa"/>
            </w:tcMar>
          </w:tcPr>
          <w:p w14:paraId="48F8F0F6" w14:textId="77777777" w:rsidR="005A5E87" w:rsidRDefault="005A5E87"/>
        </w:tc>
      </w:tr>
      <w:tr w:rsidR="005A5E87" w14:paraId="3638037D" w14:textId="77777777">
        <w:trPr>
          <w:cantSplit/>
          <w:jc w:val="center"/>
        </w:trPr>
        <w:tc>
          <w:tcPr>
            <w:tcW w:w="3552" w:type="dxa"/>
            <w:tcMar>
              <w:top w:w="45" w:type="dxa"/>
              <w:left w:w="70" w:type="dxa"/>
              <w:bottom w:w="45" w:type="dxa"/>
              <w:right w:w="70" w:type="dxa"/>
            </w:tcMar>
          </w:tcPr>
          <w:p w14:paraId="04F22B66" w14:textId="77777777" w:rsidR="005A5E87" w:rsidRDefault="001C7255">
            <w:r>
              <w:rPr>
                <w:color w:val="111111"/>
                <w:sz w:val="15"/>
              </w:rPr>
              <w:t>Low-clearance vehicle loading</w:t>
            </w:r>
          </w:p>
        </w:tc>
        <w:tc>
          <w:tcPr>
            <w:tcW w:w="1008" w:type="dxa"/>
            <w:tcMar>
              <w:top w:w="45" w:type="dxa"/>
              <w:left w:w="70" w:type="dxa"/>
              <w:bottom w:w="45" w:type="dxa"/>
              <w:right w:w="70" w:type="dxa"/>
            </w:tcMar>
          </w:tcPr>
          <w:p w14:paraId="5977A74B" w14:textId="77777777" w:rsidR="005A5E87" w:rsidRDefault="005A5E87"/>
        </w:tc>
        <w:tc>
          <w:tcPr>
            <w:tcW w:w="2016" w:type="dxa"/>
            <w:tcMar>
              <w:top w:w="45" w:type="dxa"/>
              <w:left w:w="70" w:type="dxa"/>
              <w:bottom w:w="45" w:type="dxa"/>
              <w:right w:w="70" w:type="dxa"/>
            </w:tcMar>
          </w:tcPr>
          <w:p w14:paraId="5E59CDC6" w14:textId="77777777" w:rsidR="005A5E87" w:rsidRDefault="005A5E87"/>
        </w:tc>
      </w:tr>
      <w:tr w:rsidR="005A5E87" w14:paraId="404190C7" w14:textId="77777777">
        <w:trPr>
          <w:cantSplit/>
          <w:jc w:val="center"/>
        </w:trPr>
        <w:tc>
          <w:tcPr>
            <w:tcW w:w="3552" w:type="dxa"/>
            <w:tcMar>
              <w:top w:w="45" w:type="dxa"/>
              <w:left w:w="70" w:type="dxa"/>
              <w:bottom w:w="45" w:type="dxa"/>
              <w:right w:w="70" w:type="dxa"/>
            </w:tcMar>
          </w:tcPr>
          <w:p w14:paraId="1DEAB518" w14:textId="77777777" w:rsidR="005A5E87" w:rsidRDefault="001C7255">
            <w:r>
              <w:rPr>
                <w:color w:val="111111"/>
                <w:sz w:val="15"/>
              </w:rPr>
              <w:t>Soft-strap securement</w:t>
            </w:r>
          </w:p>
        </w:tc>
        <w:tc>
          <w:tcPr>
            <w:tcW w:w="1008" w:type="dxa"/>
            <w:tcMar>
              <w:top w:w="45" w:type="dxa"/>
              <w:left w:w="70" w:type="dxa"/>
              <w:bottom w:w="45" w:type="dxa"/>
              <w:right w:w="70" w:type="dxa"/>
            </w:tcMar>
          </w:tcPr>
          <w:p w14:paraId="503215A9" w14:textId="77777777" w:rsidR="005A5E87" w:rsidRDefault="005A5E87"/>
        </w:tc>
        <w:tc>
          <w:tcPr>
            <w:tcW w:w="2016" w:type="dxa"/>
            <w:tcMar>
              <w:top w:w="45" w:type="dxa"/>
              <w:left w:w="70" w:type="dxa"/>
              <w:bottom w:w="45" w:type="dxa"/>
              <w:right w:w="70" w:type="dxa"/>
            </w:tcMar>
          </w:tcPr>
          <w:p w14:paraId="2C75DA39" w14:textId="77777777" w:rsidR="005A5E87" w:rsidRDefault="005A5E87"/>
        </w:tc>
      </w:tr>
      <w:tr w:rsidR="005A5E87" w14:paraId="3291C395" w14:textId="77777777">
        <w:trPr>
          <w:cantSplit/>
          <w:jc w:val="center"/>
        </w:trPr>
        <w:tc>
          <w:tcPr>
            <w:tcW w:w="3552" w:type="dxa"/>
            <w:tcMar>
              <w:top w:w="45" w:type="dxa"/>
              <w:left w:w="70" w:type="dxa"/>
              <w:bottom w:w="45" w:type="dxa"/>
              <w:right w:w="70" w:type="dxa"/>
            </w:tcMar>
          </w:tcPr>
          <w:p w14:paraId="2E5BF47E" w14:textId="77777777" w:rsidR="005A5E87" w:rsidRDefault="001C7255">
            <w:r>
              <w:rPr>
                <w:color w:val="111111"/>
                <w:sz w:val="15"/>
              </w:rPr>
              <w:t>Custom / collector vehicle transport</w:t>
            </w:r>
          </w:p>
        </w:tc>
        <w:tc>
          <w:tcPr>
            <w:tcW w:w="1008" w:type="dxa"/>
            <w:tcMar>
              <w:top w:w="45" w:type="dxa"/>
              <w:left w:w="70" w:type="dxa"/>
              <w:bottom w:w="45" w:type="dxa"/>
              <w:right w:w="70" w:type="dxa"/>
            </w:tcMar>
          </w:tcPr>
          <w:p w14:paraId="18BF4338" w14:textId="77777777" w:rsidR="005A5E87" w:rsidRDefault="005A5E87"/>
        </w:tc>
        <w:tc>
          <w:tcPr>
            <w:tcW w:w="2016" w:type="dxa"/>
            <w:tcMar>
              <w:top w:w="45" w:type="dxa"/>
              <w:left w:w="70" w:type="dxa"/>
              <w:bottom w:w="45" w:type="dxa"/>
              <w:right w:w="70" w:type="dxa"/>
            </w:tcMar>
          </w:tcPr>
          <w:p w14:paraId="7C826CB8" w14:textId="77777777" w:rsidR="005A5E87" w:rsidRDefault="005A5E87"/>
        </w:tc>
      </w:tr>
      <w:tr w:rsidR="005A5E87" w14:paraId="2BA41485" w14:textId="77777777">
        <w:trPr>
          <w:cantSplit/>
          <w:jc w:val="center"/>
        </w:trPr>
        <w:tc>
          <w:tcPr>
            <w:tcW w:w="3552" w:type="dxa"/>
            <w:tcMar>
              <w:top w:w="45" w:type="dxa"/>
              <w:left w:w="70" w:type="dxa"/>
              <w:bottom w:w="45" w:type="dxa"/>
              <w:right w:w="70" w:type="dxa"/>
            </w:tcMar>
          </w:tcPr>
          <w:p w14:paraId="1D0904F8" w14:textId="77777777" w:rsidR="005A5E87" w:rsidRDefault="001C7255">
            <w:r>
              <w:rPr>
                <w:color w:val="111111"/>
                <w:sz w:val="15"/>
              </w:rPr>
              <w:t>Non-running vehicle recovery</w:t>
            </w:r>
          </w:p>
        </w:tc>
        <w:tc>
          <w:tcPr>
            <w:tcW w:w="1008" w:type="dxa"/>
            <w:tcMar>
              <w:top w:w="45" w:type="dxa"/>
              <w:left w:w="70" w:type="dxa"/>
              <w:bottom w:w="45" w:type="dxa"/>
              <w:right w:w="70" w:type="dxa"/>
            </w:tcMar>
          </w:tcPr>
          <w:p w14:paraId="7E106FC3" w14:textId="77777777" w:rsidR="005A5E87" w:rsidRDefault="005A5E87"/>
        </w:tc>
        <w:tc>
          <w:tcPr>
            <w:tcW w:w="2016" w:type="dxa"/>
            <w:tcMar>
              <w:top w:w="45" w:type="dxa"/>
              <w:left w:w="70" w:type="dxa"/>
              <w:bottom w:w="45" w:type="dxa"/>
              <w:right w:w="70" w:type="dxa"/>
            </w:tcMar>
          </w:tcPr>
          <w:p w14:paraId="579C8B97" w14:textId="77777777" w:rsidR="005A5E87" w:rsidRDefault="005A5E87"/>
        </w:tc>
      </w:tr>
      <w:tr w:rsidR="005A5E87" w14:paraId="3ED6F51E" w14:textId="77777777">
        <w:trPr>
          <w:cantSplit/>
          <w:jc w:val="center"/>
        </w:trPr>
        <w:tc>
          <w:tcPr>
            <w:tcW w:w="3552" w:type="dxa"/>
            <w:tcMar>
              <w:top w:w="45" w:type="dxa"/>
              <w:left w:w="70" w:type="dxa"/>
              <w:bottom w:w="45" w:type="dxa"/>
              <w:right w:w="70" w:type="dxa"/>
            </w:tcMar>
          </w:tcPr>
          <w:p w14:paraId="50B40509" w14:textId="77777777" w:rsidR="005A5E87" w:rsidRDefault="001C7255">
            <w:r>
              <w:rPr>
                <w:color w:val="111111"/>
                <w:sz w:val="15"/>
              </w:rPr>
              <w:t>Winch operation</w:t>
            </w:r>
          </w:p>
        </w:tc>
        <w:tc>
          <w:tcPr>
            <w:tcW w:w="1008" w:type="dxa"/>
            <w:tcMar>
              <w:top w:w="45" w:type="dxa"/>
              <w:left w:w="70" w:type="dxa"/>
              <w:bottom w:w="45" w:type="dxa"/>
              <w:right w:w="70" w:type="dxa"/>
            </w:tcMar>
          </w:tcPr>
          <w:p w14:paraId="2532187E" w14:textId="77777777" w:rsidR="005A5E87" w:rsidRDefault="005A5E87"/>
        </w:tc>
        <w:tc>
          <w:tcPr>
            <w:tcW w:w="2016" w:type="dxa"/>
            <w:tcMar>
              <w:top w:w="45" w:type="dxa"/>
              <w:left w:w="70" w:type="dxa"/>
              <w:bottom w:w="45" w:type="dxa"/>
              <w:right w:w="70" w:type="dxa"/>
            </w:tcMar>
          </w:tcPr>
          <w:p w14:paraId="0DE254AC" w14:textId="77777777" w:rsidR="005A5E87" w:rsidRDefault="005A5E87"/>
        </w:tc>
      </w:tr>
      <w:tr w:rsidR="005A5E87" w14:paraId="29A458FE" w14:textId="77777777">
        <w:trPr>
          <w:cantSplit/>
          <w:jc w:val="center"/>
        </w:trPr>
        <w:tc>
          <w:tcPr>
            <w:tcW w:w="3552" w:type="dxa"/>
            <w:tcMar>
              <w:top w:w="45" w:type="dxa"/>
              <w:left w:w="70" w:type="dxa"/>
              <w:bottom w:w="45" w:type="dxa"/>
              <w:right w:w="70" w:type="dxa"/>
            </w:tcMar>
          </w:tcPr>
          <w:p w14:paraId="5786674C" w14:textId="77777777" w:rsidR="005A5E87" w:rsidRDefault="001C7255">
            <w:r>
              <w:rPr>
                <w:color w:val="111111"/>
                <w:sz w:val="15"/>
              </w:rPr>
              <w:t>Pre-transport inspection</w:t>
            </w:r>
          </w:p>
        </w:tc>
        <w:tc>
          <w:tcPr>
            <w:tcW w:w="1008" w:type="dxa"/>
            <w:tcMar>
              <w:top w:w="45" w:type="dxa"/>
              <w:left w:w="70" w:type="dxa"/>
              <w:bottom w:w="45" w:type="dxa"/>
              <w:right w:w="70" w:type="dxa"/>
            </w:tcMar>
          </w:tcPr>
          <w:p w14:paraId="5A35C1EC" w14:textId="77777777" w:rsidR="005A5E87" w:rsidRDefault="005A5E87"/>
        </w:tc>
        <w:tc>
          <w:tcPr>
            <w:tcW w:w="2016" w:type="dxa"/>
            <w:tcMar>
              <w:top w:w="45" w:type="dxa"/>
              <w:left w:w="70" w:type="dxa"/>
              <w:bottom w:w="45" w:type="dxa"/>
              <w:right w:w="70" w:type="dxa"/>
            </w:tcMar>
          </w:tcPr>
          <w:p w14:paraId="5B5D697A" w14:textId="77777777" w:rsidR="005A5E87" w:rsidRDefault="005A5E87"/>
        </w:tc>
      </w:tr>
      <w:tr w:rsidR="005A5E87" w14:paraId="333C1FFE" w14:textId="77777777">
        <w:trPr>
          <w:cantSplit/>
          <w:jc w:val="center"/>
        </w:trPr>
        <w:tc>
          <w:tcPr>
            <w:tcW w:w="3552" w:type="dxa"/>
            <w:tcMar>
              <w:top w:w="45" w:type="dxa"/>
              <w:left w:w="70" w:type="dxa"/>
              <w:bottom w:w="45" w:type="dxa"/>
              <w:right w:w="70" w:type="dxa"/>
            </w:tcMar>
          </w:tcPr>
          <w:p w14:paraId="20F6E2CA" w14:textId="77777777" w:rsidR="005A5E87" w:rsidRDefault="001C7255">
            <w:r>
              <w:rPr>
                <w:color w:val="111111"/>
                <w:sz w:val="15"/>
              </w:rPr>
              <w:t>DOT documentation</w:t>
            </w:r>
          </w:p>
        </w:tc>
        <w:tc>
          <w:tcPr>
            <w:tcW w:w="1008" w:type="dxa"/>
            <w:tcMar>
              <w:top w:w="45" w:type="dxa"/>
              <w:left w:w="70" w:type="dxa"/>
              <w:bottom w:w="45" w:type="dxa"/>
              <w:right w:w="70" w:type="dxa"/>
            </w:tcMar>
          </w:tcPr>
          <w:p w14:paraId="3A67230B" w14:textId="77777777" w:rsidR="005A5E87" w:rsidRDefault="005A5E87"/>
        </w:tc>
        <w:tc>
          <w:tcPr>
            <w:tcW w:w="2016" w:type="dxa"/>
            <w:tcMar>
              <w:top w:w="45" w:type="dxa"/>
              <w:left w:w="70" w:type="dxa"/>
              <w:bottom w:w="45" w:type="dxa"/>
              <w:right w:w="70" w:type="dxa"/>
            </w:tcMar>
          </w:tcPr>
          <w:p w14:paraId="21B837A9" w14:textId="77777777" w:rsidR="005A5E87" w:rsidRDefault="005A5E87"/>
        </w:tc>
      </w:tr>
      <w:tr w:rsidR="005A5E87" w14:paraId="1504C118" w14:textId="77777777">
        <w:trPr>
          <w:cantSplit/>
          <w:jc w:val="center"/>
        </w:trPr>
        <w:tc>
          <w:tcPr>
            <w:tcW w:w="3552" w:type="dxa"/>
            <w:tcMar>
              <w:top w:w="45" w:type="dxa"/>
              <w:left w:w="70" w:type="dxa"/>
              <w:bottom w:w="45" w:type="dxa"/>
              <w:right w:w="70" w:type="dxa"/>
            </w:tcMar>
          </w:tcPr>
          <w:p w14:paraId="24A425B2" w14:textId="77777777" w:rsidR="005A5E87" w:rsidRDefault="001C7255">
            <w:r>
              <w:rPr>
                <w:color w:val="111111"/>
                <w:sz w:val="15"/>
              </w:rPr>
              <w:t>Trailer operation</w:t>
            </w:r>
          </w:p>
        </w:tc>
        <w:tc>
          <w:tcPr>
            <w:tcW w:w="1008" w:type="dxa"/>
            <w:tcMar>
              <w:top w:w="45" w:type="dxa"/>
              <w:left w:w="70" w:type="dxa"/>
              <w:bottom w:w="45" w:type="dxa"/>
              <w:right w:w="70" w:type="dxa"/>
            </w:tcMar>
          </w:tcPr>
          <w:p w14:paraId="4846F003" w14:textId="77777777" w:rsidR="005A5E87" w:rsidRDefault="005A5E87"/>
        </w:tc>
        <w:tc>
          <w:tcPr>
            <w:tcW w:w="2016" w:type="dxa"/>
            <w:tcMar>
              <w:top w:w="45" w:type="dxa"/>
              <w:left w:w="70" w:type="dxa"/>
              <w:bottom w:w="45" w:type="dxa"/>
              <w:right w:w="70" w:type="dxa"/>
            </w:tcMar>
          </w:tcPr>
          <w:p w14:paraId="64726E77" w14:textId="77777777" w:rsidR="005A5E87" w:rsidRDefault="005A5E87"/>
        </w:tc>
      </w:tr>
      <w:tr w:rsidR="005A5E87" w14:paraId="31C6D445" w14:textId="77777777">
        <w:trPr>
          <w:cantSplit/>
          <w:jc w:val="center"/>
        </w:trPr>
        <w:tc>
          <w:tcPr>
            <w:tcW w:w="3552" w:type="dxa"/>
            <w:tcMar>
              <w:top w:w="45" w:type="dxa"/>
              <w:left w:w="70" w:type="dxa"/>
              <w:bottom w:w="45" w:type="dxa"/>
              <w:right w:w="70" w:type="dxa"/>
            </w:tcMar>
          </w:tcPr>
          <w:p w14:paraId="727084D7" w14:textId="77777777" w:rsidR="005A5E87" w:rsidRDefault="001C7255">
            <w:r>
              <w:rPr>
                <w:color w:val="111111"/>
                <w:sz w:val="15"/>
              </w:rPr>
              <w:t>Customer vehicle handoff</w:t>
            </w:r>
          </w:p>
        </w:tc>
        <w:tc>
          <w:tcPr>
            <w:tcW w:w="1008" w:type="dxa"/>
            <w:tcMar>
              <w:top w:w="45" w:type="dxa"/>
              <w:left w:w="70" w:type="dxa"/>
              <w:bottom w:w="45" w:type="dxa"/>
              <w:right w:w="70" w:type="dxa"/>
            </w:tcMar>
          </w:tcPr>
          <w:p w14:paraId="61A5251D" w14:textId="77777777" w:rsidR="005A5E87" w:rsidRDefault="005A5E87"/>
        </w:tc>
        <w:tc>
          <w:tcPr>
            <w:tcW w:w="2016" w:type="dxa"/>
            <w:tcMar>
              <w:top w:w="45" w:type="dxa"/>
              <w:left w:w="70" w:type="dxa"/>
              <w:bottom w:w="45" w:type="dxa"/>
              <w:right w:w="70" w:type="dxa"/>
            </w:tcMar>
          </w:tcPr>
          <w:p w14:paraId="178DB0DD" w14:textId="77777777" w:rsidR="005A5E87" w:rsidRDefault="005A5E87"/>
        </w:tc>
      </w:tr>
    </w:tbl>
    <w:tbl>
      <w:tblPr>
        <w:tblW w:w="0" w:type="auto"/>
        <w:jc w:val="center"/>
        <w:tblLook w:val="04A0" w:firstRow="1" w:lastRow="0" w:firstColumn="1" w:lastColumn="0" w:noHBand="0" w:noVBand="1"/>
      </w:tblPr>
      <w:tblGrid>
        <w:gridCol w:w="10656"/>
      </w:tblGrid>
      <w:tr w:rsidR="005A5E87" w14:paraId="6D5CD0F8" w14:textId="77777777">
        <w:trPr>
          <w:cantSplit/>
          <w:jc w:val="center"/>
        </w:trPr>
        <w:tc>
          <w:tcPr>
            <w:tcW w:w="10656" w:type="dxa"/>
            <w:shd w:val="clear" w:color="auto" w:fill="D9DDE1"/>
            <w:tcMar>
              <w:top w:w="60" w:type="dxa"/>
              <w:left w:w="100" w:type="dxa"/>
              <w:bottom w:w="60" w:type="dxa"/>
              <w:right w:w="100" w:type="dxa"/>
            </w:tcMar>
          </w:tcPr>
          <w:p w14:paraId="33CA2792" w14:textId="77777777" w:rsidR="005A5E87" w:rsidRDefault="001C7255">
            <w:pPr>
              <w:spacing w:after="0" w:line="240" w:lineRule="auto"/>
            </w:pPr>
            <w:r>
              <w:rPr>
                <w:b/>
                <w:color w:val="17191C"/>
                <w:sz w:val="19"/>
              </w:rPr>
              <w:t>Project, Administrative and Customer Functions</w:t>
            </w:r>
          </w:p>
        </w:tc>
      </w:tr>
    </w:tbl>
    <w:tbl>
      <w:tblPr>
        <w:tblStyle w:val="TableGrid"/>
        <w:tblW w:w="0" w:type="auto"/>
        <w:jc w:val="center"/>
        <w:tblLook w:val="04A0" w:firstRow="1" w:lastRow="0" w:firstColumn="1" w:lastColumn="0" w:noHBand="0" w:noVBand="1"/>
      </w:tblPr>
      <w:tblGrid>
        <w:gridCol w:w="3549"/>
        <w:gridCol w:w="3549"/>
        <w:gridCol w:w="3548"/>
      </w:tblGrid>
      <w:tr w:rsidR="005A5E87" w14:paraId="43453455" w14:textId="77777777">
        <w:trPr>
          <w:cantSplit/>
          <w:tblHeader/>
          <w:jc w:val="center"/>
        </w:trPr>
        <w:tc>
          <w:tcPr>
            <w:tcW w:w="3552" w:type="dxa"/>
            <w:shd w:val="clear" w:color="auto" w:fill="30343A"/>
          </w:tcPr>
          <w:p w14:paraId="1CC9BE7F" w14:textId="77777777" w:rsidR="005A5E87" w:rsidRDefault="001C7255">
            <w:pPr>
              <w:jc w:val="center"/>
            </w:pPr>
            <w:r>
              <w:rPr>
                <w:b/>
                <w:color w:val="FFFFFF"/>
                <w:sz w:val="16"/>
              </w:rPr>
              <w:t>Skill / Capability</w:t>
            </w:r>
          </w:p>
        </w:tc>
        <w:tc>
          <w:tcPr>
            <w:tcW w:w="3552" w:type="dxa"/>
            <w:shd w:val="clear" w:color="auto" w:fill="30343A"/>
          </w:tcPr>
          <w:p w14:paraId="029DC01E" w14:textId="77777777" w:rsidR="005A5E87" w:rsidRDefault="001C7255">
            <w:pPr>
              <w:jc w:val="center"/>
            </w:pPr>
            <w:r>
              <w:rPr>
                <w:b/>
                <w:color w:val="FFFFFF"/>
                <w:sz w:val="16"/>
              </w:rPr>
              <w:t>Self-Rating</w:t>
            </w:r>
            <w:r>
              <w:rPr>
                <w:b/>
                <w:color w:val="FFFFFF"/>
                <w:sz w:val="16"/>
              </w:rPr>
              <w:br/>
              <w:t>0–5</w:t>
            </w:r>
          </w:p>
        </w:tc>
        <w:tc>
          <w:tcPr>
            <w:tcW w:w="3552" w:type="dxa"/>
            <w:shd w:val="clear" w:color="auto" w:fill="30343A"/>
          </w:tcPr>
          <w:p w14:paraId="78DFF84A" w14:textId="77777777" w:rsidR="005A5E87" w:rsidRDefault="001C7255">
            <w:pPr>
              <w:jc w:val="center"/>
            </w:pPr>
            <w:r>
              <w:rPr>
                <w:b/>
                <w:color w:val="FFFFFF"/>
                <w:sz w:val="16"/>
              </w:rPr>
              <w:t>Years / Notes</w:t>
            </w:r>
          </w:p>
        </w:tc>
      </w:tr>
      <w:tr w:rsidR="005A5E87" w14:paraId="2400ABD1" w14:textId="77777777">
        <w:trPr>
          <w:cantSplit/>
          <w:jc w:val="center"/>
        </w:trPr>
        <w:tc>
          <w:tcPr>
            <w:tcW w:w="3552" w:type="dxa"/>
            <w:tcMar>
              <w:top w:w="45" w:type="dxa"/>
              <w:left w:w="70" w:type="dxa"/>
              <w:bottom w:w="45" w:type="dxa"/>
              <w:right w:w="70" w:type="dxa"/>
            </w:tcMar>
          </w:tcPr>
          <w:p w14:paraId="50F57E9D" w14:textId="77777777" w:rsidR="005A5E87" w:rsidRDefault="001C7255">
            <w:r>
              <w:rPr>
                <w:color w:val="111111"/>
                <w:sz w:val="15"/>
              </w:rPr>
              <w:t>Project scheduling / Gantt schedules</w:t>
            </w:r>
          </w:p>
        </w:tc>
        <w:tc>
          <w:tcPr>
            <w:tcW w:w="1008" w:type="dxa"/>
            <w:tcMar>
              <w:top w:w="45" w:type="dxa"/>
              <w:left w:w="70" w:type="dxa"/>
              <w:bottom w:w="45" w:type="dxa"/>
              <w:right w:w="70" w:type="dxa"/>
            </w:tcMar>
          </w:tcPr>
          <w:p w14:paraId="75072FCA" w14:textId="77777777" w:rsidR="005A5E87" w:rsidRDefault="005A5E87"/>
        </w:tc>
        <w:tc>
          <w:tcPr>
            <w:tcW w:w="2016" w:type="dxa"/>
            <w:tcMar>
              <w:top w:w="45" w:type="dxa"/>
              <w:left w:w="70" w:type="dxa"/>
              <w:bottom w:w="45" w:type="dxa"/>
              <w:right w:w="70" w:type="dxa"/>
            </w:tcMar>
          </w:tcPr>
          <w:p w14:paraId="2FC141A9" w14:textId="77777777" w:rsidR="005A5E87" w:rsidRDefault="005A5E87"/>
        </w:tc>
      </w:tr>
      <w:tr w:rsidR="005A5E87" w14:paraId="58C1FDDE" w14:textId="77777777">
        <w:trPr>
          <w:cantSplit/>
          <w:jc w:val="center"/>
        </w:trPr>
        <w:tc>
          <w:tcPr>
            <w:tcW w:w="3552" w:type="dxa"/>
            <w:tcMar>
              <w:top w:w="45" w:type="dxa"/>
              <w:left w:w="70" w:type="dxa"/>
              <w:bottom w:w="45" w:type="dxa"/>
              <w:right w:w="70" w:type="dxa"/>
            </w:tcMar>
          </w:tcPr>
          <w:p w14:paraId="48CC25FA" w14:textId="77777777" w:rsidR="005A5E87" w:rsidRDefault="001C7255">
            <w:r>
              <w:rPr>
                <w:color w:val="111111"/>
                <w:sz w:val="15"/>
              </w:rPr>
              <w:t>Estimating and job costing</w:t>
            </w:r>
          </w:p>
        </w:tc>
        <w:tc>
          <w:tcPr>
            <w:tcW w:w="1008" w:type="dxa"/>
            <w:tcMar>
              <w:top w:w="45" w:type="dxa"/>
              <w:left w:w="70" w:type="dxa"/>
              <w:bottom w:w="45" w:type="dxa"/>
              <w:right w:w="70" w:type="dxa"/>
            </w:tcMar>
          </w:tcPr>
          <w:p w14:paraId="5AD9B25F" w14:textId="77777777" w:rsidR="005A5E87" w:rsidRDefault="005A5E87"/>
        </w:tc>
        <w:tc>
          <w:tcPr>
            <w:tcW w:w="2016" w:type="dxa"/>
            <w:tcMar>
              <w:top w:w="45" w:type="dxa"/>
              <w:left w:w="70" w:type="dxa"/>
              <w:bottom w:w="45" w:type="dxa"/>
              <w:right w:w="70" w:type="dxa"/>
            </w:tcMar>
          </w:tcPr>
          <w:p w14:paraId="6C9CDC72" w14:textId="77777777" w:rsidR="005A5E87" w:rsidRDefault="005A5E87"/>
        </w:tc>
      </w:tr>
      <w:tr w:rsidR="005A5E87" w14:paraId="30007272" w14:textId="77777777">
        <w:trPr>
          <w:cantSplit/>
          <w:jc w:val="center"/>
        </w:trPr>
        <w:tc>
          <w:tcPr>
            <w:tcW w:w="3552" w:type="dxa"/>
            <w:tcMar>
              <w:top w:w="45" w:type="dxa"/>
              <w:left w:w="70" w:type="dxa"/>
              <w:bottom w:w="45" w:type="dxa"/>
              <w:right w:w="70" w:type="dxa"/>
            </w:tcMar>
          </w:tcPr>
          <w:p w14:paraId="2535229D" w14:textId="77777777" w:rsidR="005A5E87" w:rsidRDefault="001C7255">
            <w:r>
              <w:rPr>
                <w:color w:val="111111"/>
                <w:sz w:val="15"/>
              </w:rPr>
              <w:t>Budget tracking</w:t>
            </w:r>
          </w:p>
        </w:tc>
        <w:tc>
          <w:tcPr>
            <w:tcW w:w="1008" w:type="dxa"/>
            <w:tcMar>
              <w:top w:w="45" w:type="dxa"/>
              <w:left w:w="70" w:type="dxa"/>
              <w:bottom w:w="45" w:type="dxa"/>
              <w:right w:w="70" w:type="dxa"/>
            </w:tcMar>
          </w:tcPr>
          <w:p w14:paraId="027DA945" w14:textId="77777777" w:rsidR="005A5E87" w:rsidRDefault="005A5E87"/>
        </w:tc>
        <w:tc>
          <w:tcPr>
            <w:tcW w:w="2016" w:type="dxa"/>
            <w:tcMar>
              <w:top w:w="45" w:type="dxa"/>
              <w:left w:w="70" w:type="dxa"/>
              <w:bottom w:w="45" w:type="dxa"/>
              <w:right w:w="70" w:type="dxa"/>
            </w:tcMar>
          </w:tcPr>
          <w:p w14:paraId="29D37371" w14:textId="77777777" w:rsidR="005A5E87" w:rsidRDefault="005A5E87"/>
        </w:tc>
      </w:tr>
      <w:tr w:rsidR="005A5E87" w14:paraId="20C81239" w14:textId="77777777">
        <w:trPr>
          <w:cantSplit/>
          <w:jc w:val="center"/>
        </w:trPr>
        <w:tc>
          <w:tcPr>
            <w:tcW w:w="3552" w:type="dxa"/>
            <w:tcMar>
              <w:top w:w="45" w:type="dxa"/>
              <w:left w:w="70" w:type="dxa"/>
              <w:bottom w:w="45" w:type="dxa"/>
              <w:right w:w="70" w:type="dxa"/>
            </w:tcMar>
          </w:tcPr>
          <w:p w14:paraId="1C335955" w14:textId="77777777" w:rsidR="005A5E87" w:rsidRDefault="001C7255">
            <w:r>
              <w:rPr>
                <w:color w:val="111111"/>
                <w:sz w:val="15"/>
              </w:rPr>
              <w:t>Purchasing and vendor coordination</w:t>
            </w:r>
          </w:p>
        </w:tc>
        <w:tc>
          <w:tcPr>
            <w:tcW w:w="1008" w:type="dxa"/>
            <w:tcMar>
              <w:top w:w="45" w:type="dxa"/>
              <w:left w:w="70" w:type="dxa"/>
              <w:bottom w:w="45" w:type="dxa"/>
              <w:right w:w="70" w:type="dxa"/>
            </w:tcMar>
          </w:tcPr>
          <w:p w14:paraId="78F6C427" w14:textId="77777777" w:rsidR="005A5E87" w:rsidRDefault="005A5E87"/>
        </w:tc>
        <w:tc>
          <w:tcPr>
            <w:tcW w:w="2016" w:type="dxa"/>
            <w:tcMar>
              <w:top w:w="45" w:type="dxa"/>
              <w:left w:w="70" w:type="dxa"/>
              <w:bottom w:w="45" w:type="dxa"/>
              <w:right w:w="70" w:type="dxa"/>
            </w:tcMar>
          </w:tcPr>
          <w:p w14:paraId="2DD007CD" w14:textId="77777777" w:rsidR="005A5E87" w:rsidRDefault="005A5E87"/>
        </w:tc>
      </w:tr>
      <w:tr w:rsidR="005A5E87" w14:paraId="6482EA66" w14:textId="77777777">
        <w:trPr>
          <w:cantSplit/>
          <w:jc w:val="center"/>
        </w:trPr>
        <w:tc>
          <w:tcPr>
            <w:tcW w:w="3552" w:type="dxa"/>
            <w:tcMar>
              <w:top w:w="45" w:type="dxa"/>
              <w:left w:w="70" w:type="dxa"/>
              <w:bottom w:w="45" w:type="dxa"/>
              <w:right w:w="70" w:type="dxa"/>
            </w:tcMar>
          </w:tcPr>
          <w:p w14:paraId="366FEAE0" w14:textId="77777777" w:rsidR="005A5E87" w:rsidRDefault="001C7255">
            <w:r>
              <w:rPr>
                <w:color w:val="111111"/>
                <w:sz w:val="15"/>
              </w:rPr>
              <w:t>Inventory management</w:t>
            </w:r>
          </w:p>
        </w:tc>
        <w:tc>
          <w:tcPr>
            <w:tcW w:w="1008" w:type="dxa"/>
            <w:tcMar>
              <w:top w:w="45" w:type="dxa"/>
              <w:left w:w="70" w:type="dxa"/>
              <w:bottom w:w="45" w:type="dxa"/>
              <w:right w:w="70" w:type="dxa"/>
            </w:tcMar>
          </w:tcPr>
          <w:p w14:paraId="7E9268DD" w14:textId="77777777" w:rsidR="005A5E87" w:rsidRDefault="005A5E87"/>
        </w:tc>
        <w:tc>
          <w:tcPr>
            <w:tcW w:w="2016" w:type="dxa"/>
            <w:tcMar>
              <w:top w:w="45" w:type="dxa"/>
              <w:left w:w="70" w:type="dxa"/>
              <w:bottom w:w="45" w:type="dxa"/>
              <w:right w:w="70" w:type="dxa"/>
            </w:tcMar>
          </w:tcPr>
          <w:p w14:paraId="51CDF027" w14:textId="77777777" w:rsidR="005A5E87" w:rsidRDefault="005A5E87"/>
        </w:tc>
      </w:tr>
      <w:tr w:rsidR="005A5E87" w14:paraId="2FBBD9A9" w14:textId="77777777">
        <w:trPr>
          <w:cantSplit/>
          <w:jc w:val="center"/>
        </w:trPr>
        <w:tc>
          <w:tcPr>
            <w:tcW w:w="3552" w:type="dxa"/>
            <w:tcMar>
              <w:top w:w="45" w:type="dxa"/>
              <w:left w:w="70" w:type="dxa"/>
              <w:bottom w:w="45" w:type="dxa"/>
              <w:right w:w="70" w:type="dxa"/>
            </w:tcMar>
          </w:tcPr>
          <w:p w14:paraId="0D6729EB" w14:textId="77777777" w:rsidR="005A5E87" w:rsidRDefault="001C7255">
            <w:r>
              <w:rPr>
                <w:color w:val="111111"/>
                <w:sz w:val="15"/>
              </w:rPr>
              <w:t>Work-order management</w:t>
            </w:r>
          </w:p>
        </w:tc>
        <w:tc>
          <w:tcPr>
            <w:tcW w:w="1008" w:type="dxa"/>
            <w:tcMar>
              <w:top w:w="45" w:type="dxa"/>
              <w:left w:w="70" w:type="dxa"/>
              <w:bottom w:w="45" w:type="dxa"/>
              <w:right w:w="70" w:type="dxa"/>
            </w:tcMar>
          </w:tcPr>
          <w:p w14:paraId="49BFCE33" w14:textId="77777777" w:rsidR="005A5E87" w:rsidRDefault="005A5E87"/>
        </w:tc>
        <w:tc>
          <w:tcPr>
            <w:tcW w:w="2016" w:type="dxa"/>
            <w:tcMar>
              <w:top w:w="45" w:type="dxa"/>
              <w:left w:w="70" w:type="dxa"/>
              <w:bottom w:w="45" w:type="dxa"/>
              <w:right w:w="70" w:type="dxa"/>
            </w:tcMar>
          </w:tcPr>
          <w:p w14:paraId="5E564C59" w14:textId="77777777" w:rsidR="005A5E87" w:rsidRDefault="005A5E87"/>
        </w:tc>
      </w:tr>
      <w:tr w:rsidR="005A5E87" w14:paraId="0C63210B" w14:textId="77777777">
        <w:trPr>
          <w:cantSplit/>
          <w:jc w:val="center"/>
        </w:trPr>
        <w:tc>
          <w:tcPr>
            <w:tcW w:w="3552" w:type="dxa"/>
            <w:tcMar>
              <w:top w:w="45" w:type="dxa"/>
              <w:left w:w="70" w:type="dxa"/>
              <w:bottom w:w="45" w:type="dxa"/>
              <w:right w:w="70" w:type="dxa"/>
            </w:tcMar>
          </w:tcPr>
          <w:p w14:paraId="5499EE60" w14:textId="77777777" w:rsidR="005A5E87" w:rsidRDefault="001C7255">
            <w:r>
              <w:rPr>
                <w:color w:val="111111"/>
                <w:sz w:val="15"/>
              </w:rPr>
              <w:t>Customer communication</w:t>
            </w:r>
          </w:p>
        </w:tc>
        <w:tc>
          <w:tcPr>
            <w:tcW w:w="1008" w:type="dxa"/>
            <w:tcMar>
              <w:top w:w="45" w:type="dxa"/>
              <w:left w:w="70" w:type="dxa"/>
              <w:bottom w:w="45" w:type="dxa"/>
              <w:right w:w="70" w:type="dxa"/>
            </w:tcMar>
          </w:tcPr>
          <w:p w14:paraId="305ACBBE" w14:textId="77777777" w:rsidR="005A5E87" w:rsidRDefault="005A5E87"/>
        </w:tc>
        <w:tc>
          <w:tcPr>
            <w:tcW w:w="2016" w:type="dxa"/>
            <w:tcMar>
              <w:top w:w="45" w:type="dxa"/>
              <w:left w:w="70" w:type="dxa"/>
              <w:bottom w:w="45" w:type="dxa"/>
              <w:right w:w="70" w:type="dxa"/>
            </w:tcMar>
          </w:tcPr>
          <w:p w14:paraId="2646FCF6" w14:textId="77777777" w:rsidR="005A5E87" w:rsidRDefault="005A5E87"/>
        </w:tc>
      </w:tr>
      <w:tr w:rsidR="005A5E87" w14:paraId="5808DFB4" w14:textId="77777777">
        <w:trPr>
          <w:cantSplit/>
          <w:jc w:val="center"/>
        </w:trPr>
        <w:tc>
          <w:tcPr>
            <w:tcW w:w="3552" w:type="dxa"/>
            <w:tcMar>
              <w:top w:w="45" w:type="dxa"/>
              <w:left w:w="70" w:type="dxa"/>
              <w:bottom w:w="45" w:type="dxa"/>
              <w:right w:w="70" w:type="dxa"/>
            </w:tcMar>
          </w:tcPr>
          <w:p w14:paraId="51F754E6" w14:textId="77777777" w:rsidR="005A5E87" w:rsidRDefault="001C7255">
            <w:r>
              <w:rPr>
                <w:color w:val="111111"/>
                <w:sz w:val="15"/>
              </w:rPr>
              <w:t>QuickBooks</w:t>
            </w:r>
          </w:p>
        </w:tc>
        <w:tc>
          <w:tcPr>
            <w:tcW w:w="1008" w:type="dxa"/>
            <w:tcMar>
              <w:top w:w="45" w:type="dxa"/>
              <w:left w:w="70" w:type="dxa"/>
              <w:bottom w:w="45" w:type="dxa"/>
              <w:right w:w="70" w:type="dxa"/>
            </w:tcMar>
          </w:tcPr>
          <w:p w14:paraId="1880D459" w14:textId="77777777" w:rsidR="005A5E87" w:rsidRDefault="005A5E87"/>
        </w:tc>
        <w:tc>
          <w:tcPr>
            <w:tcW w:w="2016" w:type="dxa"/>
            <w:tcMar>
              <w:top w:w="45" w:type="dxa"/>
              <w:left w:w="70" w:type="dxa"/>
              <w:bottom w:w="45" w:type="dxa"/>
              <w:right w:w="70" w:type="dxa"/>
            </w:tcMar>
          </w:tcPr>
          <w:p w14:paraId="215F172D" w14:textId="77777777" w:rsidR="005A5E87" w:rsidRDefault="005A5E87"/>
        </w:tc>
      </w:tr>
      <w:tr w:rsidR="005A5E87" w14:paraId="5C206CF2" w14:textId="77777777">
        <w:trPr>
          <w:cantSplit/>
          <w:jc w:val="center"/>
        </w:trPr>
        <w:tc>
          <w:tcPr>
            <w:tcW w:w="3552" w:type="dxa"/>
            <w:tcMar>
              <w:top w:w="45" w:type="dxa"/>
              <w:left w:w="70" w:type="dxa"/>
              <w:bottom w:w="45" w:type="dxa"/>
              <w:right w:w="70" w:type="dxa"/>
            </w:tcMar>
          </w:tcPr>
          <w:p w14:paraId="677AEBBB" w14:textId="77777777" w:rsidR="005A5E87" w:rsidRDefault="001C7255">
            <w:r>
              <w:rPr>
                <w:color w:val="111111"/>
                <w:sz w:val="15"/>
              </w:rPr>
              <w:t>CRM / office software</w:t>
            </w:r>
          </w:p>
        </w:tc>
        <w:tc>
          <w:tcPr>
            <w:tcW w:w="1008" w:type="dxa"/>
            <w:tcMar>
              <w:top w:w="45" w:type="dxa"/>
              <w:left w:w="70" w:type="dxa"/>
              <w:bottom w:w="45" w:type="dxa"/>
              <w:right w:w="70" w:type="dxa"/>
            </w:tcMar>
          </w:tcPr>
          <w:p w14:paraId="71B261FC" w14:textId="77777777" w:rsidR="005A5E87" w:rsidRDefault="005A5E87"/>
        </w:tc>
        <w:tc>
          <w:tcPr>
            <w:tcW w:w="2016" w:type="dxa"/>
            <w:tcMar>
              <w:top w:w="45" w:type="dxa"/>
              <w:left w:w="70" w:type="dxa"/>
              <w:bottom w:w="45" w:type="dxa"/>
              <w:right w:w="70" w:type="dxa"/>
            </w:tcMar>
          </w:tcPr>
          <w:p w14:paraId="636606D1" w14:textId="77777777" w:rsidR="005A5E87" w:rsidRDefault="005A5E87"/>
        </w:tc>
      </w:tr>
      <w:tr w:rsidR="005A5E87" w14:paraId="7632D22C" w14:textId="77777777">
        <w:trPr>
          <w:cantSplit/>
          <w:jc w:val="center"/>
        </w:trPr>
        <w:tc>
          <w:tcPr>
            <w:tcW w:w="3552" w:type="dxa"/>
            <w:tcMar>
              <w:top w:w="45" w:type="dxa"/>
              <w:left w:w="70" w:type="dxa"/>
              <w:bottom w:w="45" w:type="dxa"/>
              <w:right w:w="70" w:type="dxa"/>
            </w:tcMar>
          </w:tcPr>
          <w:p w14:paraId="630064C4" w14:textId="77777777" w:rsidR="005A5E87" w:rsidRDefault="001C7255">
            <w:r>
              <w:rPr>
                <w:color w:val="111111"/>
                <w:sz w:val="15"/>
              </w:rPr>
              <w:t>CAD / rendering software</w:t>
            </w:r>
          </w:p>
        </w:tc>
        <w:tc>
          <w:tcPr>
            <w:tcW w:w="1008" w:type="dxa"/>
            <w:tcMar>
              <w:top w:w="45" w:type="dxa"/>
              <w:left w:w="70" w:type="dxa"/>
              <w:bottom w:w="45" w:type="dxa"/>
              <w:right w:w="70" w:type="dxa"/>
            </w:tcMar>
          </w:tcPr>
          <w:p w14:paraId="21269FC7" w14:textId="77777777" w:rsidR="005A5E87" w:rsidRDefault="005A5E87"/>
        </w:tc>
        <w:tc>
          <w:tcPr>
            <w:tcW w:w="2016" w:type="dxa"/>
            <w:tcMar>
              <w:top w:w="45" w:type="dxa"/>
              <w:left w:w="70" w:type="dxa"/>
              <w:bottom w:w="45" w:type="dxa"/>
              <w:right w:w="70" w:type="dxa"/>
            </w:tcMar>
          </w:tcPr>
          <w:p w14:paraId="61CC5056" w14:textId="77777777" w:rsidR="005A5E87" w:rsidRDefault="005A5E87"/>
        </w:tc>
      </w:tr>
      <w:tr w:rsidR="005A5E87" w14:paraId="54B738B7" w14:textId="77777777">
        <w:trPr>
          <w:cantSplit/>
          <w:jc w:val="center"/>
        </w:trPr>
        <w:tc>
          <w:tcPr>
            <w:tcW w:w="3552" w:type="dxa"/>
            <w:tcMar>
              <w:top w:w="45" w:type="dxa"/>
              <w:left w:w="70" w:type="dxa"/>
              <w:bottom w:w="45" w:type="dxa"/>
              <w:right w:w="70" w:type="dxa"/>
            </w:tcMar>
          </w:tcPr>
          <w:p w14:paraId="16B5E782" w14:textId="77777777" w:rsidR="005A5E87" w:rsidRDefault="001C7255">
            <w:r>
              <w:rPr>
                <w:color w:val="111111"/>
                <w:sz w:val="15"/>
              </w:rPr>
              <w:t>Photography and documentation</w:t>
            </w:r>
          </w:p>
        </w:tc>
        <w:tc>
          <w:tcPr>
            <w:tcW w:w="1008" w:type="dxa"/>
            <w:tcMar>
              <w:top w:w="45" w:type="dxa"/>
              <w:left w:w="70" w:type="dxa"/>
              <w:bottom w:w="45" w:type="dxa"/>
              <w:right w:w="70" w:type="dxa"/>
            </w:tcMar>
          </w:tcPr>
          <w:p w14:paraId="5B7F3413" w14:textId="77777777" w:rsidR="005A5E87" w:rsidRDefault="005A5E87"/>
        </w:tc>
        <w:tc>
          <w:tcPr>
            <w:tcW w:w="2016" w:type="dxa"/>
            <w:tcMar>
              <w:top w:w="45" w:type="dxa"/>
              <w:left w:w="70" w:type="dxa"/>
              <w:bottom w:w="45" w:type="dxa"/>
              <w:right w:w="70" w:type="dxa"/>
            </w:tcMar>
          </w:tcPr>
          <w:p w14:paraId="39FDB28A" w14:textId="77777777" w:rsidR="005A5E87" w:rsidRDefault="005A5E87"/>
        </w:tc>
      </w:tr>
      <w:tr w:rsidR="005A5E87" w14:paraId="672B0131" w14:textId="77777777">
        <w:trPr>
          <w:cantSplit/>
          <w:jc w:val="center"/>
        </w:trPr>
        <w:tc>
          <w:tcPr>
            <w:tcW w:w="3552" w:type="dxa"/>
            <w:tcMar>
              <w:top w:w="45" w:type="dxa"/>
              <w:left w:w="70" w:type="dxa"/>
              <w:bottom w:w="45" w:type="dxa"/>
              <w:right w:w="70" w:type="dxa"/>
            </w:tcMar>
          </w:tcPr>
          <w:p w14:paraId="1407A37E" w14:textId="77777777" w:rsidR="005A5E87" w:rsidRDefault="001C7255">
            <w:r>
              <w:rPr>
                <w:color w:val="111111"/>
                <w:sz w:val="15"/>
              </w:rPr>
              <w:t>Retail / merchandise sales</w:t>
            </w:r>
          </w:p>
        </w:tc>
        <w:tc>
          <w:tcPr>
            <w:tcW w:w="1008" w:type="dxa"/>
            <w:tcMar>
              <w:top w:w="45" w:type="dxa"/>
              <w:left w:w="70" w:type="dxa"/>
              <w:bottom w:w="45" w:type="dxa"/>
              <w:right w:w="70" w:type="dxa"/>
            </w:tcMar>
          </w:tcPr>
          <w:p w14:paraId="0417D88B" w14:textId="77777777" w:rsidR="005A5E87" w:rsidRDefault="005A5E87"/>
        </w:tc>
        <w:tc>
          <w:tcPr>
            <w:tcW w:w="2016" w:type="dxa"/>
            <w:tcMar>
              <w:top w:w="45" w:type="dxa"/>
              <w:left w:w="70" w:type="dxa"/>
              <w:bottom w:w="45" w:type="dxa"/>
              <w:right w:w="70" w:type="dxa"/>
            </w:tcMar>
          </w:tcPr>
          <w:p w14:paraId="21DAEFB7" w14:textId="77777777" w:rsidR="005A5E87" w:rsidRDefault="005A5E87"/>
        </w:tc>
      </w:tr>
      <w:tr w:rsidR="005A5E87" w14:paraId="5EA7F3C5" w14:textId="77777777">
        <w:trPr>
          <w:cantSplit/>
          <w:jc w:val="center"/>
        </w:trPr>
        <w:tc>
          <w:tcPr>
            <w:tcW w:w="3552" w:type="dxa"/>
            <w:tcMar>
              <w:top w:w="45" w:type="dxa"/>
              <w:left w:w="70" w:type="dxa"/>
              <w:bottom w:w="45" w:type="dxa"/>
              <w:right w:w="70" w:type="dxa"/>
            </w:tcMar>
          </w:tcPr>
          <w:p w14:paraId="77D99A1A" w14:textId="77777777" w:rsidR="005A5E87" w:rsidRDefault="001C7255">
            <w:r>
              <w:rPr>
                <w:color w:val="111111"/>
                <w:sz w:val="15"/>
              </w:rPr>
              <w:t>Event coordination</w:t>
            </w:r>
          </w:p>
        </w:tc>
        <w:tc>
          <w:tcPr>
            <w:tcW w:w="1008" w:type="dxa"/>
            <w:tcMar>
              <w:top w:w="45" w:type="dxa"/>
              <w:left w:w="70" w:type="dxa"/>
              <w:bottom w:w="45" w:type="dxa"/>
              <w:right w:w="70" w:type="dxa"/>
            </w:tcMar>
          </w:tcPr>
          <w:p w14:paraId="71F9C776" w14:textId="77777777" w:rsidR="005A5E87" w:rsidRDefault="005A5E87"/>
        </w:tc>
        <w:tc>
          <w:tcPr>
            <w:tcW w:w="2016" w:type="dxa"/>
            <w:tcMar>
              <w:top w:w="45" w:type="dxa"/>
              <w:left w:w="70" w:type="dxa"/>
              <w:bottom w:w="45" w:type="dxa"/>
              <w:right w:w="70" w:type="dxa"/>
            </w:tcMar>
          </w:tcPr>
          <w:p w14:paraId="1665E8FD" w14:textId="77777777" w:rsidR="005A5E87" w:rsidRDefault="005A5E87"/>
        </w:tc>
      </w:tr>
    </w:tbl>
    <w:tbl>
      <w:tblPr>
        <w:tblW w:w="0" w:type="auto"/>
        <w:jc w:val="center"/>
        <w:tblLook w:val="04A0" w:firstRow="1" w:lastRow="0" w:firstColumn="1" w:lastColumn="0" w:noHBand="0" w:noVBand="1"/>
      </w:tblPr>
      <w:tblGrid>
        <w:gridCol w:w="10656"/>
      </w:tblGrid>
      <w:tr w:rsidR="005A5E87" w14:paraId="64AE299C" w14:textId="77777777">
        <w:trPr>
          <w:cantSplit/>
          <w:jc w:val="center"/>
        </w:trPr>
        <w:tc>
          <w:tcPr>
            <w:tcW w:w="10656" w:type="dxa"/>
            <w:shd w:val="clear" w:color="auto" w:fill="17191C"/>
            <w:tcMar>
              <w:top w:w="80" w:type="dxa"/>
              <w:left w:w="120" w:type="dxa"/>
              <w:bottom w:w="80" w:type="dxa"/>
              <w:right w:w="120" w:type="dxa"/>
            </w:tcMar>
          </w:tcPr>
          <w:p w14:paraId="6C3FBFCE" w14:textId="77777777" w:rsidR="005A5E87" w:rsidRDefault="001C7255">
            <w:pPr>
              <w:spacing w:after="0" w:line="240" w:lineRule="auto"/>
            </w:pPr>
            <w:r>
              <w:rPr>
                <w:b/>
                <w:color w:val="FFFFFF"/>
                <w:sz w:val="22"/>
              </w:rPr>
              <w:t>8. TOOLS, EQUIPMENT AND DRIVING QUALIFICATIONS</w:t>
            </w:r>
          </w:p>
        </w:tc>
      </w:tr>
    </w:tbl>
    <w:p w14:paraId="087F358B" w14:textId="77777777" w:rsidR="005A5E87" w:rsidRDefault="005A5E87">
      <w:pPr>
        <w:spacing w:after="0"/>
      </w:pPr>
    </w:p>
    <w:tbl>
      <w:tblPr>
        <w:tblStyle w:val="TableGrid"/>
        <w:tblW w:w="0" w:type="auto"/>
        <w:jc w:val="center"/>
        <w:tblLook w:val="04A0" w:firstRow="1" w:lastRow="0" w:firstColumn="1" w:lastColumn="0" w:noHBand="0" w:noVBand="1"/>
      </w:tblPr>
      <w:tblGrid>
        <w:gridCol w:w="10646"/>
      </w:tblGrid>
      <w:tr w:rsidR="005A5E87" w14:paraId="37E44CC6" w14:textId="77777777">
        <w:trPr>
          <w:cantSplit/>
          <w:jc w:val="center"/>
        </w:trPr>
        <w:tc>
          <w:tcPr>
            <w:tcW w:w="10656" w:type="dxa"/>
            <w:tcMar>
              <w:top w:w="70" w:type="dxa"/>
              <w:left w:w="90" w:type="dxa"/>
              <w:bottom w:w="70" w:type="dxa"/>
              <w:right w:w="90" w:type="dxa"/>
            </w:tcMar>
            <w:vAlign w:val="center"/>
          </w:tcPr>
          <w:p w14:paraId="1335D03E" w14:textId="77777777" w:rsidR="005A5E87" w:rsidRDefault="001C7255">
            <w:pPr>
              <w:spacing w:after="20"/>
            </w:pPr>
            <w:r>
              <w:rPr>
                <w:b/>
                <w:color w:val="111111"/>
                <w:sz w:val="17"/>
              </w:rPr>
              <w:t>Do you own professional tools relevant to this position?</w:t>
            </w:r>
          </w:p>
          <w:p w14:paraId="12829D96" w14:textId="77777777" w:rsidR="005A5E87" w:rsidRDefault="001C7255">
            <w:pPr>
              <w:spacing w:after="20"/>
            </w:pPr>
            <w:r>
              <w:rPr>
                <w:color w:val="111111"/>
                <w:sz w:val="16"/>
              </w:rPr>
              <w:t>☐ Yes   ☐ No   ☐ Some tools   ☐ Not applicable</w:t>
            </w:r>
          </w:p>
        </w:tc>
      </w:tr>
      <w:tr w:rsidR="005A5E87" w14:paraId="66BB3972" w14:textId="77777777">
        <w:trPr>
          <w:cantSplit/>
          <w:jc w:val="center"/>
        </w:trPr>
        <w:tc>
          <w:tcPr>
            <w:tcW w:w="10656" w:type="dxa"/>
            <w:tcMar>
              <w:top w:w="70" w:type="dxa"/>
              <w:left w:w="90" w:type="dxa"/>
              <w:bottom w:w="70" w:type="dxa"/>
              <w:right w:w="90" w:type="dxa"/>
            </w:tcMar>
            <w:vAlign w:val="center"/>
          </w:tcPr>
          <w:p w14:paraId="4C621422" w14:textId="77777777" w:rsidR="005A5E87" w:rsidRDefault="001C7255">
            <w:pPr>
              <w:spacing w:after="20"/>
            </w:pPr>
            <w:r>
              <w:rPr>
                <w:b/>
                <w:color w:val="111111"/>
                <w:sz w:val="17"/>
              </w:rPr>
              <w:t>Can you operate a manual-transmission vehicle?</w:t>
            </w:r>
          </w:p>
          <w:p w14:paraId="69AB2BC6" w14:textId="77777777" w:rsidR="005A5E87" w:rsidRDefault="001C7255">
            <w:pPr>
              <w:spacing w:after="20"/>
            </w:pPr>
            <w:r>
              <w:rPr>
                <w:color w:val="111111"/>
                <w:sz w:val="16"/>
              </w:rPr>
              <w:t>☐ Yes   ☐ No   ☐ Limited experience</w:t>
            </w:r>
          </w:p>
        </w:tc>
      </w:tr>
      <w:tr w:rsidR="005A5E87" w14:paraId="6370C85F" w14:textId="77777777">
        <w:trPr>
          <w:cantSplit/>
          <w:jc w:val="center"/>
        </w:trPr>
        <w:tc>
          <w:tcPr>
            <w:tcW w:w="10656" w:type="dxa"/>
            <w:tcMar>
              <w:top w:w="70" w:type="dxa"/>
              <w:left w:w="90" w:type="dxa"/>
              <w:bottom w:w="70" w:type="dxa"/>
              <w:right w:w="90" w:type="dxa"/>
            </w:tcMar>
            <w:vAlign w:val="center"/>
          </w:tcPr>
          <w:p w14:paraId="3797C78C" w14:textId="77777777" w:rsidR="005A5E87" w:rsidRDefault="001C7255">
            <w:pPr>
              <w:spacing w:after="40"/>
            </w:pPr>
            <w:r>
              <w:rPr>
                <w:b/>
                <w:color w:val="111111"/>
                <w:sz w:val="17"/>
              </w:rPr>
              <w:t>Describe your professional tool inventory, specialty equipment experience or software proficiency:</w:t>
            </w:r>
          </w:p>
          <w:p w14:paraId="54CF065F" w14:textId="77777777" w:rsidR="005A5E87" w:rsidRDefault="001C7255">
            <w:r>
              <w:rPr>
                <w:color w:val="777777"/>
                <w:sz w:val="16"/>
              </w:rPr>
              <w:t>____________________________________________________________________________________________</w:t>
            </w:r>
          </w:p>
          <w:p w14:paraId="2534536A"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0AB1DA1E" w14:textId="77777777">
        <w:trPr>
          <w:cantSplit/>
          <w:jc w:val="center"/>
        </w:trPr>
        <w:tc>
          <w:tcPr>
            <w:tcW w:w="10656" w:type="dxa"/>
            <w:shd w:val="clear" w:color="auto" w:fill="D9DDE1"/>
            <w:tcMar>
              <w:top w:w="60" w:type="dxa"/>
              <w:left w:w="100" w:type="dxa"/>
              <w:bottom w:w="60" w:type="dxa"/>
              <w:right w:w="100" w:type="dxa"/>
            </w:tcMar>
          </w:tcPr>
          <w:p w14:paraId="78C3CD8F" w14:textId="77777777" w:rsidR="005A5E87" w:rsidRDefault="001C7255">
            <w:pPr>
              <w:spacing w:after="0" w:line="240" w:lineRule="auto"/>
            </w:pPr>
            <w:r>
              <w:rPr>
                <w:b/>
                <w:color w:val="17191C"/>
                <w:sz w:val="19"/>
              </w:rPr>
              <w:t>Equipment Operated Independently</w:t>
            </w:r>
          </w:p>
        </w:tc>
      </w:tr>
    </w:tbl>
    <w:tbl>
      <w:tblPr>
        <w:tblStyle w:val="TableGrid"/>
        <w:tblW w:w="0" w:type="auto"/>
        <w:jc w:val="center"/>
        <w:tblLook w:val="04A0" w:firstRow="1" w:lastRow="0" w:firstColumn="1" w:lastColumn="0" w:noHBand="0" w:noVBand="1"/>
      </w:tblPr>
      <w:tblGrid>
        <w:gridCol w:w="10646"/>
      </w:tblGrid>
      <w:tr w:rsidR="005A5E87" w14:paraId="586ABC64" w14:textId="77777777">
        <w:trPr>
          <w:cantSplit/>
          <w:jc w:val="center"/>
        </w:trPr>
        <w:tc>
          <w:tcPr>
            <w:tcW w:w="10656" w:type="dxa"/>
            <w:tcMar>
              <w:top w:w="70" w:type="dxa"/>
              <w:left w:w="90" w:type="dxa"/>
              <w:bottom w:w="70" w:type="dxa"/>
              <w:right w:w="90" w:type="dxa"/>
            </w:tcMar>
            <w:vAlign w:val="center"/>
          </w:tcPr>
          <w:p w14:paraId="64096B6A" w14:textId="77777777" w:rsidR="005A5E87" w:rsidRDefault="001C7255">
            <w:r>
              <w:rPr>
                <w:color w:val="111111"/>
                <w:sz w:val="15"/>
              </w:rPr>
              <w:lastRenderedPageBreak/>
              <w:t>☐ Vehicle lifts   ☐ Alignment rack   ☐ Tire changer / balancer   ☐ TIG welder   ☐ MIG welder   ☐ Plasma cutter   ☐ English wheel   ☐ Power hammer   ☐ Shrinker-stretcher   ☐ Sheet-metal brake   ☐ Tubing bender   ☐ Bead roller   ☐ Frame rack   ☐ Paint booth   ☐ Dustless blasting unit   ☐ 2WD dyno   ☐ 4WD dyno   ☐ Rollback tow truck   ☐ Forklift   ☐ Other</w:t>
            </w:r>
          </w:p>
        </w:tc>
      </w:tr>
    </w:tbl>
    <w:tbl>
      <w:tblPr>
        <w:tblW w:w="0" w:type="auto"/>
        <w:jc w:val="center"/>
        <w:tblLook w:val="04A0" w:firstRow="1" w:lastRow="0" w:firstColumn="1" w:lastColumn="0" w:noHBand="0" w:noVBand="1"/>
      </w:tblPr>
      <w:tblGrid>
        <w:gridCol w:w="10656"/>
      </w:tblGrid>
      <w:tr w:rsidR="005A5E87" w14:paraId="11ECA48A" w14:textId="77777777">
        <w:trPr>
          <w:cantSplit/>
          <w:jc w:val="center"/>
        </w:trPr>
        <w:tc>
          <w:tcPr>
            <w:tcW w:w="10656" w:type="dxa"/>
            <w:shd w:val="clear" w:color="auto" w:fill="D9DDE1"/>
            <w:tcMar>
              <w:top w:w="60" w:type="dxa"/>
              <w:left w:w="100" w:type="dxa"/>
              <w:bottom w:w="60" w:type="dxa"/>
              <w:right w:w="100" w:type="dxa"/>
            </w:tcMar>
          </w:tcPr>
          <w:p w14:paraId="11CA1DF9" w14:textId="77777777" w:rsidR="005A5E87" w:rsidRDefault="001C7255">
            <w:pPr>
              <w:spacing w:after="0" w:line="240" w:lineRule="auto"/>
            </w:pPr>
            <w:r>
              <w:rPr>
                <w:b/>
                <w:color w:val="17191C"/>
                <w:sz w:val="19"/>
              </w:rPr>
              <w:t>Driving Information - Complete Only if the Position Requires Driving</w:t>
            </w:r>
          </w:p>
        </w:tc>
      </w:tr>
    </w:tbl>
    <w:tbl>
      <w:tblPr>
        <w:tblStyle w:val="TableGrid"/>
        <w:tblW w:w="0" w:type="auto"/>
        <w:jc w:val="center"/>
        <w:tblLook w:val="04A0" w:firstRow="1" w:lastRow="0" w:firstColumn="1" w:lastColumn="0" w:noHBand="0" w:noVBand="1"/>
      </w:tblPr>
      <w:tblGrid>
        <w:gridCol w:w="5323"/>
        <w:gridCol w:w="5323"/>
      </w:tblGrid>
      <w:tr w:rsidR="005A5E87" w14:paraId="3C2045CC" w14:textId="77777777">
        <w:trPr>
          <w:cantSplit/>
          <w:jc w:val="center"/>
        </w:trPr>
        <w:tc>
          <w:tcPr>
            <w:tcW w:w="5328" w:type="dxa"/>
            <w:tcMar>
              <w:top w:w="70" w:type="dxa"/>
              <w:left w:w="90" w:type="dxa"/>
              <w:bottom w:w="70" w:type="dxa"/>
              <w:right w:w="90" w:type="dxa"/>
            </w:tcMar>
            <w:vAlign w:val="center"/>
          </w:tcPr>
          <w:p w14:paraId="3E70F5C2" w14:textId="77777777" w:rsidR="005A5E87" w:rsidRDefault="001C7255">
            <w:pPr>
              <w:spacing w:after="20"/>
            </w:pPr>
            <w:r>
              <w:rPr>
                <w:b/>
                <w:color w:val="111111"/>
                <w:sz w:val="17"/>
              </w:rPr>
              <w:t>Current license appropriate for the position?</w:t>
            </w:r>
          </w:p>
          <w:p w14:paraId="0E90F317" w14:textId="77777777" w:rsidR="005A5E87" w:rsidRDefault="001C7255">
            <w:pPr>
              <w:spacing w:after="20"/>
            </w:pPr>
            <w:r>
              <w:rPr>
                <w:color w:val="111111"/>
                <w:sz w:val="16"/>
              </w:rPr>
              <w:t>☐ Yes   ☐ No</w:t>
            </w:r>
          </w:p>
        </w:tc>
        <w:tc>
          <w:tcPr>
            <w:tcW w:w="5328" w:type="dxa"/>
            <w:tcMar>
              <w:top w:w="70" w:type="dxa"/>
              <w:left w:w="90" w:type="dxa"/>
              <w:bottom w:w="70" w:type="dxa"/>
              <w:right w:w="90" w:type="dxa"/>
            </w:tcMar>
            <w:vAlign w:val="center"/>
          </w:tcPr>
          <w:p w14:paraId="69CA6423" w14:textId="77777777" w:rsidR="005A5E87" w:rsidRDefault="001C7255">
            <w:pPr>
              <w:spacing w:after="20"/>
            </w:pPr>
            <w:r>
              <w:rPr>
                <w:b/>
                <w:color w:val="111111"/>
                <w:sz w:val="17"/>
              </w:rPr>
              <w:t>License class</w:t>
            </w:r>
          </w:p>
          <w:p w14:paraId="1470880E" w14:textId="77777777" w:rsidR="005A5E87" w:rsidRDefault="001C7255">
            <w:pPr>
              <w:spacing w:after="20"/>
            </w:pPr>
            <w:r>
              <w:rPr>
                <w:color w:val="111111"/>
                <w:sz w:val="16"/>
              </w:rPr>
              <w:t>☐ Standard   ☐ CDL A   ☐ CDL B   ☐ Other</w:t>
            </w:r>
          </w:p>
        </w:tc>
      </w:tr>
      <w:tr w:rsidR="005A5E87" w14:paraId="038C3A8B" w14:textId="77777777">
        <w:trPr>
          <w:cantSplit/>
          <w:jc w:val="center"/>
        </w:trPr>
        <w:tc>
          <w:tcPr>
            <w:tcW w:w="5328" w:type="dxa"/>
            <w:tcMar>
              <w:top w:w="70" w:type="dxa"/>
              <w:left w:w="90" w:type="dxa"/>
              <w:bottom w:w="70" w:type="dxa"/>
              <w:right w:w="90" w:type="dxa"/>
            </w:tcMar>
            <w:vAlign w:val="center"/>
          </w:tcPr>
          <w:p w14:paraId="3D226C3D" w14:textId="77777777" w:rsidR="005A5E87" w:rsidRDefault="001C7255">
            <w:pPr>
              <w:spacing w:after="20"/>
            </w:pPr>
            <w:r>
              <w:rPr>
                <w:b/>
                <w:color w:val="111111"/>
                <w:sz w:val="17"/>
              </w:rPr>
              <w:t>Willing to authorize a motor-vehicle-record review if a finalist?</w:t>
            </w:r>
          </w:p>
          <w:p w14:paraId="6C9F44C9" w14:textId="77777777" w:rsidR="005A5E87" w:rsidRDefault="001C7255">
            <w:pPr>
              <w:spacing w:after="20"/>
            </w:pPr>
            <w:r>
              <w:rPr>
                <w:color w:val="111111"/>
                <w:sz w:val="16"/>
              </w:rPr>
              <w:t>☐ Yes   ☐ No</w:t>
            </w:r>
          </w:p>
        </w:tc>
        <w:tc>
          <w:tcPr>
            <w:tcW w:w="5328" w:type="dxa"/>
            <w:tcMar>
              <w:top w:w="70" w:type="dxa"/>
              <w:left w:w="90" w:type="dxa"/>
              <w:bottom w:w="70" w:type="dxa"/>
              <w:right w:w="90" w:type="dxa"/>
            </w:tcMar>
            <w:vAlign w:val="center"/>
          </w:tcPr>
          <w:p w14:paraId="351ED10D" w14:textId="77777777" w:rsidR="005A5E87" w:rsidRDefault="001C7255">
            <w:pPr>
              <w:spacing w:after="20"/>
            </w:pPr>
            <w:r>
              <w:rPr>
                <w:b/>
                <w:color w:val="111111"/>
                <w:sz w:val="17"/>
              </w:rPr>
              <w:t>Experience transporting custom / low-clearance vehicles?</w:t>
            </w:r>
          </w:p>
          <w:p w14:paraId="7A46A747" w14:textId="77777777" w:rsidR="005A5E87" w:rsidRDefault="001C7255">
            <w:pPr>
              <w:spacing w:after="20"/>
            </w:pPr>
            <w:r>
              <w:rPr>
                <w:color w:val="111111"/>
                <w:sz w:val="16"/>
              </w:rPr>
              <w:t>☐ Yes   ☐ No   ☐ Limited</w:t>
            </w:r>
          </w:p>
        </w:tc>
      </w:tr>
      <w:tr w:rsidR="005A5E87" w14:paraId="78CAB05B"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5AEA1C4" w14:textId="77777777" w:rsidR="005A5E87" w:rsidRDefault="001C7255">
            <w:pPr>
              <w:spacing w:after="20"/>
            </w:pPr>
            <w:r>
              <w:rPr>
                <w:b/>
                <w:color w:val="222222"/>
                <w:sz w:val="17"/>
              </w:rPr>
              <w:t>Endorsements / Qualifications</w:t>
            </w:r>
          </w:p>
          <w:p w14:paraId="0780A9AF"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6DFA4B01" w14:textId="77777777" w:rsidR="005A5E87" w:rsidRDefault="001C7255">
            <w:pPr>
              <w:spacing w:after="20"/>
            </w:pPr>
            <w:r>
              <w:rPr>
                <w:b/>
                <w:color w:val="222222"/>
                <w:sz w:val="17"/>
              </w:rPr>
              <w:t>Transport Experience Summary</w:t>
            </w:r>
          </w:p>
          <w:p w14:paraId="361C5A8D" w14:textId="77777777" w:rsidR="005A5E87" w:rsidRDefault="001C7255">
            <w:r>
              <w:t xml:space="preserve"> </w:t>
            </w:r>
          </w:p>
        </w:tc>
      </w:tr>
    </w:tbl>
    <w:p w14:paraId="12DC8ACC" w14:textId="77777777" w:rsidR="005A5E87" w:rsidRDefault="001C7255">
      <w:pPr>
        <w:spacing w:after="60" w:line="240" w:lineRule="auto"/>
      </w:pPr>
      <w:r>
        <w:rPr>
          <w:i/>
          <w:color w:val="5A6066"/>
          <w:sz w:val="15"/>
        </w:rPr>
        <w:t>Do not provide a driver-license number or copy with this initial application.</w:t>
      </w:r>
    </w:p>
    <w:tbl>
      <w:tblPr>
        <w:tblW w:w="0" w:type="auto"/>
        <w:jc w:val="center"/>
        <w:tblLook w:val="04A0" w:firstRow="1" w:lastRow="0" w:firstColumn="1" w:lastColumn="0" w:noHBand="0" w:noVBand="1"/>
      </w:tblPr>
      <w:tblGrid>
        <w:gridCol w:w="10656"/>
      </w:tblGrid>
      <w:tr w:rsidR="005A5E87" w14:paraId="7EAAA592" w14:textId="77777777">
        <w:trPr>
          <w:cantSplit/>
          <w:jc w:val="center"/>
        </w:trPr>
        <w:tc>
          <w:tcPr>
            <w:tcW w:w="10656" w:type="dxa"/>
            <w:shd w:val="clear" w:color="auto" w:fill="17191C"/>
            <w:tcMar>
              <w:top w:w="80" w:type="dxa"/>
              <w:left w:w="120" w:type="dxa"/>
              <w:bottom w:w="80" w:type="dxa"/>
              <w:right w:w="120" w:type="dxa"/>
            </w:tcMar>
          </w:tcPr>
          <w:p w14:paraId="31C571C7" w14:textId="77777777" w:rsidR="005A5E87" w:rsidRDefault="001C7255">
            <w:pPr>
              <w:spacing w:after="0" w:line="240" w:lineRule="auto"/>
            </w:pPr>
            <w:r>
              <w:rPr>
                <w:b/>
                <w:color w:val="FFFFFF"/>
                <w:sz w:val="22"/>
              </w:rPr>
              <w:t>9. ESSENTIAL FUNCTIONS, SAFETY AND PRACTICAL ASSESSMENT</w:t>
            </w:r>
          </w:p>
        </w:tc>
      </w:tr>
    </w:tbl>
    <w:p w14:paraId="739EE0C6" w14:textId="77777777" w:rsidR="005A5E87" w:rsidRDefault="005A5E87">
      <w:pPr>
        <w:spacing w:after="0"/>
      </w:pPr>
    </w:p>
    <w:p w14:paraId="31220D2F" w14:textId="77777777" w:rsidR="005A5E87" w:rsidRDefault="001C7255">
      <w:pPr>
        <w:spacing w:after="60" w:line="240" w:lineRule="auto"/>
      </w:pPr>
      <w:r>
        <w:rPr>
          <w:color w:val="33383D"/>
          <w:sz w:val="16"/>
        </w:rPr>
        <w:t>The selected job description will identify the actual essential functions. Positions may involve standing for extended periods, using hand and power tools, working around vehicles and machinery, complying with PPE requirements, documenting work, protecting customer property and communicating with team members.</w:t>
      </w:r>
    </w:p>
    <w:tbl>
      <w:tblPr>
        <w:tblStyle w:val="TableGrid"/>
        <w:tblW w:w="0" w:type="auto"/>
        <w:jc w:val="center"/>
        <w:tblLook w:val="04A0" w:firstRow="1" w:lastRow="0" w:firstColumn="1" w:lastColumn="0" w:noHBand="0" w:noVBand="1"/>
      </w:tblPr>
      <w:tblGrid>
        <w:gridCol w:w="10646"/>
      </w:tblGrid>
      <w:tr w:rsidR="005A5E87" w14:paraId="19CAD500" w14:textId="77777777">
        <w:trPr>
          <w:cantSplit/>
          <w:jc w:val="center"/>
        </w:trPr>
        <w:tc>
          <w:tcPr>
            <w:tcW w:w="10656" w:type="dxa"/>
            <w:tcMar>
              <w:top w:w="70" w:type="dxa"/>
              <w:left w:w="90" w:type="dxa"/>
              <w:bottom w:w="70" w:type="dxa"/>
              <w:right w:w="90" w:type="dxa"/>
            </w:tcMar>
            <w:vAlign w:val="center"/>
          </w:tcPr>
          <w:p w14:paraId="0260844B" w14:textId="77777777" w:rsidR="005A5E87" w:rsidRDefault="001C7255">
            <w:pPr>
              <w:spacing w:after="20"/>
            </w:pPr>
            <w:r>
              <w:rPr>
                <w:b/>
                <w:color w:val="111111"/>
                <w:sz w:val="17"/>
              </w:rPr>
              <w:t>Can you perform the essential functions of the position, with or without reasonable accommodation? *</w:t>
            </w:r>
          </w:p>
          <w:p w14:paraId="4BBFD7E9" w14:textId="77777777" w:rsidR="005A5E87" w:rsidRDefault="001C7255">
            <w:pPr>
              <w:spacing w:after="20"/>
            </w:pPr>
            <w:r>
              <w:rPr>
                <w:color w:val="111111"/>
                <w:sz w:val="16"/>
              </w:rPr>
              <w:t>☐ Yes   ☐ No   ☐ I would like to discuss an accommodation</w:t>
            </w:r>
          </w:p>
        </w:tc>
      </w:tr>
      <w:tr w:rsidR="005A5E87" w14:paraId="49A59911" w14:textId="77777777">
        <w:trPr>
          <w:cantSplit/>
          <w:jc w:val="center"/>
        </w:trPr>
        <w:tc>
          <w:tcPr>
            <w:tcW w:w="10656" w:type="dxa"/>
            <w:tcMar>
              <w:top w:w="70" w:type="dxa"/>
              <w:left w:w="90" w:type="dxa"/>
              <w:bottom w:w="70" w:type="dxa"/>
              <w:right w:w="90" w:type="dxa"/>
            </w:tcMar>
            <w:vAlign w:val="center"/>
          </w:tcPr>
          <w:p w14:paraId="155A12D5" w14:textId="77777777" w:rsidR="005A5E87" w:rsidRDefault="001C7255">
            <w:pPr>
              <w:spacing w:after="20"/>
            </w:pPr>
            <w:r>
              <w:rPr>
                <w:b/>
                <w:color w:val="111111"/>
                <w:sz w:val="17"/>
              </w:rPr>
              <w:t>Willing to use required PPE and comply with all safety procedures? *</w:t>
            </w:r>
          </w:p>
          <w:p w14:paraId="3B9120D7" w14:textId="77777777" w:rsidR="005A5E87" w:rsidRDefault="001C7255">
            <w:pPr>
              <w:spacing w:after="20"/>
            </w:pPr>
            <w:r>
              <w:rPr>
                <w:color w:val="111111"/>
                <w:sz w:val="16"/>
              </w:rPr>
              <w:t>☐ Yes   ☐ No</w:t>
            </w:r>
          </w:p>
        </w:tc>
      </w:tr>
      <w:tr w:rsidR="005A5E87" w14:paraId="74ECC215" w14:textId="77777777">
        <w:trPr>
          <w:cantSplit/>
          <w:jc w:val="center"/>
        </w:trPr>
        <w:tc>
          <w:tcPr>
            <w:tcW w:w="10656" w:type="dxa"/>
            <w:tcMar>
              <w:top w:w="70" w:type="dxa"/>
              <w:left w:w="90" w:type="dxa"/>
              <w:bottom w:w="70" w:type="dxa"/>
              <w:right w:w="90" w:type="dxa"/>
            </w:tcMar>
            <w:vAlign w:val="center"/>
          </w:tcPr>
          <w:p w14:paraId="70EE0D85" w14:textId="77777777" w:rsidR="005A5E87" w:rsidRDefault="001C7255">
            <w:pPr>
              <w:spacing w:after="20"/>
            </w:pPr>
            <w:r>
              <w:rPr>
                <w:b/>
                <w:color w:val="111111"/>
                <w:sz w:val="17"/>
              </w:rPr>
              <w:t>Willing to complete a job-related practical skills assessment under safe, controlled conditions? *</w:t>
            </w:r>
          </w:p>
          <w:p w14:paraId="77899A2E" w14:textId="77777777" w:rsidR="005A5E87" w:rsidRDefault="001C7255">
            <w:pPr>
              <w:spacing w:after="20"/>
            </w:pPr>
            <w:r>
              <w:rPr>
                <w:color w:val="111111"/>
                <w:sz w:val="16"/>
              </w:rPr>
              <w:t>☐ Yes   ☐ No</w:t>
            </w:r>
          </w:p>
        </w:tc>
      </w:tr>
    </w:tbl>
    <w:tbl>
      <w:tblPr>
        <w:tblW w:w="0" w:type="auto"/>
        <w:jc w:val="center"/>
        <w:tblLook w:val="04A0" w:firstRow="1" w:lastRow="0" w:firstColumn="1" w:lastColumn="0" w:noHBand="0" w:noVBand="1"/>
      </w:tblPr>
      <w:tblGrid>
        <w:gridCol w:w="10656"/>
      </w:tblGrid>
      <w:tr w:rsidR="005A5E87" w14:paraId="2895EEF2" w14:textId="77777777">
        <w:trPr>
          <w:cantSplit/>
          <w:jc w:val="center"/>
        </w:trPr>
        <w:tc>
          <w:tcPr>
            <w:tcW w:w="10656" w:type="dxa"/>
            <w:shd w:val="clear" w:color="auto" w:fill="17191C"/>
            <w:tcMar>
              <w:top w:w="80" w:type="dxa"/>
              <w:left w:w="120" w:type="dxa"/>
              <w:bottom w:w="80" w:type="dxa"/>
              <w:right w:w="120" w:type="dxa"/>
            </w:tcMar>
          </w:tcPr>
          <w:p w14:paraId="39DE84B5" w14:textId="77777777" w:rsidR="005A5E87" w:rsidRDefault="001C7255">
            <w:pPr>
              <w:spacing w:after="0" w:line="240" w:lineRule="auto"/>
            </w:pPr>
            <w:r>
              <w:rPr>
                <w:b/>
                <w:color w:val="FFFFFF"/>
                <w:sz w:val="22"/>
              </w:rPr>
              <w:t>10. CRAFTSMANSHIP, INTEGRITY AND TEAMWORK</w:t>
            </w:r>
          </w:p>
        </w:tc>
      </w:tr>
    </w:tbl>
    <w:p w14:paraId="1AFC6F91" w14:textId="77777777" w:rsidR="005A5E87" w:rsidRDefault="005A5E87">
      <w:pPr>
        <w:spacing w:after="0"/>
      </w:pPr>
    </w:p>
    <w:tbl>
      <w:tblPr>
        <w:tblStyle w:val="TableGrid"/>
        <w:tblW w:w="0" w:type="auto"/>
        <w:jc w:val="center"/>
        <w:tblLook w:val="04A0" w:firstRow="1" w:lastRow="0" w:firstColumn="1" w:lastColumn="0" w:noHBand="0" w:noVBand="1"/>
      </w:tblPr>
      <w:tblGrid>
        <w:gridCol w:w="10646"/>
      </w:tblGrid>
      <w:tr w:rsidR="005A5E87" w14:paraId="2AF31EBE" w14:textId="77777777">
        <w:trPr>
          <w:cantSplit/>
          <w:jc w:val="center"/>
        </w:trPr>
        <w:tc>
          <w:tcPr>
            <w:tcW w:w="10656" w:type="dxa"/>
            <w:tcMar>
              <w:top w:w="70" w:type="dxa"/>
              <w:left w:w="90" w:type="dxa"/>
              <w:bottom w:w="70" w:type="dxa"/>
              <w:right w:w="90" w:type="dxa"/>
            </w:tcMar>
            <w:vAlign w:val="center"/>
          </w:tcPr>
          <w:p w14:paraId="6150C33F" w14:textId="77777777" w:rsidR="005A5E87" w:rsidRDefault="001C7255">
            <w:pPr>
              <w:spacing w:after="40"/>
            </w:pPr>
            <w:r>
              <w:rPr>
                <w:b/>
                <w:color w:val="111111"/>
                <w:sz w:val="17"/>
              </w:rPr>
              <w:t>Why are you interested in joining 1776 Customs, and what interests you most about this position?</w:t>
            </w:r>
          </w:p>
          <w:p w14:paraId="725F4337" w14:textId="77777777" w:rsidR="005A5E87" w:rsidRDefault="001C7255">
            <w:r>
              <w:rPr>
                <w:color w:val="777777"/>
                <w:sz w:val="16"/>
              </w:rPr>
              <w:t>____________________________________________________________________________________________</w:t>
            </w:r>
          </w:p>
          <w:p w14:paraId="4BA2946F" w14:textId="77777777" w:rsidR="005A5E87" w:rsidRDefault="001C7255">
            <w:r>
              <w:rPr>
                <w:color w:val="777777"/>
                <w:sz w:val="16"/>
              </w:rPr>
              <w:t>____________________________________________________________________________________________</w:t>
            </w:r>
          </w:p>
          <w:p w14:paraId="37253F1D" w14:textId="77777777" w:rsidR="005A5E87" w:rsidRDefault="001C7255">
            <w:r>
              <w:rPr>
                <w:color w:val="777777"/>
                <w:sz w:val="16"/>
              </w:rPr>
              <w:t>____________________________________________________________________________________________</w:t>
            </w:r>
          </w:p>
        </w:tc>
      </w:tr>
      <w:tr w:rsidR="005A5E87" w14:paraId="6547EA2F" w14:textId="77777777">
        <w:trPr>
          <w:cantSplit/>
          <w:jc w:val="center"/>
        </w:trPr>
        <w:tc>
          <w:tcPr>
            <w:tcW w:w="10656" w:type="dxa"/>
            <w:tcMar>
              <w:top w:w="70" w:type="dxa"/>
              <w:left w:w="90" w:type="dxa"/>
              <w:bottom w:w="70" w:type="dxa"/>
              <w:right w:w="90" w:type="dxa"/>
            </w:tcMar>
            <w:vAlign w:val="center"/>
          </w:tcPr>
          <w:p w14:paraId="4BEF2561" w14:textId="77777777" w:rsidR="005A5E87" w:rsidRDefault="001C7255">
            <w:pPr>
              <w:spacing w:after="40"/>
            </w:pPr>
            <w:r>
              <w:rPr>
                <w:b/>
                <w:color w:val="111111"/>
                <w:sz w:val="17"/>
              </w:rPr>
              <w:t>Describe a project that best demonstrates the quality of your work. What was your specific responsibility?</w:t>
            </w:r>
          </w:p>
          <w:p w14:paraId="3079E995" w14:textId="77777777" w:rsidR="005A5E87" w:rsidRDefault="001C7255">
            <w:r>
              <w:rPr>
                <w:color w:val="777777"/>
                <w:sz w:val="16"/>
              </w:rPr>
              <w:t>____________________________________________________________________________________________</w:t>
            </w:r>
          </w:p>
          <w:p w14:paraId="5002CFD2" w14:textId="77777777" w:rsidR="005A5E87" w:rsidRDefault="001C7255">
            <w:r>
              <w:rPr>
                <w:color w:val="777777"/>
                <w:sz w:val="16"/>
              </w:rPr>
              <w:t>____________________________________________________________________________________________</w:t>
            </w:r>
          </w:p>
          <w:p w14:paraId="16EB8B33" w14:textId="77777777" w:rsidR="005A5E87" w:rsidRDefault="001C7255">
            <w:r>
              <w:rPr>
                <w:color w:val="777777"/>
                <w:sz w:val="16"/>
              </w:rPr>
              <w:t>____________________________________________________________________________________________</w:t>
            </w:r>
          </w:p>
        </w:tc>
      </w:tr>
      <w:tr w:rsidR="005A5E87" w14:paraId="2CB3A50E" w14:textId="77777777">
        <w:trPr>
          <w:cantSplit/>
          <w:jc w:val="center"/>
        </w:trPr>
        <w:tc>
          <w:tcPr>
            <w:tcW w:w="10656" w:type="dxa"/>
            <w:tcMar>
              <w:top w:w="70" w:type="dxa"/>
              <w:left w:w="90" w:type="dxa"/>
              <w:bottom w:w="70" w:type="dxa"/>
              <w:right w:w="90" w:type="dxa"/>
            </w:tcMar>
            <w:vAlign w:val="center"/>
          </w:tcPr>
          <w:p w14:paraId="12EFF1EE" w14:textId="77777777" w:rsidR="005A5E87" w:rsidRDefault="001C7255">
            <w:pPr>
              <w:spacing w:after="40"/>
            </w:pPr>
            <w:r>
              <w:rPr>
                <w:b/>
                <w:color w:val="111111"/>
                <w:sz w:val="17"/>
              </w:rPr>
              <w:t>How do you determine that a task is complete and meets a professional or show-quality standard?</w:t>
            </w:r>
          </w:p>
          <w:p w14:paraId="1A20FDAC" w14:textId="77777777" w:rsidR="005A5E87" w:rsidRDefault="001C7255">
            <w:r>
              <w:rPr>
                <w:color w:val="777777"/>
                <w:sz w:val="16"/>
              </w:rPr>
              <w:t>____________________________________________________________________________________________</w:t>
            </w:r>
          </w:p>
          <w:p w14:paraId="7EB06A86" w14:textId="77777777" w:rsidR="005A5E87" w:rsidRDefault="001C7255">
            <w:r>
              <w:rPr>
                <w:color w:val="777777"/>
                <w:sz w:val="16"/>
              </w:rPr>
              <w:t>____________________________________________________________________________________________</w:t>
            </w:r>
          </w:p>
          <w:p w14:paraId="50F39BFA" w14:textId="77777777" w:rsidR="005A5E87" w:rsidRDefault="001C7255">
            <w:r>
              <w:rPr>
                <w:color w:val="777777"/>
                <w:sz w:val="16"/>
              </w:rPr>
              <w:t>____________________________________________________________________________________________</w:t>
            </w:r>
          </w:p>
        </w:tc>
      </w:tr>
      <w:tr w:rsidR="005A5E87" w14:paraId="76FD09F7" w14:textId="77777777">
        <w:trPr>
          <w:cantSplit/>
          <w:jc w:val="center"/>
        </w:trPr>
        <w:tc>
          <w:tcPr>
            <w:tcW w:w="10656" w:type="dxa"/>
            <w:tcMar>
              <w:top w:w="70" w:type="dxa"/>
              <w:left w:w="90" w:type="dxa"/>
              <w:bottom w:w="70" w:type="dxa"/>
              <w:right w:w="90" w:type="dxa"/>
            </w:tcMar>
            <w:vAlign w:val="center"/>
          </w:tcPr>
          <w:p w14:paraId="02CFDEC2" w14:textId="77777777" w:rsidR="005A5E87" w:rsidRDefault="001C7255">
            <w:pPr>
              <w:spacing w:after="40"/>
            </w:pPr>
            <w:r>
              <w:rPr>
                <w:b/>
                <w:color w:val="111111"/>
                <w:sz w:val="17"/>
              </w:rPr>
              <w:t>Describe a work-related mistake you made. How did you disclose it, correct it and prevent recurrence?</w:t>
            </w:r>
          </w:p>
          <w:p w14:paraId="7BA175B1" w14:textId="77777777" w:rsidR="005A5E87" w:rsidRDefault="001C7255">
            <w:r>
              <w:rPr>
                <w:color w:val="777777"/>
                <w:sz w:val="16"/>
              </w:rPr>
              <w:t>____________________________________________________________________________________________</w:t>
            </w:r>
          </w:p>
          <w:p w14:paraId="7C2CF080" w14:textId="77777777" w:rsidR="005A5E87" w:rsidRDefault="001C7255">
            <w:r>
              <w:rPr>
                <w:color w:val="777777"/>
                <w:sz w:val="16"/>
              </w:rPr>
              <w:t>____________________________________________________________________________________________</w:t>
            </w:r>
          </w:p>
          <w:p w14:paraId="63135050" w14:textId="77777777" w:rsidR="005A5E87" w:rsidRDefault="001C7255">
            <w:r>
              <w:rPr>
                <w:color w:val="777777"/>
                <w:sz w:val="16"/>
              </w:rPr>
              <w:t>____________________________________________________________________________________________</w:t>
            </w:r>
          </w:p>
        </w:tc>
      </w:tr>
      <w:tr w:rsidR="005A5E87" w14:paraId="389C4D7B" w14:textId="77777777">
        <w:trPr>
          <w:cantSplit/>
          <w:jc w:val="center"/>
        </w:trPr>
        <w:tc>
          <w:tcPr>
            <w:tcW w:w="10656" w:type="dxa"/>
            <w:tcMar>
              <w:top w:w="70" w:type="dxa"/>
              <w:left w:w="90" w:type="dxa"/>
              <w:bottom w:w="70" w:type="dxa"/>
              <w:right w:w="90" w:type="dxa"/>
            </w:tcMar>
            <w:vAlign w:val="center"/>
          </w:tcPr>
          <w:p w14:paraId="64744110" w14:textId="77777777" w:rsidR="005A5E87" w:rsidRDefault="001C7255">
            <w:pPr>
              <w:spacing w:after="40"/>
            </w:pPr>
            <w:r>
              <w:rPr>
                <w:b/>
                <w:color w:val="111111"/>
                <w:sz w:val="17"/>
              </w:rPr>
              <w:t>What would you do if completed work did not meet specification shortly before a promised delivery date?</w:t>
            </w:r>
          </w:p>
          <w:p w14:paraId="5AF0F839" w14:textId="77777777" w:rsidR="005A5E87" w:rsidRDefault="001C7255">
            <w:r>
              <w:rPr>
                <w:color w:val="777777"/>
                <w:sz w:val="16"/>
              </w:rPr>
              <w:t>____________________________________________________________________________________________</w:t>
            </w:r>
          </w:p>
          <w:p w14:paraId="696F94BF" w14:textId="77777777" w:rsidR="005A5E87" w:rsidRDefault="001C7255">
            <w:r>
              <w:rPr>
                <w:color w:val="777777"/>
                <w:sz w:val="16"/>
              </w:rPr>
              <w:t>____________________________________________________________________________________________</w:t>
            </w:r>
          </w:p>
          <w:p w14:paraId="78AA4EC1" w14:textId="77777777" w:rsidR="005A5E87" w:rsidRDefault="001C7255">
            <w:r>
              <w:rPr>
                <w:color w:val="777777"/>
                <w:sz w:val="16"/>
              </w:rPr>
              <w:t>____________________________________________________________________________________________</w:t>
            </w:r>
          </w:p>
        </w:tc>
      </w:tr>
      <w:tr w:rsidR="005A5E87" w14:paraId="4E4BC70D" w14:textId="77777777">
        <w:trPr>
          <w:cantSplit/>
          <w:jc w:val="center"/>
        </w:trPr>
        <w:tc>
          <w:tcPr>
            <w:tcW w:w="10656" w:type="dxa"/>
            <w:tcMar>
              <w:top w:w="70" w:type="dxa"/>
              <w:left w:w="90" w:type="dxa"/>
              <w:bottom w:w="70" w:type="dxa"/>
              <w:right w:w="90" w:type="dxa"/>
            </w:tcMar>
            <w:vAlign w:val="center"/>
          </w:tcPr>
          <w:p w14:paraId="5F553BD4" w14:textId="77777777" w:rsidR="005A5E87" w:rsidRDefault="001C7255">
            <w:pPr>
              <w:spacing w:after="40"/>
            </w:pPr>
            <w:r>
              <w:rPr>
                <w:b/>
                <w:color w:val="111111"/>
                <w:sz w:val="17"/>
              </w:rPr>
              <w:t>Describe a time you coordinated your work with another trade, department or project team.</w:t>
            </w:r>
          </w:p>
          <w:p w14:paraId="63E50D2E" w14:textId="77777777" w:rsidR="005A5E87" w:rsidRDefault="001C7255">
            <w:r>
              <w:rPr>
                <w:color w:val="777777"/>
                <w:sz w:val="16"/>
              </w:rPr>
              <w:t>____________________________________________________________________________________________</w:t>
            </w:r>
          </w:p>
          <w:p w14:paraId="65377D64" w14:textId="77777777" w:rsidR="005A5E87" w:rsidRDefault="001C7255">
            <w:r>
              <w:rPr>
                <w:color w:val="777777"/>
                <w:sz w:val="16"/>
              </w:rPr>
              <w:t>____________________________________________________________________________________________</w:t>
            </w:r>
          </w:p>
          <w:p w14:paraId="1CD263CF" w14:textId="77777777" w:rsidR="005A5E87" w:rsidRDefault="001C7255">
            <w:r>
              <w:rPr>
                <w:color w:val="777777"/>
                <w:sz w:val="16"/>
              </w:rPr>
              <w:t>____________________________________________________________________________________________</w:t>
            </w:r>
          </w:p>
        </w:tc>
      </w:tr>
      <w:tr w:rsidR="005A5E87" w14:paraId="7FA82F0C" w14:textId="77777777">
        <w:trPr>
          <w:cantSplit/>
          <w:jc w:val="center"/>
        </w:trPr>
        <w:tc>
          <w:tcPr>
            <w:tcW w:w="10656" w:type="dxa"/>
            <w:tcMar>
              <w:top w:w="70" w:type="dxa"/>
              <w:left w:w="90" w:type="dxa"/>
              <w:bottom w:w="70" w:type="dxa"/>
              <w:right w:w="90" w:type="dxa"/>
            </w:tcMar>
            <w:vAlign w:val="center"/>
          </w:tcPr>
          <w:p w14:paraId="4C20292B" w14:textId="77777777" w:rsidR="005A5E87" w:rsidRDefault="001C7255">
            <w:pPr>
              <w:spacing w:after="40"/>
            </w:pPr>
            <w:r>
              <w:rPr>
                <w:b/>
                <w:color w:val="111111"/>
                <w:sz w:val="17"/>
              </w:rPr>
              <w:t>How do you respond when another technician or supervisor identifies a problem with your work?</w:t>
            </w:r>
          </w:p>
          <w:p w14:paraId="08D84299" w14:textId="77777777" w:rsidR="005A5E87" w:rsidRDefault="001C7255">
            <w:r>
              <w:rPr>
                <w:color w:val="777777"/>
                <w:sz w:val="16"/>
              </w:rPr>
              <w:t>____________________________________________________________________________________________</w:t>
            </w:r>
          </w:p>
          <w:p w14:paraId="6B7F913D" w14:textId="77777777" w:rsidR="005A5E87" w:rsidRDefault="001C7255">
            <w:r>
              <w:rPr>
                <w:color w:val="777777"/>
                <w:sz w:val="16"/>
              </w:rPr>
              <w:t>____________________________________________________________________________________________</w:t>
            </w:r>
          </w:p>
          <w:p w14:paraId="17F3D111" w14:textId="77777777" w:rsidR="005A5E87" w:rsidRDefault="001C7255">
            <w:r>
              <w:rPr>
                <w:color w:val="777777"/>
                <w:sz w:val="16"/>
              </w:rPr>
              <w:t>____________________________________________________________________________________________</w:t>
            </w:r>
          </w:p>
        </w:tc>
      </w:tr>
      <w:tr w:rsidR="005A5E87" w14:paraId="4F0156E9" w14:textId="77777777">
        <w:trPr>
          <w:cantSplit/>
          <w:jc w:val="center"/>
        </w:trPr>
        <w:tc>
          <w:tcPr>
            <w:tcW w:w="10656" w:type="dxa"/>
            <w:tcMar>
              <w:top w:w="70" w:type="dxa"/>
              <w:left w:w="90" w:type="dxa"/>
              <w:bottom w:w="70" w:type="dxa"/>
              <w:right w:w="90" w:type="dxa"/>
            </w:tcMar>
            <w:vAlign w:val="center"/>
          </w:tcPr>
          <w:p w14:paraId="7221D033" w14:textId="77777777" w:rsidR="005A5E87" w:rsidRDefault="001C7255">
            <w:pPr>
              <w:spacing w:after="40"/>
            </w:pPr>
            <w:r>
              <w:rPr>
                <w:b/>
                <w:color w:val="111111"/>
                <w:sz w:val="17"/>
              </w:rPr>
              <w:lastRenderedPageBreak/>
              <w:t>How do you organize tools, fasteners, removed components and documentation during a long-term build?</w:t>
            </w:r>
          </w:p>
          <w:p w14:paraId="163D23A6" w14:textId="77777777" w:rsidR="005A5E87" w:rsidRDefault="001C7255">
            <w:r>
              <w:rPr>
                <w:color w:val="777777"/>
                <w:sz w:val="16"/>
              </w:rPr>
              <w:t>____________________________________________________________________________________________</w:t>
            </w:r>
          </w:p>
          <w:p w14:paraId="428D592B" w14:textId="77777777" w:rsidR="005A5E87" w:rsidRDefault="001C7255">
            <w:r>
              <w:rPr>
                <w:color w:val="777777"/>
                <w:sz w:val="16"/>
              </w:rPr>
              <w:t>____________________________________________________________________________________________</w:t>
            </w:r>
          </w:p>
          <w:p w14:paraId="43A2937F" w14:textId="77777777" w:rsidR="005A5E87" w:rsidRDefault="001C7255">
            <w:r>
              <w:rPr>
                <w:color w:val="777777"/>
                <w:sz w:val="16"/>
              </w:rPr>
              <w:t>____________________________________________________________________________________________</w:t>
            </w:r>
          </w:p>
        </w:tc>
      </w:tr>
      <w:tr w:rsidR="005A5E87" w14:paraId="23148543" w14:textId="77777777">
        <w:trPr>
          <w:cantSplit/>
          <w:jc w:val="center"/>
        </w:trPr>
        <w:tc>
          <w:tcPr>
            <w:tcW w:w="10656" w:type="dxa"/>
            <w:tcMar>
              <w:top w:w="70" w:type="dxa"/>
              <w:left w:w="90" w:type="dxa"/>
              <w:bottom w:w="70" w:type="dxa"/>
              <w:right w:w="90" w:type="dxa"/>
            </w:tcMar>
            <w:vAlign w:val="center"/>
          </w:tcPr>
          <w:p w14:paraId="01701871" w14:textId="77777777" w:rsidR="005A5E87" w:rsidRDefault="001C7255">
            <w:pPr>
              <w:spacing w:after="40"/>
            </w:pPr>
            <w:r>
              <w:rPr>
                <w:b/>
                <w:color w:val="111111"/>
                <w:sz w:val="17"/>
              </w:rPr>
              <w:t>What steps do you take to protect custom paint, interiors, wheels, customer property and confidential project information?</w:t>
            </w:r>
          </w:p>
          <w:p w14:paraId="44665AD4" w14:textId="77777777" w:rsidR="005A5E87" w:rsidRDefault="001C7255">
            <w:r>
              <w:rPr>
                <w:color w:val="777777"/>
                <w:sz w:val="16"/>
              </w:rPr>
              <w:t>____________________________________________________________________________________________</w:t>
            </w:r>
          </w:p>
          <w:p w14:paraId="25B73E33" w14:textId="77777777" w:rsidR="005A5E87" w:rsidRDefault="001C7255">
            <w:r>
              <w:rPr>
                <w:color w:val="777777"/>
                <w:sz w:val="16"/>
              </w:rPr>
              <w:t>____________________________________________________________________________________________</w:t>
            </w:r>
          </w:p>
          <w:p w14:paraId="01D9FEE7" w14:textId="77777777" w:rsidR="005A5E87" w:rsidRDefault="001C7255">
            <w:r>
              <w:rPr>
                <w:color w:val="777777"/>
                <w:sz w:val="16"/>
              </w:rPr>
              <w:t>____________________________________________________________________________________________</w:t>
            </w:r>
          </w:p>
        </w:tc>
      </w:tr>
      <w:tr w:rsidR="005A5E87" w14:paraId="06193867" w14:textId="77777777">
        <w:trPr>
          <w:cantSplit/>
          <w:jc w:val="center"/>
        </w:trPr>
        <w:tc>
          <w:tcPr>
            <w:tcW w:w="10656" w:type="dxa"/>
            <w:tcMar>
              <w:top w:w="70" w:type="dxa"/>
              <w:left w:w="90" w:type="dxa"/>
              <w:bottom w:w="70" w:type="dxa"/>
              <w:right w:w="90" w:type="dxa"/>
            </w:tcMar>
            <w:vAlign w:val="center"/>
          </w:tcPr>
          <w:p w14:paraId="65492EA9" w14:textId="77777777" w:rsidR="005A5E87" w:rsidRDefault="001C7255">
            <w:pPr>
              <w:spacing w:after="40"/>
            </w:pPr>
            <w:r>
              <w:rPr>
                <w:b/>
                <w:color w:val="111111"/>
                <w:sz w:val="17"/>
              </w:rPr>
              <w:t>What type of leadership and work environment helps you perform at your best?</w:t>
            </w:r>
          </w:p>
          <w:p w14:paraId="438FF9A3" w14:textId="77777777" w:rsidR="005A5E87" w:rsidRDefault="001C7255">
            <w:r>
              <w:rPr>
                <w:color w:val="777777"/>
                <w:sz w:val="16"/>
              </w:rPr>
              <w:t>____________________________________________________________________________________________</w:t>
            </w:r>
          </w:p>
          <w:p w14:paraId="0568BFCE" w14:textId="77777777" w:rsidR="005A5E87" w:rsidRDefault="001C7255">
            <w:r>
              <w:rPr>
                <w:color w:val="777777"/>
                <w:sz w:val="16"/>
              </w:rPr>
              <w:t>____________________________________________________________________________________________</w:t>
            </w:r>
          </w:p>
          <w:p w14:paraId="1E92F04B"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52A98894" w14:textId="77777777">
        <w:trPr>
          <w:cantSplit/>
          <w:jc w:val="center"/>
        </w:trPr>
        <w:tc>
          <w:tcPr>
            <w:tcW w:w="10656" w:type="dxa"/>
            <w:shd w:val="clear" w:color="auto" w:fill="17191C"/>
            <w:tcMar>
              <w:top w:w="80" w:type="dxa"/>
              <w:left w:w="120" w:type="dxa"/>
              <w:bottom w:w="80" w:type="dxa"/>
              <w:right w:w="120" w:type="dxa"/>
            </w:tcMar>
          </w:tcPr>
          <w:p w14:paraId="10958204" w14:textId="77777777" w:rsidR="005A5E87" w:rsidRDefault="001C7255">
            <w:pPr>
              <w:spacing w:after="0" w:line="240" w:lineRule="auto"/>
            </w:pPr>
            <w:r>
              <w:rPr>
                <w:b/>
                <w:color w:val="FFFFFF"/>
                <w:sz w:val="22"/>
              </w:rPr>
              <w:t>11. PROFESSIONAL REFERENCES</w:t>
            </w:r>
          </w:p>
        </w:tc>
      </w:tr>
    </w:tbl>
    <w:p w14:paraId="4CE9674A" w14:textId="77777777" w:rsidR="005A5E87" w:rsidRDefault="005A5E87">
      <w:pPr>
        <w:spacing w:after="0"/>
      </w:pPr>
    </w:p>
    <w:p w14:paraId="312C4D56" w14:textId="77777777" w:rsidR="005A5E87" w:rsidRDefault="001C7255">
      <w:pPr>
        <w:spacing w:after="60" w:line="240" w:lineRule="auto"/>
      </w:pPr>
      <w:r>
        <w:rPr>
          <w:color w:val="444A50"/>
          <w:sz w:val="16"/>
        </w:rPr>
        <w:t>Provide three professional references who are not relatives.</w:t>
      </w:r>
    </w:p>
    <w:tbl>
      <w:tblPr>
        <w:tblW w:w="0" w:type="auto"/>
        <w:jc w:val="center"/>
        <w:tblLook w:val="04A0" w:firstRow="1" w:lastRow="0" w:firstColumn="1" w:lastColumn="0" w:noHBand="0" w:noVBand="1"/>
      </w:tblPr>
      <w:tblGrid>
        <w:gridCol w:w="10656"/>
      </w:tblGrid>
      <w:tr w:rsidR="005A5E87" w14:paraId="0897BB20" w14:textId="77777777">
        <w:trPr>
          <w:cantSplit/>
          <w:jc w:val="center"/>
        </w:trPr>
        <w:tc>
          <w:tcPr>
            <w:tcW w:w="10656" w:type="dxa"/>
            <w:shd w:val="clear" w:color="auto" w:fill="D9DDE1"/>
            <w:tcMar>
              <w:top w:w="60" w:type="dxa"/>
              <w:left w:w="100" w:type="dxa"/>
              <w:bottom w:w="60" w:type="dxa"/>
              <w:right w:w="100" w:type="dxa"/>
            </w:tcMar>
          </w:tcPr>
          <w:p w14:paraId="0B9FB2B7" w14:textId="77777777" w:rsidR="005A5E87" w:rsidRDefault="001C7255">
            <w:pPr>
              <w:spacing w:after="0" w:line="240" w:lineRule="auto"/>
            </w:pPr>
            <w:r>
              <w:rPr>
                <w:b/>
                <w:color w:val="17191C"/>
                <w:sz w:val="19"/>
              </w:rPr>
              <w:t>Professional Reference 1</w:t>
            </w:r>
          </w:p>
        </w:tc>
      </w:tr>
    </w:tbl>
    <w:tbl>
      <w:tblPr>
        <w:tblStyle w:val="TableGrid"/>
        <w:tblW w:w="0" w:type="auto"/>
        <w:jc w:val="center"/>
        <w:tblLook w:val="04A0" w:firstRow="1" w:lastRow="0" w:firstColumn="1" w:lastColumn="0" w:noHBand="0" w:noVBand="1"/>
      </w:tblPr>
      <w:tblGrid>
        <w:gridCol w:w="5323"/>
        <w:gridCol w:w="5323"/>
      </w:tblGrid>
      <w:tr w:rsidR="005A5E87" w14:paraId="44A0196C"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FF26748" w14:textId="77777777" w:rsidR="005A5E87" w:rsidRDefault="001C7255">
            <w:pPr>
              <w:spacing w:after="20"/>
            </w:pPr>
            <w:r>
              <w:rPr>
                <w:b/>
                <w:color w:val="222222"/>
                <w:sz w:val="17"/>
              </w:rPr>
              <w:t>Name *</w:t>
            </w:r>
          </w:p>
          <w:p w14:paraId="517118E3"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AD48D3C" w14:textId="77777777" w:rsidR="005A5E87" w:rsidRDefault="001C7255">
            <w:pPr>
              <w:spacing w:after="20"/>
            </w:pPr>
            <w:r>
              <w:rPr>
                <w:b/>
                <w:color w:val="222222"/>
                <w:sz w:val="17"/>
              </w:rPr>
              <w:t>Company</w:t>
            </w:r>
          </w:p>
          <w:p w14:paraId="473B2FA8" w14:textId="77777777" w:rsidR="005A5E87" w:rsidRDefault="001C7255">
            <w:r>
              <w:t xml:space="preserve"> </w:t>
            </w:r>
          </w:p>
        </w:tc>
      </w:tr>
      <w:tr w:rsidR="005A5E87" w14:paraId="7AC5DAD4"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CFC1276" w14:textId="77777777" w:rsidR="005A5E87" w:rsidRDefault="001C7255">
            <w:pPr>
              <w:spacing w:after="20"/>
            </w:pPr>
            <w:r>
              <w:rPr>
                <w:b/>
                <w:color w:val="222222"/>
                <w:sz w:val="17"/>
              </w:rPr>
              <w:t>Position / Relationship</w:t>
            </w:r>
          </w:p>
          <w:p w14:paraId="7D5D049E"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48713BC" w14:textId="77777777" w:rsidR="005A5E87" w:rsidRDefault="001C7255">
            <w:pPr>
              <w:spacing w:after="20"/>
            </w:pPr>
            <w:r>
              <w:rPr>
                <w:b/>
                <w:color w:val="222222"/>
                <w:sz w:val="17"/>
              </w:rPr>
              <w:t>Phone</w:t>
            </w:r>
          </w:p>
          <w:p w14:paraId="7D0D1AB0" w14:textId="77777777" w:rsidR="005A5E87" w:rsidRDefault="001C7255">
            <w:r>
              <w:t xml:space="preserve"> </w:t>
            </w:r>
          </w:p>
        </w:tc>
      </w:tr>
      <w:tr w:rsidR="005A5E87" w14:paraId="1D8D690E"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1368F1D3" w14:textId="77777777" w:rsidR="005A5E87" w:rsidRDefault="001C7255">
            <w:pPr>
              <w:spacing w:after="20"/>
            </w:pPr>
            <w:r>
              <w:rPr>
                <w:b/>
                <w:color w:val="222222"/>
                <w:sz w:val="17"/>
              </w:rPr>
              <w:t>Email</w:t>
            </w:r>
          </w:p>
          <w:p w14:paraId="3C11FA67"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18C01797" w14:textId="77777777" w:rsidR="005A5E87" w:rsidRDefault="001C7255">
            <w:pPr>
              <w:spacing w:after="20"/>
            </w:pPr>
            <w:r>
              <w:rPr>
                <w:b/>
                <w:color w:val="222222"/>
                <w:sz w:val="17"/>
              </w:rPr>
              <w:t>Years Known</w:t>
            </w:r>
          </w:p>
          <w:p w14:paraId="1C55AAFD" w14:textId="77777777" w:rsidR="005A5E87" w:rsidRDefault="001C7255">
            <w:r>
              <w:t xml:space="preserve"> </w:t>
            </w:r>
          </w:p>
        </w:tc>
      </w:tr>
      <w:tr w:rsidR="005A5E87" w14:paraId="7F1BAE96"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503F9F4" w14:textId="77777777" w:rsidR="005A5E87" w:rsidRDefault="001C7255">
            <w:pPr>
              <w:spacing w:after="20"/>
            </w:pPr>
            <w:r>
              <w:rPr>
                <w:b/>
                <w:color w:val="222222"/>
                <w:sz w:val="17"/>
              </w:rPr>
              <w:t>May We Contact Now?</w:t>
            </w:r>
          </w:p>
          <w:p w14:paraId="1498E481"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882DAB1" w14:textId="77777777" w:rsidR="005A5E87" w:rsidRDefault="001C7255">
            <w:pPr>
              <w:spacing w:after="20"/>
            </w:pPr>
            <w:r>
              <w:rPr>
                <w:b/>
                <w:color w:val="222222"/>
                <w:sz w:val="17"/>
              </w:rPr>
              <w:t>Preferred Contact Method</w:t>
            </w:r>
          </w:p>
          <w:p w14:paraId="5F0C8A1F" w14:textId="77777777" w:rsidR="005A5E87" w:rsidRDefault="001C7255">
            <w:r>
              <w:t xml:space="preserve"> </w:t>
            </w:r>
          </w:p>
        </w:tc>
      </w:tr>
    </w:tbl>
    <w:tbl>
      <w:tblPr>
        <w:tblW w:w="0" w:type="auto"/>
        <w:jc w:val="center"/>
        <w:tblLook w:val="04A0" w:firstRow="1" w:lastRow="0" w:firstColumn="1" w:lastColumn="0" w:noHBand="0" w:noVBand="1"/>
      </w:tblPr>
      <w:tblGrid>
        <w:gridCol w:w="10656"/>
      </w:tblGrid>
      <w:tr w:rsidR="005A5E87" w14:paraId="465EB0C2" w14:textId="77777777">
        <w:trPr>
          <w:cantSplit/>
          <w:jc w:val="center"/>
        </w:trPr>
        <w:tc>
          <w:tcPr>
            <w:tcW w:w="10656" w:type="dxa"/>
            <w:shd w:val="clear" w:color="auto" w:fill="D9DDE1"/>
            <w:tcMar>
              <w:top w:w="60" w:type="dxa"/>
              <w:left w:w="100" w:type="dxa"/>
              <w:bottom w:w="60" w:type="dxa"/>
              <w:right w:w="100" w:type="dxa"/>
            </w:tcMar>
          </w:tcPr>
          <w:p w14:paraId="64059CD6" w14:textId="77777777" w:rsidR="005A5E87" w:rsidRDefault="001C7255">
            <w:pPr>
              <w:spacing w:after="0" w:line="240" w:lineRule="auto"/>
            </w:pPr>
            <w:r>
              <w:rPr>
                <w:b/>
                <w:color w:val="17191C"/>
                <w:sz w:val="19"/>
              </w:rPr>
              <w:t>Professional Reference 2</w:t>
            </w:r>
          </w:p>
        </w:tc>
      </w:tr>
    </w:tbl>
    <w:tbl>
      <w:tblPr>
        <w:tblStyle w:val="TableGrid"/>
        <w:tblW w:w="0" w:type="auto"/>
        <w:jc w:val="center"/>
        <w:tblLook w:val="04A0" w:firstRow="1" w:lastRow="0" w:firstColumn="1" w:lastColumn="0" w:noHBand="0" w:noVBand="1"/>
      </w:tblPr>
      <w:tblGrid>
        <w:gridCol w:w="5323"/>
        <w:gridCol w:w="5323"/>
      </w:tblGrid>
      <w:tr w:rsidR="005A5E87" w14:paraId="5CBD8682"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9AFD559" w14:textId="77777777" w:rsidR="005A5E87" w:rsidRDefault="001C7255">
            <w:pPr>
              <w:spacing w:after="20"/>
            </w:pPr>
            <w:r>
              <w:rPr>
                <w:b/>
                <w:color w:val="222222"/>
                <w:sz w:val="17"/>
              </w:rPr>
              <w:t>Name</w:t>
            </w:r>
          </w:p>
          <w:p w14:paraId="29988D20"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5C6ADDA3" w14:textId="77777777" w:rsidR="005A5E87" w:rsidRDefault="001C7255">
            <w:pPr>
              <w:spacing w:after="20"/>
            </w:pPr>
            <w:r>
              <w:rPr>
                <w:b/>
                <w:color w:val="222222"/>
                <w:sz w:val="17"/>
              </w:rPr>
              <w:t>Company</w:t>
            </w:r>
          </w:p>
          <w:p w14:paraId="0AC5AE54" w14:textId="77777777" w:rsidR="005A5E87" w:rsidRDefault="001C7255">
            <w:r>
              <w:t xml:space="preserve"> </w:t>
            </w:r>
          </w:p>
        </w:tc>
      </w:tr>
      <w:tr w:rsidR="005A5E87" w14:paraId="7A3197E2"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6DDE19B1" w14:textId="77777777" w:rsidR="005A5E87" w:rsidRDefault="001C7255">
            <w:pPr>
              <w:spacing w:after="20"/>
            </w:pPr>
            <w:r>
              <w:rPr>
                <w:b/>
                <w:color w:val="222222"/>
                <w:sz w:val="17"/>
              </w:rPr>
              <w:t>Position / Relationship</w:t>
            </w:r>
          </w:p>
          <w:p w14:paraId="7C8C8DCA"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37286D34" w14:textId="77777777" w:rsidR="005A5E87" w:rsidRDefault="001C7255">
            <w:pPr>
              <w:spacing w:after="20"/>
            </w:pPr>
            <w:r>
              <w:rPr>
                <w:b/>
                <w:color w:val="222222"/>
                <w:sz w:val="17"/>
              </w:rPr>
              <w:t>Phone</w:t>
            </w:r>
          </w:p>
          <w:p w14:paraId="24F2303F" w14:textId="77777777" w:rsidR="005A5E87" w:rsidRDefault="001C7255">
            <w:r>
              <w:t xml:space="preserve"> </w:t>
            </w:r>
          </w:p>
        </w:tc>
      </w:tr>
      <w:tr w:rsidR="005A5E87" w14:paraId="287F33E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5B9C9F61" w14:textId="77777777" w:rsidR="005A5E87" w:rsidRDefault="001C7255">
            <w:pPr>
              <w:spacing w:after="20"/>
            </w:pPr>
            <w:r>
              <w:rPr>
                <w:b/>
                <w:color w:val="222222"/>
                <w:sz w:val="17"/>
              </w:rPr>
              <w:t>Email</w:t>
            </w:r>
          </w:p>
          <w:p w14:paraId="229B23D5"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34BA62D1" w14:textId="77777777" w:rsidR="005A5E87" w:rsidRDefault="001C7255">
            <w:pPr>
              <w:spacing w:after="20"/>
            </w:pPr>
            <w:r>
              <w:rPr>
                <w:b/>
                <w:color w:val="222222"/>
                <w:sz w:val="17"/>
              </w:rPr>
              <w:t>Years Known</w:t>
            </w:r>
          </w:p>
          <w:p w14:paraId="6D6DCDDB" w14:textId="77777777" w:rsidR="005A5E87" w:rsidRDefault="001C7255">
            <w:r>
              <w:t xml:space="preserve"> </w:t>
            </w:r>
          </w:p>
        </w:tc>
      </w:tr>
      <w:tr w:rsidR="005A5E87" w14:paraId="751157CD"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2F7341B" w14:textId="77777777" w:rsidR="005A5E87" w:rsidRDefault="001C7255">
            <w:pPr>
              <w:spacing w:after="20"/>
            </w:pPr>
            <w:r>
              <w:rPr>
                <w:b/>
                <w:color w:val="222222"/>
                <w:sz w:val="17"/>
              </w:rPr>
              <w:t>May We Contact Now?</w:t>
            </w:r>
          </w:p>
          <w:p w14:paraId="5096CE11"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46C4F59" w14:textId="77777777" w:rsidR="005A5E87" w:rsidRDefault="001C7255">
            <w:pPr>
              <w:spacing w:after="20"/>
            </w:pPr>
            <w:r>
              <w:rPr>
                <w:b/>
                <w:color w:val="222222"/>
                <w:sz w:val="17"/>
              </w:rPr>
              <w:t>Preferred Contact Method</w:t>
            </w:r>
          </w:p>
          <w:p w14:paraId="0A2CD5C3" w14:textId="77777777" w:rsidR="005A5E87" w:rsidRDefault="001C7255">
            <w:r>
              <w:t xml:space="preserve"> </w:t>
            </w:r>
          </w:p>
        </w:tc>
      </w:tr>
    </w:tbl>
    <w:tbl>
      <w:tblPr>
        <w:tblW w:w="0" w:type="auto"/>
        <w:jc w:val="center"/>
        <w:tblLook w:val="04A0" w:firstRow="1" w:lastRow="0" w:firstColumn="1" w:lastColumn="0" w:noHBand="0" w:noVBand="1"/>
      </w:tblPr>
      <w:tblGrid>
        <w:gridCol w:w="10656"/>
      </w:tblGrid>
      <w:tr w:rsidR="005A5E87" w14:paraId="196FF751" w14:textId="77777777">
        <w:trPr>
          <w:cantSplit/>
          <w:jc w:val="center"/>
        </w:trPr>
        <w:tc>
          <w:tcPr>
            <w:tcW w:w="10656" w:type="dxa"/>
            <w:shd w:val="clear" w:color="auto" w:fill="D9DDE1"/>
            <w:tcMar>
              <w:top w:w="60" w:type="dxa"/>
              <w:left w:w="100" w:type="dxa"/>
              <w:bottom w:w="60" w:type="dxa"/>
              <w:right w:w="100" w:type="dxa"/>
            </w:tcMar>
          </w:tcPr>
          <w:p w14:paraId="35625BFE" w14:textId="77777777" w:rsidR="005A5E87" w:rsidRDefault="001C7255">
            <w:pPr>
              <w:spacing w:after="0" w:line="240" w:lineRule="auto"/>
            </w:pPr>
            <w:r>
              <w:rPr>
                <w:b/>
                <w:color w:val="17191C"/>
                <w:sz w:val="19"/>
              </w:rPr>
              <w:t>Professional Reference 3</w:t>
            </w:r>
          </w:p>
        </w:tc>
      </w:tr>
    </w:tbl>
    <w:tbl>
      <w:tblPr>
        <w:tblStyle w:val="TableGrid"/>
        <w:tblW w:w="0" w:type="auto"/>
        <w:jc w:val="center"/>
        <w:tblLook w:val="04A0" w:firstRow="1" w:lastRow="0" w:firstColumn="1" w:lastColumn="0" w:noHBand="0" w:noVBand="1"/>
      </w:tblPr>
      <w:tblGrid>
        <w:gridCol w:w="5323"/>
        <w:gridCol w:w="5323"/>
      </w:tblGrid>
      <w:tr w:rsidR="005A5E87" w14:paraId="785D04FC"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776FA24F" w14:textId="77777777" w:rsidR="005A5E87" w:rsidRDefault="001C7255">
            <w:pPr>
              <w:spacing w:after="20"/>
            </w:pPr>
            <w:r>
              <w:rPr>
                <w:b/>
                <w:color w:val="222222"/>
                <w:sz w:val="17"/>
              </w:rPr>
              <w:t>Name</w:t>
            </w:r>
          </w:p>
          <w:p w14:paraId="10B2A045"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2FBB3C60" w14:textId="77777777" w:rsidR="005A5E87" w:rsidRDefault="001C7255">
            <w:pPr>
              <w:spacing w:after="20"/>
            </w:pPr>
            <w:r>
              <w:rPr>
                <w:b/>
                <w:color w:val="222222"/>
                <w:sz w:val="17"/>
              </w:rPr>
              <w:t>Company</w:t>
            </w:r>
          </w:p>
          <w:p w14:paraId="3D080964" w14:textId="77777777" w:rsidR="005A5E87" w:rsidRDefault="001C7255">
            <w:r>
              <w:t xml:space="preserve"> </w:t>
            </w:r>
          </w:p>
        </w:tc>
      </w:tr>
      <w:tr w:rsidR="005A5E87" w14:paraId="5E16F3E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23953893" w14:textId="77777777" w:rsidR="005A5E87" w:rsidRDefault="001C7255">
            <w:pPr>
              <w:spacing w:after="20"/>
            </w:pPr>
            <w:r>
              <w:rPr>
                <w:b/>
                <w:color w:val="222222"/>
                <w:sz w:val="17"/>
              </w:rPr>
              <w:t>Position / Relationship</w:t>
            </w:r>
          </w:p>
          <w:p w14:paraId="2EA83127"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5725F2B" w14:textId="77777777" w:rsidR="005A5E87" w:rsidRDefault="001C7255">
            <w:pPr>
              <w:spacing w:after="20"/>
            </w:pPr>
            <w:r>
              <w:rPr>
                <w:b/>
                <w:color w:val="222222"/>
                <w:sz w:val="17"/>
              </w:rPr>
              <w:t>Phone</w:t>
            </w:r>
          </w:p>
          <w:p w14:paraId="0FB9985D" w14:textId="77777777" w:rsidR="005A5E87" w:rsidRDefault="001C7255">
            <w:r>
              <w:t xml:space="preserve"> </w:t>
            </w:r>
          </w:p>
        </w:tc>
      </w:tr>
      <w:tr w:rsidR="005A5E87" w14:paraId="57802240"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31982077" w14:textId="77777777" w:rsidR="005A5E87" w:rsidRDefault="001C7255">
            <w:pPr>
              <w:spacing w:after="20"/>
            </w:pPr>
            <w:r>
              <w:rPr>
                <w:b/>
                <w:color w:val="222222"/>
                <w:sz w:val="17"/>
              </w:rPr>
              <w:t>Email</w:t>
            </w:r>
          </w:p>
          <w:p w14:paraId="34224182"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2137EE9F" w14:textId="77777777" w:rsidR="005A5E87" w:rsidRDefault="001C7255">
            <w:pPr>
              <w:spacing w:after="20"/>
            </w:pPr>
            <w:r>
              <w:rPr>
                <w:b/>
                <w:color w:val="222222"/>
                <w:sz w:val="17"/>
              </w:rPr>
              <w:t>Years Known</w:t>
            </w:r>
          </w:p>
          <w:p w14:paraId="79CA0DCB" w14:textId="77777777" w:rsidR="005A5E87" w:rsidRDefault="001C7255">
            <w:r>
              <w:t xml:space="preserve"> </w:t>
            </w:r>
          </w:p>
        </w:tc>
      </w:tr>
      <w:tr w:rsidR="005A5E87" w14:paraId="228CECA8"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69AED4AD" w14:textId="77777777" w:rsidR="005A5E87" w:rsidRDefault="001C7255">
            <w:pPr>
              <w:spacing w:after="20"/>
            </w:pPr>
            <w:r>
              <w:rPr>
                <w:b/>
                <w:color w:val="222222"/>
                <w:sz w:val="17"/>
              </w:rPr>
              <w:t>May We Contact Now?</w:t>
            </w:r>
          </w:p>
          <w:p w14:paraId="7321F279"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785FEEEF" w14:textId="77777777" w:rsidR="005A5E87" w:rsidRDefault="001C7255">
            <w:pPr>
              <w:spacing w:after="20"/>
            </w:pPr>
            <w:r>
              <w:rPr>
                <w:b/>
                <w:color w:val="222222"/>
                <w:sz w:val="17"/>
              </w:rPr>
              <w:t>Preferred Contact Method</w:t>
            </w:r>
          </w:p>
          <w:p w14:paraId="135E4515" w14:textId="77777777" w:rsidR="005A5E87" w:rsidRDefault="001C7255">
            <w:r>
              <w:t xml:space="preserve"> </w:t>
            </w:r>
          </w:p>
        </w:tc>
      </w:tr>
    </w:tbl>
    <w:tbl>
      <w:tblPr>
        <w:tblW w:w="0" w:type="auto"/>
        <w:jc w:val="center"/>
        <w:tblLook w:val="04A0" w:firstRow="1" w:lastRow="0" w:firstColumn="1" w:lastColumn="0" w:noHBand="0" w:noVBand="1"/>
      </w:tblPr>
      <w:tblGrid>
        <w:gridCol w:w="10656"/>
      </w:tblGrid>
      <w:tr w:rsidR="005A5E87" w14:paraId="55CD5B5B" w14:textId="77777777">
        <w:trPr>
          <w:cantSplit/>
          <w:jc w:val="center"/>
        </w:trPr>
        <w:tc>
          <w:tcPr>
            <w:tcW w:w="10656" w:type="dxa"/>
            <w:shd w:val="clear" w:color="auto" w:fill="17191C"/>
            <w:tcMar>
              <w:top w:w="80" w:type="dxa"/>
              <w:left w:w="120" w:type="dxa"/>
              <w:bottom w:w="80" w:type="dxa"/>
              <w:right w:w="120" w:type="dxa"/>
            </w:tcMar>
          </w:tcPr>
          <w:p w14:paraId="135F9B16" w14:textId="77777777" w:rsidR="005A5E87" w:rsidRDefault="001C7255">
            <w:pPr>
              <w:spacing w:after="0" w:line="240" w:lineRule="auto"/>
            </w:pPr>
            <w:r>
              <w:rPr>
                <w:b/>
                <w:color w:val="FFFFFF"/>
                <w:sz w:val="22"/>
              </w:rPr>
              <w:t>12. CONFLICTS, CONFIDENTIALITY AND OUTSIDE ACTIVITIES</w:t>
            </w:r>
          </w:p>
        </w:tc>
      </w:tr>
    </w:tbl>
    <w:p w14:paraId="42368D06" w14:textId="77777777" w:rsidR="005A5E87" w:rsidRDefault="005A5E87">
      <w:pPr>
        <w:spacing w:after="0"/>
      </w:pPr>
    </w:p>
    <w:tbl>
      <w:tblPr>
        <w:tblStyle w:val="TableGrid"/>
        <w:tblW w:w="0" w:type="auto"/>
        <w:jc w:val="center"/>
        <w:tblLook w:val="04A0" w:firstRow="1" w:lastRow="0" w:firstColumn="1" w:lastColumn="0" w:noHBand="0" w:noVBand="1"/>
      </w:tblPr>
      <w:tblGrid>
        <w:gridCol w:w="10646"/>
      </w:tblGrid>
      <w:tr w:rsidR="005A5E87" w14:paraId="06945A23" w14:textId="77777777">
        <w:trPr>
          <w:cantSplit/>
          <w:jc w:val="center"/>
        </w:trPr>
        <w:tc>
          <w:tcPr>
            <w:tcW w:w="10656" w:type="dxa"/>
            <w:tcMar>
              <w:top w:w="70" w:type="dxa"/>
              <w:left w:w="90" w:type="dxa"/>
              <w:bottom w:w="70" w:type="dxa"/>
              <w:right w:w="90" w:type="dxa"/>
            </w:tcMar>
            <w:vAlign w:val="center"/>
          </w:tcPr>
          <w:p w14:paraId="41CCE649" w14:textId="77777777" w:rsidR="005A5E87" w:rsidRDefault="001C7255">
            <w:pPr>
              <w:spacing w:after="20"/>
            </w:pPr>
            <w:r>
              <w:rPr>
                <w:b/>
                <w:color w:val="111111"/>
                <w:sz w:val="17"/>
              </w:rPr>
              <w:t>Are you subject to any lawful agreement that may affect your ability to perform the position, such as confidentiality, intellectual-property or customer non-solicitation obligations?</w:t>
            </w:r>
          </w:p>
          <w:p w14:paraId="6CAB66D1" w14:textId="77777777" w:rsidR="005A5E87" w:rsidRDefault="001C7255">
            <w:pPr>
              <w:spacing w:after="20"/>
            </w:pPr>
            <w:r>
              <w:rPr>
                <w:color w:val="111111"/>
                <w:sz w:val="16"/>
              </w:rPr>
              <w:t>☐ No   ☐ Yes   ☐ Unsure</w:t>
            </w:r>
          </w:p>
        </w:tc>
      </w:tr>
      <w:tr w:rsidR="005A5E87" w14:paraId="0FCD3DEB" w14:textId="77777777">
        <w:trPr>
          <w:cantSplit/>
          <w:jc w:val="center"/>
        </w:trPr>
        <w:tc>
          <w:tcPr>
            <w:tcW w:w="10656" w:type="dxa"/>
            <w:tcMar>
              <w:top w:w="70" w:type="dxa"/>
              <w:left w:w="90" w:type="dxa"/>
              <w:bottom w:w="70" w:type="dxa"/>
              <w:right w:w="90" w:type="dxa"/>
            </w:tcMar>
            <w:vAlign w:val="center"/>
          </w:tcPr>
          <w:p w14:paraId="0452AE16" w14:textId="77777777" w:rsidR="005A5E87" w:rsidRDefault="001C7255">
            <w:pPr>
              <w:spacing w:after="20"/>
            </w:pPr>
            <w:r>
              <w:rPr>
                <w:b/>
                <w:color w:val="111111"/>
                <w:sz w:val="17"/>
              </w:rPr>
              <w:t>Do you have outside employment, ownership interests or business activities that could create a scheduling, customer, vendor or competitive conflict?</w:t>
            </w:r>
          </w:p>
          <w:p w14:paraId="72ED2C66" w14:textId="77777777" w:rsidR="005A5E87" w:rsidRDefault="001C7255">
            <w:pPr>
              <w:spacing w:after="20"/>
            </w:pPr>
            <w:r>
              <w:rPr>
                <w:color w:val="111111"/>
                <w:sz w:val="16"/>
              </w:rPr>
              <w:t>☐ No   ☐ Yes   ☐ Unsure</w:t>
            </w:r>
          </w:p>
        </w:tc>
      </w:tr>
      <w:tr w:rsidR="005A5E87" w14:paraId="5BC0DBE8" w14:textId="77777777">
        <w:trPr>
          <w:cantSplit/>
          <w:jc w:val="center"/>
        </w:trPr>
        <w:tc>
          <w:tcPr>
            <w:tcW w:w="10656" w:type="dxa"/>
            <w:tcMar>
              <w:top w:w="70" w:type="dxa"/>
              <w:left w:w="90" w:type="dxa"/>
              <w:bottom w:w="70" w:type="dxa"/>
              <w:right w:w="90" w:type="dxa"/>
            </w:tcMar>
            <w:vAlign w:val="center"/>
          </w:tcPr>
          <w:p w14:paraId="4FCD1366" w14:textId="77777777" w:rsidR="005A5E87" w:rsidRDefault="001C7255">
            <w:pPr>
              <w:spacing w:after="20"/>
            </w:pPr>
            <w:r>
              <w:rPr>
                <w:b/>
                <w:color w:val="111111"/>
                <w:sz w:val="17"/>
              </w:rPr>
              <w:lastRenderedPageBreak/>
              <w:t>If hired, are you willing to comply with lawful confidentiality, intellectual-property, conflict-of-interest, information-security and customer-property policies?</w:t>
            </w:r>
          </w:p>
          <w:p w14:paraId="096DFE49" w14:textId="77777777" w:rsidR="005A5E87" w:rsidRDefault="001C7255">
            <w:pPr>
              <w:spacing w:after="20"/>
            </w:pPr>
            <w:r>
              <w:rPr>
                <w:color w:val="111111"/>
                <w:sz w:val="16"/>
              </w:rPr>
              <w:t>☐ Yes   ☐ No   ☐ Would like to review the policies first</w:t>
            </w:r>
          </w:p>
        </w:tc>
      </w:tr>
      <w:tr w:rsidR="005A5E87" w14:paraId="703AC782" w14:textId="77777777">
        <w:trPr>
          <w:cantSplit/>
          <w:jc w:val="center"/>
        </w:trPr>
        <w:tc>
          <w:tcPr>
            <w:tcW w:w="10656" w:type="dxa"/>
            <w:tcMar>
              <w:top w:w="70" w:type="dxa"/>
              <w:left w:w="90" w:type="dxa"/>
              <w:bottom w:w="70" w:type="dxa"/>
              <w:right w:w="90" w:type="dxa"/>
            </w:tcMar>
            <w:vAlign w:val="center"/>
          </w:tcPr>
          <w:p w14:paraId="10C145A0" w14:textId="77777777" w:rsidR="005A5E87" w:rsidRDefault="001C7255">
            <w:pPr>
              <w:spacing w:after="40"/>
            </w:pPr>
            <w:r>
              <w:rPr>
                <w:b/>
                <w:color w:val="111111"/>
                <w:sz w:val="17"/>
              </w:rPr>
              <w:t>If you answered Yes or Unsure, describe only the general nature of the potential issue. Do not upload confidential agreements unless requested:</w:t>
            </w:r>
          </w:p>
          <w:p w14:paraId="6198C5A4" w14:textId="77777777" w:rsidR="005A5E87" w:rsidRDefault="001C7255">
            <w:r>
              <w:rPr>
                <w:color w:val="777777"/>
                <w:sz w:val="16"/>
              </w:rPr>
              <w:t>____________________________________________________________________________________________</w:t>
            </w:r>
          </w:p>
          <w:p w14:paraId="3CE31F76"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4206F543" w14:textId="77777777">
        <w:trPr>
          <w:cantSplit/>
          <w:jc w:val="center"/>
        </w:trPr>
        <w:tc>
          <w:tcPr>
            <w:tcW w:w="10656" w:type="dxa"/>
            <w:shd w:val="clear" w:color="auto" w:fill="17191C"/>
            <w:tcMar>
              <w:top w:w="80" w:type="dxa"/>
              <w:left w:w="120" w:type="dxa"/>
              <w:bottom w:w="80" w:type="dxa"/>
              <w:right w:w="120" w:type="dxa"/>
            </w:tcMar>
          </w:tcPr>
          <w:p w14:paraId="1A04B7AC" w14:textId="77777777" w:rsidR="005A5E87" w:rsidRDefault="001C7255">
            <w:pPr>
              <w:spacing w:after="0" w:line="240" w:lineRule="auto"/>
            </w:pPr>
            <w:r>
              <w:rPr>
                <w:b/>
                <w:color w:val="FFFFFF"/>
                <w:sz w:val="22"/>
              </w:rPr>
              <w:t>13. POSITION-SPECIFIC SUPPLEMENTAL QUESTIONS</w:t>
            </w:r>
          </w:p>
        </w:tc>
      </w:tr>
    </w:tbl>
    <w:p w14:paraId="1FFBD286" w14:textId="77777777" w:rsidR="005A5E87" w:rsidRDefault="005A5E87">
      <w:pPr>
        <w:spacing w:after="0"/>
      </w:pPr>
    </w:p>
    <w:p w14:paraId="1AC82796" w14:textId="77777777" w:rsidR="005A5E87" w:rsidRDefault="001C7255">
      <w:pPr>
        <w:spacing w:after="60" w:line="240" w:lineRule="auto"/>
      </w:pPr>
      <w:r>
        <w:rPr>
          <w:color w:val="444A50"/>
          <w:sz w:val="16"/>
        </w:rPr>
        <w:t>Complete only the subsection(s) that apply to the position for which you are applying.</w:t>
      </w:r>
    </w:p>
    <w:tbl>
      <w:tblPr>
        <w:tblW w:w="0" w:type="auto"/>
        <w:jc w:val="center"/>
        <w:tblLook w:val="04A0" w:firstRow="1" w:lastRow="0" w:firstColumn="1" w:lastColumn="0" w:noHBand="0" w:noVBand="1"/>
      </w:tblPr>
      <w:tblGrid>
        <w:gridCol w:w="10656"/>
      </w:tblGrid>
      <w:tr w:rsidR="005A5E87" w14:paraId="18D4A303" w14:textId="77777777">
        <w:trPr>
          <w:cantSplit/>
          <w:jc w:val="center"/>
        </w:trPr>
        <w:tc>
          <w:tcPr>
            <w:tcW w:w="10656" w:type="dxa"/>
            <w:shd w:val="clear" w:color="auto" w:fill="D9DDE1"/>
            <w:tcMar>
              <w:top w:w="60" w:type="dxa"/>
              <w:left w:w="100" w:type="dxa"/>
              <w:bottom w:w="60" w:type="dxa"/>
              <w:right w:w="100" w:type="dxa"/>
            </w:tcMar>
          </w:tcPr>
          <w:p w14:paraId="0BA37538" w14:textId="77777777" w:rsidR="005A5E87" w:rsidRDefault="001C7255">
            <w:pPr>
              <w:spacing w:after="0" w:line="240" w:lineRule="auto"/>
            </w:pPr>
            <w:r>
              <w:rPr>
                <w:b/>
                <w:color w:val="17191C"/>
                <w:sz w:val="19"/>
              </w:rPr>
              <w:t>Fabrication Applicants</w:t>
            </w:r>
          </w:p>
        </w:tc>
      </w:tr>
    </w:tbl>
    <w:tbl>
      <w:tblPr>
        <w:tblStyle w:val="TableGrid"/>
        <w:tblW w:w="0" w:type="auto"/>
        <w:jc w:val="center"/>
        <w:tblLook w:val="04A0" w:firstRow="1" w:lastRow="0" w:firstColumn="1" w:lastColumn="0" w:noHBand="0" w:noVBand="1"/>
      </w:tblPr>
      <w:tblGrid>
        <w:gridCol w:w="10646"/>
      </w:tblGrid>
      <w:tr w:rsidR="005A5E87" w14:paraId="2813FA54" w14:textId="77777777">
        <w:trPr>
          <w:cantSplit/>
          <w:jc w:val="center"/>
        </w:trPr>
        <w:tc>
          <w:tcPr>
            <w:tcW w:w="10656" w:type="dxa"/>
            <w:tcMar>
              <w:top w:w="70" w:type="dxa"/>
              <w:left w:w="90" w:type="dxa"/>
              <w:bottom w:w="70" w:type="dxa"/>
              <w:right w:w="90" w:type="dxa"/>
            </w:tcMar>
            <w:vAlign w:val="center"/>
          </w:tcPr>
          <w:p w14:paraId="307E7060" w14:textId="77777777" w:rsidR="005A5E87" w:rsidRDefault="001C7255">
            <w:pPr>
              <w:spacing w:after="40"/>
            </w:pPr>
            <w:r>
              <w:rPr>
                <w:b/>
                <w:color w:val="111111"/>
                <w:sz w:val="17"/>
              </w:rPr>
              <w:t>Describe the metals, thicknesses, welding processes and filler materials you regularly use.</w:t>
            </w:r>
          </w:p>
          <w:p w14:paraId="7DA9D4E2" w14:textId="77777777" w:rsidR="005A5E87" w:rsidRDefault="001C7255">
            <w:r>
              <w:rPr>
                <w:color w:val="777777"/>
                <w:sz w:val="16"/>
              </w:rPr>
              <w:t>____________________________________________________________________________________________</w:t>
            </w:r>
          </w:p>
          <w:p w14:paraId="7758E346" w14:textId="77777777" w:rsidR="005A5E87" w:rsidRDefault="001C7255">
            <w:r>
              <w:rPr>
                <w:color w:val="777777"/>
                <w:sz w:val="16"/>
              </w:rPr>
              <w:t>____________________________________________________________________________________________</w:t>
            </w:r>
          </w:p>
        </w:tc>
      </w:tr>
      <w:tr w:rsidR="005A5E87" w14:paraId="70587546" w14:textId="77777777">
        <w:trPr>
          <w:cantSplit/>
          <w:jc w:val="center"/>
        </w:trPr>
        <w:tc>
          <w:tcPr>
            <w:tcW w:w="10656" w:type="dxa"/>
            <w:tcMar>
              <w:top w:w="70" w:type="dxa"/>
              <w:left w:w="90" w:type="dxa"/>
              <w:bottom w:w="70" w:type="dxa"/>
              <w:right w:w="90" w:type="dxa"/>
            </w:tcMar>
            <w:vAlign w:val="center"/>
          </w:tcPr>
          <w:p w14:paraId="217732C6" w14:textId="77777777" w:rsidR="005A5E87" w:rsidRDefault="001C7255">
            <w:pPr>
              <w:spacing w:after="40"/>
            </w:pPr>
            <w:r>
              <w:rPr>
                <w:b/>
                <w:color w:val="111111"/>
                <w:sz w:val="17"/>
              </w:rPr>
              <w:t>Describe a difficult panel, chassis component, exhaust system or fixture you personally fabricated.</w:t>
            </w:r>
          </w:p>
          <w:p w14:paraId="74E389A1" w14:textId="77777777" w:rsidR="005A5E87" w:rsidRDefault="001C7255">
            <w:r>
              <w:rPr>
                <w:color w:val="777777"/>
                <w:sz w:val="16"/>
              </w:rPr>
              <w:t>____________________________________________________________________________________________</w:t>
            </w:r>
          </w:p>
          <w:p w14:paraId="5823CC10" w14:textId="77777777" w:rsidR="005A5E87" w:rsidRDefault="001C7255">
            <w:r>
              <w:rPr>
                <w:color w:val="777777"/>
                <w:sz w:val="16"/>
              </w:rPr>
              <w:t>____________________________________________________________________________________________</w:t>
            </w:r>
          </w:p>
        </w:tc>
      </w:tr>
      <w:tr w:rsidR="005A5E87" w14:paraId="30970B3C" w14:textId="77777777">
        <w:trPr>
          <w:cantSplit/>
          <w:jc w:val="center"/>
        </w:trPr>
        <w:tc>
          <w:tcPr>
            <w:tcW w:w="10656" w:type="dxa"/>
            <w:tcMar>
              <w:top w:w="70" w:type="dxa"/>
              <w:left w:w="90" w:type="dxa"/>
              <w:bottom w:w="70" w:type="dxa"/>
              <w:right w:w="90" w:type="dxa"/>
            </w:tcMar>
            <w:vAlign w:val="center"/>
          </w:tcPr>
          <w:p w14:paraId="0C97FB1D" w14:textId="77777777" w:rsidR="005A5E87" w:rsidRDefault="001C7255">
            <w:pPr>
              <w:spacing w:after="40"/>
            </w:pPr>
            <w:r>
              <w:rPr>
                <w:b/>
                <w:color w:val="111111"/>
                <w:sz w:val="17"/>
              </w:rPr>
              <w:t>Can you read fabrication drawings and create patterns, jigs or fixtures? Provide an example.</w:t>
            </w:r>
          </w:p>
          <w:p w14:paraId="3D89449A" w14:textId="77777777" w:rsidR="005A5E87" w:rsidRDefault="001C7255">
            <w:r>
              <w:rPr>
                <w:color w:val="777777"/>
                <w:sz w:val="16"/>
              </w:rPr>
              <w:t>____________________________________________________________________________________________</w:t>
            </w:r>
          </w:p>
          <w:p w14:paraId="5619A335" w14:textId="77777777" w:rsidR="005A5E87" w:rsidRDefault="001C7255">
            <w:r>
              <w:rPr>
                <w:color w:val="777777"/>
                <w:sz w:val="16"/>
              </w:rPr>
              <w:t>____________________________________________________________________________________________</w:t>
            </w:r>
          </w:p>
        </w:tc>
      </w:tr>
      <w:tr w:rsidR="005A5E87" w14:paraId="451B4F4F" w14:textId="77777777">
        <w:trPr>
          <w:cantSplit/>
          <w:jc w:val="center"/>
        </w:trPr>
        <w:tc>
          <w:tcPr>
            <w:tcW w:w="10656" w:type="dxa"/>
            <w:tcMar>
              <w:top w:w="70" w:type="dxa"/>
              <w:left w:w="90" w:type="dxa"/>
              <w:bottom w:w="70" w:type="dxa"/>
              <w:right w:w="90" w:type="dxa"/>
            </w:tcMar>
            <w:vAlign w:val="center"/>
          </w:tcPr>
          <w:p w14:paraId="2D96D49D" w14:textId="77777777" w:rsidR="005A5E87" w:rsidRDefault="001C7255">
            <w:pPr>
              <w:spacing w:after="40"/>
            </w:pPr>
            <w:r>
              <w:rPr>
                <w:b/>
                <w:color w:val="111111"/>
                <w:sz w:val="17"/>
              </w:rPr>
              <w:t>Attach or upload photographs of welds before grinding or finishing, if available.</w:t>
            </w:r>
          </w:p>
          <w:p w14:paraId="0E676062" w14:textId="77777777" w:rsidR="005A5E87" w:rsidRDefault="001C7255">
            <w:r>
              <w:rPr>
                <w:color w:val="777777"/>
                <w:sz w:val="16"/>
              </w:rPr>
              <w:t>____________________________________________________________________________________________</w:t>
            </w:r>
          </w:p>
          <w:p w14:paraId="2EE93ECF"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7AA14F6E" w14:textId="77777777">
        <w:trPr>
          <w:cantSplit/>
          <w:jc w:val="center"/>
        </w:trPr>
        <w:tc>
          <w:tcPr>
            <w:tcW w:w="10656" w:type="dxa"/>
            <w:shd w:val="clear" w:color="auto" w:fill="D9DDE1"/>
            <w:tcMar>
              <w:top w:w="60" w:type="dxa"/>
              <w:left w:w="100" w:type="dxa"/>
              <w:bottom w:w="60" w:type="dxa"/>
              <w:right w:w="100" w:type="dxa"/>
            </w:tcMar>
          </w:tcPr>
          <w:p w14:paraId="43BE67CF" w14:textId="77777777" w:rsidR="005A5E87" w:rsidRDefault="001C7255">
            <w:pPr>
              <w:spacing w:after="0" w:line="240" w:lineRule="auto"/>
            </w:pPr>
            <w:r>
              <w:rPr>
                <w:b/>
                <w:color w:val="17191C"/>
                <w:sz w:val="19"/>
              </w:rPr>
              <w:t>Body and Fit-and-Finish Applicants</w:t>
            </w:r>
          </w:p>
        </w:tc>
      </w:tr>
    </w:tbl>
    <w:tbl>
      <w:tblPr>
        <w:tblStyle w:val="TableGrid"/>
        <w:tblW w:w="0" w:type="auto"/>
        <w:jc w:val="center"/>
        <w:tblLook w:val="04A0" w:firstRow="1" w:lastRow="0" w:firstColumn="1" w:lastColumn="0" w:noHBand="0" w:noVBand="1"/>
      </w:tblPr>
      <w:tblGrid>
        <w:gridCol w:w="10646"/>
      </w:tblGrid>
      <w:tr w:rsidR="005A5E87" w14:paraId="12D52D37" w14:textId="77777777">
        <w:trPr>
          <w:cantSplit/>
          <w:jc w:val="center"/>
        </w:trPr>
        <w:tc>
          <w:tcPr>
            <w:tcW w:w="10656" w:type="dxa"/>
            <w:tcMar>
              <w:top w:w="70" w:type="dxa"/>
              <w:left w:w="90" w:type="dxa"/>
              <w:bottom w:w="70" w:type="dxa"/>
              <w:right w:w="90" w:type="dxa"/>
            </w:tcMar>
            <w:vAlign w:val="center"/>
          </w:tcPr>
          <w:p w14:paraId="197129FF" w14:textId="77777777" w:rsidR="005A5E87" w:rsidRDefault="001C7255">
            <w:pPr>
              <w:spacing w:after="40"/>
            </w:pPr>
            <w:r>
              <w:rPr>
                <w:b/>
                <w:color w:val="111111"/>
                <w:sz w:val="17"/>
              </w:rPr>
              <w:t>Describe your approach to establishing consistent door, hood, fender and deck-lid gaps.</w:t>
            </w:r>
          </w:p>
          <w:p w14:paraId="2564D901" w14:textId="77777777" w:rsidR="005A5E87" w:rsidRDefault="001C7255">
            <w:r>
              <w:rPr>
                <w:color w:val="777777"/>
                <w:sz w:val="16"/>
              </w:rPr>
              <w:t>____________________________________________________________________________________________</w:t>
            </w:r>
          </w:p>
          <w:p w14:paraId="28E5CC23" w14:textId="77777777" w:rsidR="005A5E87" w:rsidRDefault="001C7255">
            <w:r>
              <w:rPr>
                <w:color w:val="777777"/>
                <w:sz w:val="16"/>
              </w:rPr>
              <w:t>____________________________________________________________________________________________</w:t>
            </w:r>
          </w:p>
        </w:tc>
      </w:tr>
      <w:tr w:rsidR="005A5E87" w14:paraId="67B6E677" w14:textId="77777777">
        <w:trPr>
          <w:cantSplit/>
          <w:jc w:val="center"/>
        </w:trPr>
        <w:tc>
          <w:tcPr>
            <w:tcW w:w="10656" w:type="dxa"/>
            <w:tcMar>
              <w:top w:w="70" w:type="dxa"/>
              <w:left w:w="90" w:type="dxa"/>
              <w:bottom w:w="70" w:type="dxa"/>
              <w:right w:w="90" w:type="dxa"/>
            </w:tcMar>
            <w:vAlign w:val="center"/>
          </w:tcPr>
          <w:p w14:paraId="173449EF" w14:textId="77777777" w:rsidR="005A5E87" w:rsidRDefault="001C7255">
            <w:pPr>
              <w:spacing w:after="40"/>
            </w:pPr>
            <w:r>
              <w:rPr>
                <w:b/>
                <w:color w:val="111111"/>
                <w:sz w:val="17"/>
              </w:rPr>
              <w:t>Which guide-coat, block-sanding and surface-straightness methods do you use?</w:t>
            </w:r>
          </w:p>
          <w:p w14:paraId="4C051D15" w14:textId="77777777" w:rsidR="005A5E87" w:rsidRDefault="001C7255">
            <w:r>
              <w:rPr>
                <w:color w:val="777777"/>
                <w:sz w:val="16"/>
              </w:rPr>
              <w:t>____________________________________________________________________________________________</w:t>
            </w:r>
          </w:p>
          <w:p w14:paraId="7B397E80" w14:textId="77777777" w:rsidR="005A5E87" w:rsidRDefault="001C7255">
            <w:r>
              <w:rPr>
                <w:color w:val="777777"/>
                <w:sz w:val="16"/>
              </w:rPr>
              <w:t>____________________________________________________________________________________________</w:t>
            </w:r>
          </w:p>
        </w:tc>
      </w:tr>
      <w:tr w:rsidR="005A5E87" w14:paraId="5192F9BE" w14:textId="77777777">
        <w:trPr>
          <w:cantSplit/>
          <w:jc w:val="center"/>
        </w:trPr>
        <w:tc>
          <w:tcPr>
            <w:tcW w:w="10656" w:type="dxa"/>
            <w:tcMar>
              <w:top w:w="70" w:type="dxa"/>
              <w:left w:w="90" w:type="dxa"/>
              <w:bottom w:w="70" w:type="dxa"/>
              <w:right w:w="90" w:type="dxa"/>
            </w:tcMar>
            <w:vAlign w:val="center"/>
          </w:tcPr>
          <w:p w14:paraId="6EB447B5" w14:textId="77777777" w:rsidR="005A5E87" w:rsidRDefault="001C7255">
            <w:pPr>
              <w:spacing w:after="40"/>
            </w:pPr>
            <w:r>
              <w:rPr>
                <w:b/>
                <w:color w:val="111111"/>
                <w:sz w:val="17"/>
              </w:rPr>
              <w:t>Describe your experience with metal finishing versus filler-dependent repair.</w:t>
            </w:r>
          </w:p>
          <w:p w14:paraId="152FDAD9" w14:textId="77777777" w:rsidR="005A5E87" w:rsidRDefault="001C7255">
            <w:r>
              <w:rPr>
                <w:color w:val="777777"/>
                <w:sz w:val="16"/>
              </w:rPr>
              <w:t>____________________________________________________________________________________________</w:t>
            </w:r>
          </w:p>
          <w:p w14:paraId="67EB867B" w14:textId="77777777" w:rsidR="005A5E87" w:rsidRDefault="001C7255">
            <w:r>
              <w:rPr>
                <w:color w:val="777777"/>
                <w:sz w:val="16"/>
              </w:rPr>
              <w:t>____________________________________________________________________________________________</w:t>
            </w:r>
          </w:p>
        </w:tc>
      </w:tr>
      <w:tr w:rsidR="005A5E87" w14:paraId="1B43A90A" w14:textId="77777777">
        <w:trPr>
          <w:cantSplit/>
          <w:jc w:val="center"/>
        </w:trPr>
        <w:tc>
          <w:tcPr>
            <w:tcW w:w="10656" w:type="dxa"/>
            <w:tcMar>
              <w:top w:w="70" w:type="dxa"/>
              <w:left w:w="90" w:type="dxa"/>
              <w:bottom w:w="70" w:type="dxa"/>
              <w:right w:w="90" w:type="dxa"/>
            </w:tcMar>
            <w:vAlign w:val="center"/>
          </w:tcPr>
          <w:p w14:paraId="0E83DECB" w14:textId="77777777" w:rsidR="005A5E87" w:rsidRDefault="001C7255">
            <w:pPr>
              <w:spacing w:after="40"/>
            </w:pPr>
            <w:r>
              <w:rPr>
                <w:b/>
                <w:color w:val="111111"/>
                <w:sz w:val="17"/>
              </w:rPr>
              <w:t>Attach or upload before, during and completed project photographs, if available.</w:t>
            </w:r>
          </w:p>
          <w:p w14:paraId="7406D361" w14:textId="77777777" w:rsidR="005A5E87" w:rsidRDefault="001C7255">
            <w:r>
              <w:rPr>
                <w:color w:val="777777"/>
                <w:sz w:val="16"/>
              </w:rPr>
              <w:t>____________________________________________________________________________________________</w:t>
            </w:r>
          </w:p>
          <w:p w14:paraId="44E834F0"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01DAABDE" w14:textId="77777777">
        <w:trPr>
          <w:cantSplit/>
          <w:jc w:val="center"/>
        </w:trPr>
        <w:tc>
          <w:tcPr>
            <w:tcW w:w="10656" w:type="dxa"/>
            <w:shd w:val="clear" w:color="auto" w:fill="D9DDE1"/>
            <w:tcMar>
              <w:top w:w="60" w:type="dxa"/>
              <w:left w:w="100" w:type="dxa"/>
              <w:bottom w:w="60" w:type="dxa"/>
              <w:right w:w="100" w:type="dxa"/>
            </w:tcMar>
          </w:tcPr>
          <w:p w14:paraId="0DB8B3E9" w14:textId="77777777" w:rsidR="005A5E87" w:rsidRDefault="001C7255">
            <w:pPr>
              <w:spacing w:after="0" w:line="240" w:lineRule="auto"/>
            </w:pPr>
            <w:r>
              <w:rPr>
                <w:b/>
                <w:color w:val="17191C"/>
                <w:sz w:val="19"/>
              </w:rPr>
              <w:t>Paint Applicants</w:t>
            </w:r>
          </w:p>
        </w:tc>
      </w:tr>
    </w:tbl>
    <w:tbl>
      <w:tblPr>
        <w:tblStyle w:val="TableGrid"/>
        <w:tblW w:w="0" w:type="auto"/>
        <w:jc w:val="center"/>
        <w:tblLook w:val="04A0" w:firstRow="1" w:lastRow="0" w:firstColumn="1" w:lastColumn="0" w:noHBand="0" w:noVBand="1"/>
      </w:tblPr>
      <w:tblGrid>
        <w:gridCol w:w="10646"/>
      </w:tblGrid>
      <w:tr w:rsidR="005A5E87" w14:paraId="0FA2C584" w14:textId="77777777">
        <w:trPr>
          <w:cantSplit/>
          <w:jc w:val="center"/>
        </w:trPr>
        <w:tc>
          <w:tcPr>
            <w:tcW w:w="10656" w:type="dxa"/>
            <w:tcMar>
              <w:top w:w="70" w:type="dxa"/>
              <w:left w:w="90" w:type="dxa"/>
              <w:bottom w:w="70" w:type="dxa"/>
              <w:right w:w="90" w:type="dxa"/>
            </w:tcMar>
            <w:vAlign w:val="center"/>
          </w:tcPr>
          <w:p w14:paraId="3D001C4B" w14:textId="77777777" w:rsidR="005A5E87" w:rsidRDefault="001C7255">
            <w:pPr>
              <w:spacing w:after="40"/>
            </w:pPr>
            <w:r>
              <w:rPr>
                <w:b/>
                <w:color w:val="111111"/>
                <w:sz w:val="17"/>
              </w:rPr>
              <w:t>Which paint systems, manufacturers, spray guns and tip sizes have you used?</w:t>
            </w:r>
          </w:p>
          <w:p w14:paraId="484A4F60" w14:textId="77777777" w:rsidR="005A5E87" w:rsidRDefault="001C7255">
            <w:r>
              <w:rPr>
                <w:color w:val="777777"/>
                <w:sz w:val="16"/>
              </w:rPr>
              <w:t>____________________________________________________________________________________________</w:t>
            </w:r>
          </w:p>
          <w:p w14:paraId="65D3F675" w14:textId="77777777" w:rsidR="005A5E87" w:rsidRDefault="001C7255">
            <w:r>
              <w:rPr>
                <w:color w:val="777777"/>
                <w:sz w:val="16"/>
              </w:rPr>
              <w:t>____________________________________________________________________________________________</w:t>
            </w:r>
          </w:p>
        </w:tc>
      </w:tr>
      <w:tr w:rsidR="005A5E87" w14:paraId="1FF68ABF" w14:textId="77777777">
        <w:trPr>
          <w:cantSplit/>
          <w:jc w:val="center"/>
        </w:trPr>
        <w:tc>
          <w:tcPr>
            <w:tcW w:w="10656" w:type="dxa"/>
            <w:tcMar>
              <w:top w:w="70" w:type="dxa"/>
              <w:left w:w="90" w:type="dxa"/>
              <w:bottom w:w="70" w:type="dxa"/>
              <w:right w:w="90" w:type="dxa"/>
            </w:tcMar>
            <w:vAlign w:val="center"/>
          </w:tcPr>
          <w:p w14:paraId="728018B7" w14:textId="77777777" w:rsidR="005A5E87" w:rsidRDefault="001C7255">
            <w:pPr>
              <w:spacing w:after="40"/>
            </w:pPr>
            <w:r>
              <w:rPr>
                <w:b/>
                <w:color w:val="111111"/>
                <w:sz w:val="17"/>
              </w:rPr>
              <w:t>Describe booth setup, contamination-control and air-supplied respiratory practices.</w:t>
            </w:r>
          </w:p>
          <w:p w14:paraId="3741146D" w14:textId="77777777" w:rsidR="005A5E87" w:rsidRDefault="001C7255">
            <w:r>
              <w:rPr>
                <w:color w:val="777777"/>
                <w:sz w:val="16"/>
              </w:rPr>
              <w:t>____________________________________________________________________________________________</w:t>
            </w:r>
          </w:p>
          <w:p w14:paraId="56B95B75" w14:textId="77777777" w:rsidR="005A5E87" w:rsidRDefault="001C7255">
            <w:r>
              <w:rPr>
                <w:color w:val="777777"/>
                <w:sz w:val="16"/>
              </w:rPr>
              <w:t>____________________________________________________________________________________________</w:t>
            </w:r>
          </w:p>
        </w:tc>
      </w:tr>
      <w:tr w:rsidR="005A5E87" w14:paraId="3E1E71A2" w14:textId="77777777">
        <w:trPr>
          <w:cantSplit/>
          <w:jc w:val="center"/>
        </w:trPr>
        <w:tc>
          <w:tcPr>
            <w:tcW w:w="10656" w:type="dxa"/>
            <w:tcMar>
              <w:top w:w="70" w:type="dxa"/>
              <w:left w:w="90" w:type="dxa"/>
              <w:bottom w:w="70" w:type="dxa"/>
              <w:right w:w="90" w:type="dxa"/>
            </w:tcMar>
            <w:vAlign w:val="center"/>
          </w:tcPr>
          <w:p w14:paraId="503582CC" w14:textId="77777777" w:rsidR="005A5E87" w:rsidRDefault="001C7255">
            <w:pPr>
              <w:spacing w:after="40"/>
            </w:pPr>
            <w:r>
              <w:rPr>
                <w:b/>
                <w:color w:val="111111"/>
                <w:sz w:val="17"/>
              </w:rPr>
              <w:t>Describe experience spraying metallics, pearls, candies, single stage, basecoat and clearcoat.</w:t>
            </w:r>
          </w:p>
          <w:p w14:paraId="2FE7BBE7" w14:textId="77777777" w:rsidR="005A5E87" w:rsidRDefault="001C7255">
            <w:r>
              <w:rPr>
                <w:color w:val="777777"/>
                <w:sz w:val="16"/>
              </w:rPr>
              <w:t>____________________________________________________________________________________________</w:t>
            </w:r>
          </w:p>
          <w:p w14:paraId="6820670E" w14:textId="77777777" w:rsidR="005A5E87" w:rsidRDefault="001C7255">
            <w:r>
              <w:rPr>
                <w:color w:val="777777"/>
                <w:sz w:val="16"/>
              </w:rPr>
              <w:t>____________________________________________________________________________________________</w:t>
            </w:r>
          </w:p>
        </w:tc>
      </w:tr>
      <w:tr w:rsidR="005A5E87" w14:paraId="4A469A3B" w14:textId="77777777">
        <w:trPr>
          <w:cantSplit/>
          <w:jc w:val="center"/>
        </w:trPr>
        <w:tc>
          <w:tcPr>
            <w:tcW w:w="10656" w:type="dxa"/>
            <w:tcMar>
              <w:top w:w="70" w:type="dxa"/>
              <w:left w:w="90" w:type="dxa"/>
              <w:bottom w:w="70" w:type="dxa"/>
              <w:right w:w="90" w:type="dxa"/>
            </w:tcMar>
            <w:vAlign w:val="center"/>
          </w:tcPr>
          <w:p w14:paraId="30FA1CC2" w14:textId="77777777" w:rsidR="005A5E87" w:rsidRDefault="001C7255">
            <w:pPr>
              <w:spacing w:after="40"/>
            </w:pPr>
            <w:r>
              <w:rPr>
                <w:b/>
                <w:color w:val="111111"/>
                <w:sz w:val="17"/>
              </w:rPr>
              <w:t>Explain how you diagnose and correct runs, solvent pop, dry spray, mottling or other defects.</w:t>
            </w:r>
          </w:p>
          <w:p w14:paraId="062E0E34" w14:textId="77777777" w:rsidR="005A5E87" w:rsidRDefault="001C7255">
            <w:r>
              <w:rPr>
                <w:color w:val="777777"/>
                <w:sz w:val="16"/>
              </w:rPr>
              <w:t>____________________________________________________________________________________________</w:t>
            </w:r>
          </w:p>
          <w:p w14:paraId="2FE39E8F"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038D2D04" w14:textId="77777777">
        <w:trPr>
          <w:cantSplit/>
          <w:jc w:val="center"/>
        </w:trPr>
        <w:tc>
          <w:tcPr>
            <w:tcW w:w="10656" w:type="dxa"/>
            <w:shd w:val="clear" w:color="auto" w:fill="D9DDE1"/>
            <w:tcMar>
              <w:top w:w="60" w:type="dxa"/>
              <w:left w:w="100" w:type="dxa"/>
              <w:bottom w:w="60" w:type="dxa"/>
              <w:right w:w="100" w:type="dxa"/>
            </w:tcMar>
          </w:tcPr>
          <w:p w14:paraId="1197B1D0" w14:textId="77777777" w:rsidR="005A5E87" w:rsidRDefault="001C7255">
            <w:pPr>
              <w:spacing w:after="0" w:line="240" w:lineRule="auto"/>
            </w:pPr>
            <w:r>
              <w:rPr>
                <w:b/>
                <w:color w:val="17191C"/>
                <w:sz w:val="19"/>
              </w:rPr>
              <w:t>Mechanical / Build Applicants</w:t>
            </w:r>
          </w:p>
        </w:tc>
      </w:tr>
    </w:tbl>
    <w:tbl>
      <w:tblPr>
        <w:tblStyle w:val="TableGrid"/>
        <w:tblW w:w="0" w:type="auto"/>
        <w:jc w:val="center"/>
        <w:tblLook w:val="04A0" w:firstRow="1" w:lastRow="0" w:firstColumn="1" w:lastColumn="0" w:noHBand="0" w:noVBand="1"/>
      </w:tblPr>
      <w:tblGrid>
        <w:gridCol w:w="10646"/>
      </w:tblGrid>
      <w:tr w:rsidR="005A5E87" w14:paraId="1FB838AA" w14:textId="77777777">
        <w:trPr>
          <w:cantSplit/>
          <w:jc w:val="center"/>
        </w:trPr>
        <w:tc>
          <w:tcPr>
            <w:tcW w:w="10656" w:type="dxa"/>
            <w:tcMar>
              <w:top w:w="70" w:type="dxa"/>
              <w:left w:w="90" w:type="dxa"/>
              <w:bottom w:w="70" w:type="dxa"/>
              <w:right w:w="90" w:type="dxa"/>
            </w:tcMar>
            <w:vAlign w:val="center"/>
          </w:tcPr>
          <w:p w14:paraId="5A04AB9F" w14:textId="77777777" w:rsidR="005A5E87" w:rsidRDefault="001C7255">
            <w:pPr>
              <w:spacing w:after="40"/>
            </w:pPr>
            <w:r>
              <w:rPr>
                <w:b/>
                <w:color w:val="111111"/>
                <w:sz w:val="17"/>
              </w:rPr>
              <w:t>Describe your diagnostic process before replacing parts.</w:t>
            </w:r>
          </w:p>
          <w:p w14:paraId="0038E34F" w14:textId="77777777" w:rsidR="005A5E87" w:rsidRDefault="001C7255">
            <w:r>
              <w:rPr>
                <w:color w:val="777777"/>
                <w:sz w:val="16"/>
              </w:rPr>
              <w:t>____________________________________________________________________________________________</w:t>
            </w:r>
          </w:p>
          <w:p w14:paraId="2174FA6F" w14:textId="77777777" w:rsidR="005A5E87" w:rsidRDefault="001C7255">
            <w:r>
              <w:rPr>
                <w:color w:val="777777"/>
                <w:sz w:val="16"/>
              </w:rPr>
              <w:t>____________________________________________________________________________________________</w:t>
            </w:r>
          </w:p>
        </w:tc>
      </w:tr>
      <w:tr w:rsidR="005A5E87" w14:paraId="026F78C3" w14:textId="77777777">
        <w:trPr>
          <w:cantSplit/>
          <w:jc w:val="center"/>
        </w:trPr>
        <w:tc>
          <w:tcPr>
            <w:tcW w:w="10656" w:type="dxa"/>
            <w:tcMar>
              <w:top w:w="70" w:type="dxa"/>
              <w:left w:w="90" w:type="dxa"/>
              <w:bottom w:w="70" w:type="dxa"/>
              <w:right w:w="90" w:type="dxa"/>
            </w:tcMar>
            <w:vAlign w:val="center"/>
          </w:tcPr>
          <w:p w14:paraId="7962866E" w14:textId="77777777" w:rsidR="005A5E87" w:rsidRDefault="001C7255">
            <w:pPr>
              <w:spacing w:after="40"/>
            </w:pPr>
            <w:r>
              <w:rPr>
                <w:b/>
                <w:color w:val="111111"/>
                <w:sz w:val="17"/>
              </w:rPr>
              <w:lastRenderedPageBreak/>
              <w:t>List engines, transmissions, drivetrains and vehicle systems with which you have hands-on experience.</w:t>
            </w:r>
          </w:p>
          <w:p w14:paraId="53CC1E66" w14:textId="77777777" w:rsidR="005A5E87" w:rsidRDefault="001C7255">
            <w:r>
              <w:rPr>
                <w:color w:val="777777"/>
                <w:sz w:val="16"/>
              </w:rPr>
              <w:t>____________________________________________________________________________________________</w:t>
            </w:r>
          </w:p>
          <w:p w14:paraId="58B71362" w14:textId="77777777" w:rsidR="005A5E87" w:rsidRDefault="001C7255">
            <w:r>
              <w:rPr>
                <w:color w:val="777777"/>
                <w:sz w:val="16"/>
              </w:rPr>
              <w:t>____________________________________________________________________________________________</w:t>
            </w:r>
          </w:p>
        </w:tc>
      </w:tr>
      <w:tr w:rsidR="005A5E87" w14:paraId="355C1059" w14:textId="77777777">
        <w:trPr>
          <w:cantSplit/>
          <w:jc w:val="center"/>
        </w:trPr>
        <w:tc>
          <w:tcPr>
            <w:tcW w:w="10656" w:type="dxa"/>
            <w:tcMar>
              <w:top w:w="70" w:type="dxa"/>
              <w:left w:w="90" w:type="dxa"/>
              <w:bottom w:w="70" w:type="dxa"/>
              <w:right w:w="90" w:type="dxa"/>
            </w:tcMar>
            <w:vAlign w:val="center"/>
          </w:tcPr>
          <w:p w14:paraId="0978825F" w14:textId="77777777" w:rsidR="005A5E87" w:rsidRDefault="001C7255">
            <w:pPr>
              <w:spacing w:after="40"/>
            </w:pPr>
            <w:r>
              <w:rPr>
                <w:b/>
                <w:color w:val="111111"/>
                <w:sz w:val="17"/>
              </w:rPr>
              <w:t>Describe an engine, drivetrain, suspension or brake conversion you personally completed.</w:t>
            </w:r>
          </w:p>
          <w:p w14:paraId="6F2E2C76" w14:textId="77777777" w:rsidR="005A5E87" w:rsidRDefault="001C7255">
            <w:r>
              <w:rPr>
                <w:color w:val="777777"/>
                <w:sz w:val="16"/>
              </w:rPr>
              <w:t>____________________________________________________________________________________________</w:t>
            </w:r>
          </w:p>
          <w:p w14:paraId="596C934F" w14:textId="77777777" w:rsidR="005A5E87" w:rsidRDefault="001C7255">
            <w:r>
              <w:rPr>
                <w:color w:val="777777"/>
                <w:sz w:val="16"/>
              </w:rPr>
              <w:t>____________________________________________________________________________________________</w:t>
            </w:r>
          </w:p>
        </w:tc>
      </w:tr>
      <w:tr w:rsidR="005A5E87" w14:paraId="67EB48F0" w14:textId="77777777">
        <w:trPr>
          <w:cantSplit/>
          <w:jc w:val="center"/>
        </w:trPr>
        <w:tc>
          <w:tcPr>
            <w:tcW w:w="10656" w:type="dxa"/>
            <w:tcMar>
              <w:top w:w="70" w:type="dxa"/>
              <w:left w:w="90" w:type="dxa"/>
              <w:bottom w:w="70" w:type="dxa"/>
              <w:right w:w="90" w:type="dxa"/>
            </w:tcMar>
            <w:vAlign w:val="center"/>
          </w:tcPr>
          <w:p w14:paraId="27EBE739" w14:textId="77777777" w:rsidR="005A5E87" w:rsidRDefault="001C7255">
            <w:pPr>
              <w:spacing w:after="40"/>
            </w:pPr>
            <w:r>
              <w:rPr>
                <w:b/>
                <w:color w:val="111111"/>
                <w:sz w:val="17"/>
              </w:rPr>
              <w:t>Explain how you document torque specifications, fluids, testing and final inspection.</w:t>
            </w:r>
          </w:p>
          <w:p w14:paraId="201234B9" w14:textId="77777777" w:rsidR="005A5E87" w:rsidRDefault="001C7255">
            <w:r>
              <w:rPr>
                <w:color w:val="777777"/>
                <w:sz w:val="16"/>
              </w:rPr>
              <w:t>____________________________________________________________________________________________</w:t>
            </w:r>
          </w:p>
          <w:p w14:paraId="757D6DD4"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3FDE45C4" w14:textId="77777777">
        <w:trPr>
          <w:cantSplit/>
          <w:jc w:val="center"/>
        </w:trPr>
        <w:tc>
          <w:tcPr>
            <w:tcW w:w="10656" w:type="dxa"/>
            <w:shd w:val="clear" w:color="auto" w:fill="D9DDE1"/>
            <w:tcMar>
              <w:top w:w="60" w:type="dxa"/>
              <w:left w:w="100" w:type="dxa"/>
              <w:bottom w:w="60" w:type="dxa"/>
              <w:right w:w="100" w:type="dxa"/>
            </w:tcMar>
          </w:tcPr>
          <w:p w14:paraId="485A00D2" w14:textId="77777777" w:rsidR="005A5E87" w:rsidRDefault="001C7255">
            <w:pPr>
              <w:spacing w:after="0" w:line="240" w:lineRule="auto"/>
            </w:pPr>
            <w:r>
              <w:rPr>
                <w:b/>
                <w:color w:val="17191C"/>
                <w:sz w:val="19"/>
              </w:rPr>
              <w:t>Electrical Applicants</w:t>
            </w:r>
          </w:p>
        </w:tc>
      </w:tr>
    </w:tbl>
    <w:tbl>
      <w:tblPr>
        <w:tblStyle w:val="TableGrid"/>
        <w:tblW w:w="0" w:type="auto"/>
        <w:jc w:val="center"/>
        <w:tblLook w:val="04A0" w:firstRow="1" w:lastRow="0" w:firstColumn="1" w:lastColumn="0" w:noHBand="0" w:noVBand="1"/>
      </w:tblPr>
      <w:tblGrid>
        <w:gridCol w:w="10646"/>
      </w:tblGrid>
      <w:tr w:rsidR="005A5E87" w14:paraId="5ED5D2D4" w14:textId="77777777">
        <w:trPr>
          <w:cantSplit/>
          <w:jc w:val="center"/>
        </w:trPr>
        <w:tc>
          <w:tcPr>
            <w:tcW w:w="10656" w:type="dxa"/>
            <w:tcMar>
              <w:top w:w="70" w:type="dxa"/>
              <w:left w:w="90" w:type="dxa"/>
              <w:bottom w:w="70" w:type="dxa"/>
              <w:right w:w="90" w:type="dxa"/>
            </w:tcMar>
            <w:vAlign w:val="center"/>
          </w:tcPr>
          <w:p w14:paraId="4D274300" w14:textId="77777777" w:rsidR="005A5E87" w:rsidRDefault="001C7255">
            <w:pPr>
              <w:spacing w:after="40"/>
            </w:pPr>
            <w:r>
              <w:rPr>
                <w:b/>
                <w:color w:val="111111"/>
                <w:sz w:val="17"/>
              </w:rPr>
              <w:t>Describe your experience designing, building and documenting complete vehicle wiring harnesses.</w:t>
            </w:r>
          </w:p>
          <w:p w14:paraId="764225D2" w14:textId="77777777" w:rsidR="005A5E87" w:rsidRDefault="001C7255">
            <w:r>
              <w:rPr>
                <w:color w:val="777777"/>
                <w:sz w:val="16"/>
              </w:rPr>
              <w:t>____________________________________________________________________________________________</w:t>
            </w:r>
          </w:p>
          <w:p w14:paraId="62B1ECC9" w14:textId="77777777" w:rsidR="005A5E87" w:rsidRDefault="001C7255">
            <w:r>
              <w:rPr>
                <w:color w:val="777777"/>
                <w:sz w:val="16"/>
              </w:rPr>
              <w:t>____________________________________________________________________________________________</w:t>
            </w:r>
          </w:p>
        </w:tc>
      </w:tr>
      <w:tr w:rsidR="005A5E87" w14:paraId="0D61FDE9" w14:textId="77777777">
        <w:trPr>
          <w:cantSplit/>
          <w:jc w:val="center"/>
        </w:trPr>
        <w:tc>
          <w:tcPr>
            <w:tcW w:w="10656" w:type="dxa"/>
            <w:tcMar>
              <w:top w:w="70" w:type="dxa"/>
              <w:left w:w="90" w:type="dxa"/>
              <w:bottom w:w="70" w:type="dxa"/>
              <w:right w:w="90" w:type="dxa"/>
            </w:tcMar>
            <w:vAlign w:val="center"/>
          </w:tcPr>
          <w:p w14:paraId="4C05F9DD" w14:textId="77777777" w:rsidR="005A5E87" w:rsidRDefault="001C7255">
            <w:pPr>
              <w:spacing w:after="40"/>
            </w:pPr>
            <w:r>
              <w:rPr>
                <w:b/>
                <w:color w:val="111111"/>
                <w:sz w:val="17"/>
              </w:rPr>
              <w:t>Which diagnostic tools, EFI systems, CAN-bus systems and digital instruments have you used?</w:t>
            </w:r>
          </w:p>
          <w:p w14:paraId="1C4F6DE0" w14:textId="77777777" w:rsidR="005A5E87" w:rsidRDefault="001C7255">
            <w:r>
              <w:rPr>
                <w:color w:val="777777"/>
                <w:sz w:val="16"/>
              </w:rPr>
              <w:t>____________________________________________________________________________________________</w:t>
            </w:r>
          </w:p>
          <w:p w14:paraId="2E36F501" w14:textId="77777777" w:rsidR="005A5E87" w:rsidRDefault="001C7255">
            <w:r>
              <w:rPr>
                <w:color w:val="777777"/>
                <w:sz w:val="16"/>
              </w:rPr>
              <w:t>____________________________________________________________________________________________</w:t>
            </w:r>
          </w:p>
        </w:tc>
      </w:tr>
      <w:tr w:rsidR="005A5E87" w14:paraId="78AE31E9" w14:textId="77777777">
        <w:trPr>
          <w:cantSplit/>
          <w:jc w:val="center"/>
        </w:trPr>
        <w:tc>
          <w:tcPr>
            <w:tcW w:w="10656" w:type="dxa"/>
            <w:tcMar>
              <w:top w:w="70" w:type="dxa"/>
              <w:left w:w="90" w:type="dxa"/>
              <w:bottom w:w="70" w:type="dxa"/>
              <w:right w:w="90" w:type="dxa"/>
            </w:tcMar>
            <w:vAlign w:val="center"/>
          </w:tcPr>
          <w:p w14:paraId="03567F42" w14:textId="77777777" w:rsidR="005A5E87" w:rsidRDefault="001C7255">
            <w:pPr>
              <w:spacing w:after="40"/>
            </w:pPr>
            <w:r>
              <w:rPr>
                <w:b/>
                <w:color w:val="111111"/>
                <w:sz w:val="17"/>
              </w:rPr>
              <w:t>Describe a difficult electrical problem you diagnosed and corrected.</w:t>
            </w:r>
          </w:p>
          <w:p w14:paraId="285CAF84" w14:textId="77777777" w:rsidR="005A5E87" w:rsidRDefault="001C7255">
            <w:r>
              <w:rPr>
                <w:color w:val="777777"/>
                <w:sz w:val="16"/>
              </w:rPr>
              <w:t>____________________________________________________________________________________________</w:t>
            </w:r>
          </w:p>
          <w:p w14:paraId="06C618B3" w14:textId="77777777" w:rsidR="005A5E87" w:rsidRDefault="001C7255">
            <w:r>
              <w:rPr>
                <w:color w:val="777777"/>
                <w:sz w:val="16"/>
              </w:rPr>
              <w:t>____________________________________________________________________________________________</w:t>
            </w:r>
          </w:p>
        </w:tc>
      </w:tr>
      <w:tr w:rsidR="005A5E87" w14:paraId="6D5ABACD" w14:textId="77777777">
        <w:trPr>
          <w:cantSplit/>
          <w:jc w:val="center"/>
        </w:trPr>
        <w:tc>
          <w:tcPr>
            <w:tcW w:w="10656" w:type="dxa"/>
            <w:tcMar>
              <w:top w:w="70" w:type="dxa"/>
              <w:left w:w="90" w:type="dxa"/>
              <w:bottom w:w="70" w:type="dxa"/>
              <w:right w:w="90" w:type="dxa"/>
            </w:tcMar>
            <w:vAlign w:val="center"/>
          </w:tcPr>
          <w:p w14:paraId="4DBDC243" w14:textId="77777777" w:rsidR="005A5E87" w:rsidRDefault="001C7255">
            <w:pPr>
              <w:spacing w:after="40"/>
            </w:pPr>
            <w:r>
              <w:rPr>
                <w:b/>
                <w:color w:val="111111"/>
                <w:sz w:val="17"/>
              </w:rPr>
              <w:t>Attach or upload a wiring diagram you are authorized to share, if available.</w:t>
            </w:r>
          </w:p>
          <w:p w14:paraId="03D25FAE" w14:textId="77777777" w:rsidR="005A5E87" w:rsidRDefault="001C7255">
            <w:r>
              <w:rPr>
                <w:color w:val="777777"/>
                <w:sz w:val="16"/>
              </w:rPr>
              <w:t>____________________________________________________________________________________________</w:t>
            </w:r>
          </w:p>
          <w:p w14:paraId="38AD59CC"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144887A3" w14:textId="77777777">
        <w:trPr>
          <w:cantSplit/>
          <w:jc w:val="center"/>
        </w:trPr>
        <w:tc>
          <w:tcPr>
            <w:tcW w:w="10656" w:type="dxa"/>
            <w:shd w:val="clear" w:color="auto" w:fill="D9DDE1"/>
            <w:tcMar>
              <w:top w:w="60" w:type="dxa"/>
              <w:left w:w="100" w:type="dxa"/>
              <w:bottom w:w="60" w:type="dxa"/>
              <w:right w:w="100" w:type="dxa"/>
            </w:tcMar>
          </w:tcPr>
          <w:p w14:paraId="4CBD468E" w14:textId="77777777" w:rsidR="005A5E87" w:rsidRDefault="001C7255">
            <w:pPr>
              <w:spacing w:after="0" w:line="240" w:lineRule="auto"/>
            </w:pPr>
            <w:r>
              <w:rPr>
                <w:b/>
                <w:color w:val="17191C"/>
                <w:sz w:val="19"/>
              </w:rPr>
              <w:t>Dyno / Tuning Applicants</w:t>
            </w:r>
          </w:p>
        </w:tc>
      </w:tr>
    </w:tbl>
    <w:tbl>
      <w:tblPr>
        <w:tblStyle w:val="TableGrid"/>
        <w:tblW w:w="0" w:type="auto"/>
        <w:jc w:val="center"/>
        <w:tblLook w:val="04A0" w:firstRow="1" w:lastRow="0" w:firstColumn="1" w:lastColumn="0" w:noHBand="0" w:noVBand="1"/>
      </w:tblPr>
      <w:tblGrid>
        <w:gridCol w:w="10646"/>
      </w:tblGrid>
      <w:tr w:rsidR="005A5E87" w14:paraId="0C0EC350" w14:textId="77777777">
        <w:trPr>
          <w:cantSplit/>
          <w:jc w:val="center"/>
        </w:trPr>
        <w:tc>
          <w:tcPr>
            <w:tcW w:w="10656" w:type="dxa"/>
            <w:tcMar>
              <w:top w:w="70" w:type="dxa"/>
              <w:left w:w="90" w:type="dxa"/>
              <w:bottom w:w="70" w:type="dxa"/>
              <w:right w:w="90" w:type="dxa"/>
            </w:tcMar>
            <w:vAlign w:val="center"/>
          </w:tcPr>
          <w:p w14:paraId="3D8827B8" w14:textId="77777777" w:rsidR="005A5E87" w:rsidRDefault="001C7255">
            <w:pPr>
              <w:spacing w:after="40"/>
            </w:pPr>
            <w:r>
              <w:rPr>
                <w:b/>
                <w:color w:val="111111"/>
                <w:sz w:val="17"/>
              </w:rPr>
              <w:t>List the engine-management platforms and tuning software you have used.</w:t>
            </w:r>
          </w:p>
          <w:p w14:paraId="2B689DD4" w14:textId="77777777" w:rsidR="005A5E87" w:rsidRDefault="001C7255">
            <w:r>
              <w:rPr>
                <w:color w:val="777777"/>
                <w:sz w:val="16"/>
              </w:rPr>
              <w:t>____________________________________________________________________________________________</w:t>
            </w:r>
          </w:p>
          <w:p w14:paraId="677B9BA4" w14:textId="77777777" w:rsidR="005A5E87" w:rsidRDefault="001C7255">
            <w:r>
              <w:rPr>
                <w:color w:val="777777"/>
                <w:sz w:val="16"/>
              </w:rPr>
              <w:t>____________________________________________________________________________________________</w:t>
            </w:r>
          </w:p>
        </w:tc>
      </w:tr>
      <w:tr w:rsidR="005A5E87" w14:paraId="12D89501" w14:textId="77777777">
        <w:trPr>
          <w:cantSplit/>
          <w:jc w:val="center"/>
        </w:trPr>
        <w:tc>
          <w:tcPr>
            <w:tcW w:w="10656" w:type="dxa"/>
            <w:tcMar>
              <w:top w:w="70" w:type="dxa"/>
              <w:left w:w="90" w:type="dxa"/>
              <w:bottom w:w="70" w:type="dxa"/>
              <w:right w:w="90" w:type="dxa"/>
            </w:tcMar>
            <w:vAlign w:val="center"/>
          </w:tcPr>
          <w:p w14:paraId="2D679AA5" w14:textId="77777777" w:rsidR="005A5E87" w:rsidRDefault="001C7255">
            <w:pPr>
              <w:spacing w:after="40"/>
            </w:pPr>
            <w:r>
              <w:rPr>
                <w:b/>
                <w:color w:val="111111"/>
                <w:sz w:val="17"/>
              </w:rPr>
              <w:t>Describe your two-wheel and four-wheel dyno experience.</w:t>
            </w:r>
          </w:p>
          <w:p w14:paraId="7AA489D3" w14:textId="77777777" w:rsidR="005A5E87" w:rsidRDefault="001C7255">
            <w:r>
              <w:rPr>
                <w:color w:val="777777"/>
                <w:sz w:val="16"/>
              </w:rPr>
              <w:t>____________________________________________________________________________________________</w:t>
            </w:r>
          </w:p>
          <w:p w14:paraId="15485459" w14:textId="77777777" w:rsidR="005A5E87" w:rsidRDefault="001C7255">
            <w:r>
              <w:rPr>
                <w:color w:val="777777"/>
                <w:sz w:val="16"/>
              </w:rPr>
              <w:t>____________________________________________________________________________________________</w:t>
            </w:r>
          </w:p>
        </w:tc>
      </w:tr>
      <w:tr w:rsidR="005A5E87" w14:paraId="29DF211F" w14:textId="77777777">
        <w:trPr>
          <w:cantSplit/>
          <w:jc w:val="center"/>
        </w:trPr>
        <w:tc>
          <w:tcPr>
            <w:tcW w:w="10656" w:type="dxa"/>
            <w:tcMar>
              <w:top w:w="70" w:type="dxa"/>
              <w:left w:w="90" w:type="dxa"/>
              <w:bottom w:w="70" w:type="dxa"/>
              <w:right w:w="90" w:type="dxa"/>
            </w:tcMar>
            <w:vAlign w:val="center"/>
          </w:tcPr>
          <w:p w14:paraId="19D90375" w14:textId="77777777" w:rsidR="005A5E87" w:rsidRDefault="001C7255">
            <w:pPr>
              <w:spacing w:after="40"/>
            </w:pPr>
            <w:r>
              <w:rPr>
                <w:b/>
                <w:color w:val="111111"/>
                <w:sz w:val="17"/>
              </w:rPr>
              <w:t>Explain safe vehicle positioning, tie-down securement, cooling airflow and ventilation setup.</w:t>
            </w:r>
          </w:p>
          <w:p w14:paraId="35666CE8" w14:textId="77777777" w:rsidR="005A5E87" w:rsidRDefault="001C7255">
            <w:r>
              <w:rPr>
                <w:color w:val="777777"/>
                <w:sz w:val="16"/>
              </w:rPr>
              <w:t>____________________________________________________________________________________________</w:t>
            </w:r>
          </w:p>
          <w:p w14:paraId="356CCC1C" w14:textId="77777777" w:rsidR="005A5E87" w:rsidRDefault="001C7255">
            <w:r>
              <w:rPr>
                <w:color w:val="777777"/>
                <w:sz w:val="16"/>
              </w:rPr>
              <w:t>____________________________________________________________________________________________</w:t>
            </w:r>
          </w:p>
        </w:tc>
      </w:tr>
      <w:tr w:rsidR="005A5E87" w14:paraId="00B2A813" w14:textId="77777777">
        <w:trPr>
          <w:cantSplit/>
          <w:jc w:val="center"/>
        </w:trPr>
        <w:tc>
          <w:tcPr>
            <w:tcW w:w="10656" w:type="dxa"/>
            <w:tcMar>
              <w:top w:w="70" w:type="dxa"/>
              <w:left w:w="90" w:type="dxa"/>
              <w:bottom w:w="70" w:type="dxa"/>
              <w:right w:w="90" w:type="dxa"/>
            </w:tcMar>
            <w:vAlign w:val="center"/>
          </w:tcPr>
          <w:p w14:paraId="700658A8" w14:textId="77777777" w:rsidR="005A5E87" w:rsidRDefault="001C7255">
            <w:pPr>
              <w:spacing w:after="40"/>
            </w:pPr>
            <w:r>
              <w:rPr>
                <w:b/>
                <w:color w:val="111111"/>
                <w:sz w:val="17"/>
              </w:rPr>
              <w:t>Describe how you balance peak performance, drivability, repeatability and engine safety.</w:t>
            </w:r>
          </w:p>
          <w:p w14:paraId="3E84204A" w14:textId="77777777" w:rsidR="005A5E87" w:rsidRDefault="001C7255">
            <w:r>
              <w:rPr>
                <w:color w:val="777777"/>
                <w:sz w:val="16"/>
              </w:rPr>
              <w:t>____________________________________________________________________________________________</w:t>
            </w:r>
          </w:p>
          <w:p w14:paraId="6DD78914"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0886A289" w14:textId="77777777">
        <w:trPr>
          <w:cantSplit/>
          <w:jc w:val="center"/>
        </w:trPr>
        <w:tc>
          <w:tcPr>
            <w:tcW w:w="10656" w:type="dxa"/>
            <w:shd w:val="clear" w:color="auto" w:fill="D9DDE1"/>
            <w:tcMar>
              <w:top w:w="60" w:type="dxa"/>
              <w:left w:w="100" w:type="dxa"/>
              <w:bottom w:w="60" w:type="dxa"/>
              <w:right w:w="100" w:type="dxa"/>
            </w:tcMar>
          </w:tcPr>
          <w:p w14:paraId="60E69247" w14:textId="77777777" w:rsidR="005A5E87" w:rsidRDefault="001C7255">
            <w:pPr>
              <w:spacing w:after="0" w:line="240" w:lineRule="auto"/>
            </w:pPr>
            <w:r>
              <w:rPr>
                <w:b/>
                <w:color w:val="17191C"/>
                <w:sz w:val="19"/>
              </w:rPr>
              <w:t>Towing / Transport Applicants</w:t>
            </w:r>
          </w:p>
        </w:tc>
      </w:tr>
    </w:tbl>
    <w:tbl>
      <w:tblPr>
        <w:tblStyle w:val="TableGrid"/>
        <w:tblW w:w="0" w:type="auto"/>
        <w:jc w:val="center"/>
        <w:tblLook w:val="04A0" w:firstRow="1" w:lastRow="0" w:firstColumn="1" w:lastColumn="0" w:noHBand="0" w:noVBand="1"/>
      </w:tblPr>
      <w:tblGrid>
        <w:gridCol w:w="10646"/>
      </w:tblGrid>
      <w:tr w:rsidR="005A5E87" w14:paraId="70252C72" w14:textId="77777777">
        <w:trPr>
          <w:cantSplit/>
          <w:jc w:val="center"/>
        </w:trPr>
        <w:tc>
          <w:tcPr>
            <w:tcW w:w="10656" w:type="dxa"/>
            <w:tcMar>
              <w:top w:w="70" w:type="dxa"/>
              <w:left w:w="90" w:type="dxa"/>
              <w:bottom w:w="70" w:type="dxa"/>
              <w:right w:w="90" w:type="dxa"/>
            </w:tcMar>
            <w:vAlign w:val="center"/>
          </w:tcPr>
          <w:p w14:paraId="30162090" w14:textId="77777777" w:rsidR="005A5E87" w:rsidRDefault="001C7255">
            <w:pPr>
              <w:spacing w:after="40"/>
            </w:pPr>
            <w:r>
              <w:rPr>
                <w:b/>
                <w:color w:val="111111"/>
                <w:sz w:val="17"/>
              </w:rPr>
              <w:t>Describe your rollback, trailer and custom-vehicle transport experience.</w:t>
            </w:r>
          </w:p>
          <w:p w14:paraId="5BEBF007" w14:textId="77777777" w:rsidR="005A5E87" w:rsidRDefault="001C7255">
            <w:r>
              <w:rPr>
                <w:color w:val="777777"/>
                <w:sz w:val="16"/>
              </w:rPr>
              <w:t>____________________________________________________________________________________________</w:t>
            </w:r>
          </w:p>
          <w:p w14:paraId="056433D5" w14:textId="77777777" w:rsidR="005A5E87" w:rsidRDefault="001C7255">
            <w:r>
              <w:rPr>
                <w:color w:val="777777"/>
                <w:sz w:val="16"/>
              </w:rPr>
              <w:t>____________________________________________________________________________________________</w:t>
            </w:r>
          </w:p>
        </w:tc>
      </w:tr>
      <w:tr w:rsidR="005A5E87" w14:paraId="759A2FBE" w14:textId="77777777">
        <w:trPr>
          <w:cantSplit/>
          <w:jc w:val="center"/>
        </w:trPr>
        <w:tc>
          <w:tcPr>
            <w:tcW w:w="10656" w:type="dxa"/>
            <w:tcMar>
              <w:top w:w="70" w:type="dxa"/>
              <w:left w:w="90" w:type="dxa"/>
              <w:bottom w:w="70" w:type="dxa"/>
              <w:right w:w="90" w:type="dxa"/>
            </w:tcMar>
            <w:vAlign w:val="center"/>
          </w:tcPr>
          <w:p w14:paraId="5D2708D9" w14:textId="77777777" w:rsidR="005A5E87" w:rsidRDefault="001C7255">
            <w:pPr>
              <w:spacing w:after="40"/>
            </w:pPr>
            <w:r>
              <w:rPr>
                <w:b/>
                <w:color w:val="111111"/>
                <w:sz w:val="17"/>
              </w:rPr>
              <w:t>Explain your process for loading and securing a low-clearance restomod or collector vehicle.</w:t>
            </w:r>
          </w:p>
          <w:p w14:paraId="3D8B5B5A" w14:textId="77777777" w:rsidR="005A5E87" w:rsidRDefault="001C7255">
            <w:r>
              <w:rPr>
                <w:color w:val="777777"/>
                <w:sz w:val="16"/>
              </w:rPr>
              <w:t>____________________________________________________________________________________________</w:t>
            </w:r>
          </w:p>
          <w:p w14:paraId="263C6277" w14:textId="77777777" w:rsidR="005A5E87" w:rsidRDefault="001C7255">
            <w:r>
              <w:rPr>
                <w:color w:val="777777"/>
                <w:sz w:val="16"/>
              </w:rPr>
              <w:t>____________________________________________________________________________________________</w:t>
            </w:r>
          </w:p>
        </w:tc>
      </w:tr>
      <w:tr w:rsidR="005A5E87" w14:paraId="5193D9AC" w14:textId="77777777">
        <w:trPr>
          <w:cantSplit/>
          <w:jc w:val="center"/>
        </w:trPr>
        <w:tc>
          <w:tcPr>
            <w:tcW w:w="10656" w:type="dxa"/>
            <w:tcMar>
              <w:top w:w="70" w:type="dxa"/>
              <w:left w:w="90" w:type="dxa"/>
              <w:bottom w:w="70" w:type="dxa"/>
              <w:right w:w="90" w:type="dxa"/>
            </w:tcMar>
            <w:vAlign w:val="center"/>
          </w:tcPr>
          <w:p w14:paraId="372674ED" w14:textId="77777777" w:rsidR="005A5E87" w:rsidRDefault="001C7255">
            <w:pPr>
              <w:spacing w:after="40"/>
            </w:pPr>
            <w:r>
              <w:rPr>
                <w:b/>
                <w:color w:val="111111"/>
                <w:sz w:val="17"/>
              </w:rPr>
              <w:t>Describe pre-trip, condition-report and customer handoff documentation.</w:t>
            </w:r>
          </w:p>
          <w:p w14:paraId="596066F6" w14:textId="77777777" w:rsidR="005A5E87" w:rsidRDefault="001C7255">
            <w:r>
              <w:rPr>
                <w:color w:val="777777"/>
                <w:sz w:val="16"/>
              </w:rPr>
              <w:t>____________________________________________________________________________________________</w:t>
            </w:r>
          </w:p>
          <w:p w14:paraId="625AD46A" w14:textId="77777777" w:rsidR="005A5E87" w:rsidRDefault="001C7255">
            <w:r>
              <w:rPr>
                <w:color w:val="777777"/>
                <w:sz w:val="16"/>
              </w:rPr>
              <w:t>____________________________________________________________________________________________</w:t>
            </w:r>
          </w:p>
        </w:tc>
      </w:tr>
      <w:tr w:rsidR="005A5E87" w14:paraId="7C548113" w14:textId="77777777">
        <w:trPr>
          <w:cantSplit/>
          <w:jc w:val="center"/>
        </w:trPr>
        <w:tc>
          <w:tcPr>
            <w:tcW w:w="10656" w:type="dxa"/>
            <w:tcMar>
              <w:top w:w="70" w:type="dxa"/>
              <w:left w:w="90" w:type="dxa"/>
              <w:bottom w:w="70" w:type="dxa"/>
              <w:right w:w="90" w:type="dxa"/>
            </w:tcMar>
            <w:vAlign w:val="center"/>
          </w:tcPr>
          <w:p w14:paraId="30127C4B" w14:textId="77777777" w:rsidR="005A5E87" w:rsidRDefault="001C7255">
            <w:pPr>
              <w:spacing w:after="40"/>
            </w:pPr>
            <w:r>
              <w:rPr>
                <w:b/>
                <w:color w:val="111111"/>
                <w:sz w:val="17"/>
              </w:rPr>
              <w:t>List applicable CDL, DOT, towing and recovery credentials.</w:t>
            </w:r>
          </w:p>
          <w:p w14:paraId="503716CC" w14:textId="77777777" w:rsidR="005A5E87" w:rsidRDefault="001C7255">
            <w:r>
              <w:rPr>
                <w:color w:val="777777"/>
                <w:sz w:val="16"/>
              </w:rPr>
              <w:t>____________________________________________________________________________________________</w:t>
            </w:r>
          </w:p>
          <w:p w14:paraId="6C7269DF"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0B2EB518" w14:textId="77777777">
        <w:trPr>
          <w:cantSplit/>
          <w:jc w:val="center"/>
        </w:trPr>
        <w:tc>
          <w:tcPr>
            <w:tcW w:w="10656" w:type="dxa"/>
            <w:shd w:val="clear" w:color="auto" w:fill="D9DDE1"/>
            <w:tcMar>
              <w:top w:w="60" w:type="dxa"/>
              <w:left w:w="100" w:type="dxa"/>
              <w:bottom w:w="60" w:type="dxa"/>
              <w:right w:w="100" w:type="dxa"/>
            </w:tcMar>
          </w:tcPr>
          <w:p w14:paraId="50E8B9DA" w14:textId="77777777" w:rsidR="005A5E87" w:rsidRDefault="001C7255">
            <w:pPr>
              <w:spacing w:after="0" w:line="240" w:lineRule="auto"/>
            </w:pPr>
            <w:r>
              <w:rPr>
                <w:b/>
                <w:color w:val="17191C"/>
                <w:sz w:val="19"/>
              </w:rPr>
              <w:t>Project Management / Administrative Applicants</w:t>
            </w:r>
          </w:p>
        </w:tc>
      </w:tr>
    </w:tbl>
    <w:tbl>
      <w:tblPr>
        <w:tblStyle w:val="TableGrid"/>
        <w:tblW w:w="0" w:type="auto"/>
        <w:jc w:val="center"/>
        <w:tblLook w:val="04A0" w:firstRow="1" w:lastRow="0" w:firstColumn="1" w:lastColumn="0" w:noHBand="0" w:noVBand="1"/>
      </w:tblPr>
      <w:tblGrid>
        <w:gridCol w:w="10646"/>
      </w:tblGrid>
      <w:tr w:rsidR="005A5E87" w14:paraId="767C48B0" w14:textId="77777777">
        <w:trPr>
          <w:cantSplit/>
          <w:jc w:val="center"/>
        </w:trPr>
        <w:tc>
          <w:tcPr>
            <w:tcW w:w="10656" w:type="dxa"/>
            <w:tcMar>
              <w:top w:w="70" w:type="dxa"/>
              <w:left w:w="90" w:type="dxa"/>
              <w:bottom w:w="70" w:type="dxa"/>
              <w:right w:w="90" w:type="dxa"/>
            </w:tcMar>
            <w:vAlign w:val="center"/>
          </w:tcPr>
          <w:p w14:paraId="19E6057B" w14:textId="77777777" w:rsidR="005A5E87" w:rsidRDefault="001C7255">
            <w:pPr>
              <w:spacing w:after="40"/>
            </w:pPr>
            <w:r>
              <w:rPr>
                <w:b/>
                <w:color w:val="111111"/>
                <w:sz w:val="17"/>
              </w:rPr>
              <w:t>Describe how you manage scope, schedule and budget simultaneously.</w:t>
            </w:r>
          </w:p>
          <w:p w14:paraId="286CF629" w14:textId="77777777" w:rsidR="005A5E87" w:rsidRDefault="001C7255">
            <w:r>
              <w:rPr>
                <w:color w:val="777777"/>
                <w:sz w:val="16"/>
              </w:rPr>
              <w:t>____________________________________________________________________________________________</w:t>
            </w:r>
          </w:p>
          <w:p w14:paraId="772C3864" w14:textId="77777777" w:rsidR="005A5E87" w:rsidRDefault="001C7255">
            <w:r>
              <w:rPr>
                <w:color w:val="777777"/>
                <w:sz w:val="16"/>
              </w:rPr>
              <w:t>____________________________________________________________________________________________</w:t>
            </w:r>
          </w:p>
        </w:tc>
      </w:tr>
      <w:tr w:rsidR="005A5E87" w14:paraId="5125D785" w14:textId="77777777">
        <w:trPr>
          <w:cantSplit/>
          <w:jc w:val="center"/>
        </w:trPr>
        <w:tc>
          <w:tcPr>
            <w:tcW w:w="10656" w:type="dxa"/>
            <w:tcMar>
              <w:top w:w="70" w:type="dxa"/>
              <w:left w:w="90" w:type="dxa"/>
              <w:bottom w:w="70" w:type="dxa"/>
              <w:right w:w="90" w:type="dxa"/>
            </w:tcMar>
            <w:vAlign w:val="center"/>
          </w:tcPr>
          <w:p w14:paraId="18FD8B97" w14:textId="77777777" w:rsidR="005A5E87" w:rsidRDefault="001C7255">
            <w:pPr>
              <w:spacing w:after="40"/>
            </w:pPr>
            <w:r>
              <w:rPr>
                <w:b/>
                <w:color w:val="111111"/>
                <w:sz w:val="17"/>
              </w:rPr>
              <w:lastRenderedPageBreak/>
              <w:t>Provide an example of a project recovery plan or major issue you successfully resolved.</w:t>
            </w:r>
          </w:p>
          <w:p w14:paraId="51E0D8E0" w14:textId="77777777" w:rsidR="005A5E87" w:rsidRDefault="001C7255">
            <w:r>
              <w:rPr>
                <w:color w:val="777777"/>
                <w:sz w:val="16"/>
              </w:rPr>
              <w:t>____________________________________________________________________________________________</w:t>
            </w:r>
          </w:p>
          <w:p w14:paraId="39ECEBFB" w14:textId="77777777" w:rsidR="005A5E87" w:rsidRDefault="001C7255">
            <w:r>
              <w:rPr>
                <w:color w:val="777777"/>
                <w:sz w:val="16"/>
              </w:rPr>
              <w:t>____________________________________________________________________________________________</w:t>
            </w:r>
          </w:p>
        </w:tc>
      </w:tr>
      <w:tr w:rsidR="005A5E87" w14:paraId="71A546F9" w14:textId="77777777">
        <w:trPr>
          <w:cantSplit/>
          <w:jc w:val="center"/>
        </w:trPr>
        <w:tc>
          <w:tcPr>
            <w:tcW w:w="10656" w:type="dxa"/>
            <w:tcMar>
              <w:top w:w="70" w:type="dxa"/>
              <w:left w:w="90" w:type="dxa"/>
              <w:bottom w:w="70" w:type="dxa"/>
              <w:right w:w="90" w:type="dxa"/>
            </w:tcMar>
            <w:vAlign w:val="center"/>
          </w:tcPr>
          <w:p w14:paraId="33C9F344" w14:textId="77777777" w:rsidR="005A5E87" w:rsidRDefault="001C7255">
            <w:pPr>
              <w:spacing w:after="40"/>
            </w:pPr>
            <w:r>
              <w:rPr>
                <w:b/>
                <w:color w:val="111111"/>
                <w:sz w:val="17"/>
              </w:rPr>
              <w:t>Explain how you document changes, approvals, purchasing and customer communications.</w:t>
            </w:r>
          </w:p>
          <w:p w14:paraId="65864B65" w14:textId="77777777" w:rsidR="005A5E87" w:rsidRDefault="001C7255">
            <w:r>
              <w:rPr>
                <w:color w:val="777777"/>
                <w:sz w:val="16"/>
              </w:rPr>
              <w:t>____________________________________________________________________________________________</w:t>
            </w:r>
          </w:p>
          <w:p w14:paraId="6C075DC5" w14:textId="77777777" w:rsidR="005A5E87" w:rsidRDefault="001C7255">
            <w:r>
              <w:rPr>
                <w:color w:val="777777"/>
                <w:sz w:val="16"/>
              </w:rPr>
              <w:t>____________________________________________________________________________________________</w:t>
            </w:r>
          </w:p>
        </w:tc>
      </w:tr>
      <w:tr w:rsidR="005A5E87" w14:paraId="5E58FC31" w14:textId="77777777">
        <w:trPr>
          <w:cantSplit/>
          <w:jc w:val="center"/>
        </w:trPr>
        <w:tc>
          <w:tcPr>
            <w:tcW w:w="10656" w:type="dxa"/>
            <w:tcMar>
              <w:top w:w="70" w:type="dxa"/>
              <w:left w:w="90" w:type="dxa"/>
              <w:bottom w:w="70" w:type="dxa"/>
              <w:right w:w="90" w:type="dxa"/>
            </w:tcMar>
            <w:vAlign w:val="center"/>
          </w:tcPr>
          <w:p w14:paraId="6CA0BAC3" w14:textId="77777777" w:rsidR="005A5E87" w:rsidRDefault="001C7255">
            <w:pPr>
              <w:spacing w:after="40"/>
            </w:pPr>
            <w:r>
              <w:rPr>
                <w:b/>
                <w:color w:val="111111"/>
                <w:sz w:val="17"/>
              </w:rPr>
              <w:t>Attach or upload a redacted schedule, estimate, report or work sample you are authorized to share.</w:t>
            </w:r>
          </w:p>
          <w:p w14:paraId="6D29B1DD" w14:textId="77777777" w:rsidR="005A5E87" w:rsidRDefault="001C7255">
            <w:r>
              <w:rPr>
                <w:color w:val="777777"/>
                <w:sz w:val="16"/>
              </w:rPr>
              <w:t>____________________________________________________________________________________________</w:t>
            </w:r>
          </w:p>
          <w:p w14:paraId="73996232" w14:textId="77777777" w:rsidR="005A5E87" w:rsidRDefault="001C7255">
            <w:r>
              <w:rPr>
                <w:color w:val="777777"/>
                <w:sz w:val="16"/>
              </w:rPr>
              <w:t>____________________________________________________________________________________________</w:t>
            </w:r>
          </w:p>
        </w:tc>
      </w:tr>
    </w:tbl>
    <w:tbl>
      <w:tblPr>
        <w:tblW w:w="0" w:type="auto"/>
        <w:jc w:val="center"/>
        <w:tblLook w:val="04A0" w:firstRow="1" w:lastRow="0" w:firstColumn="1" w:lastColumn="0" w:noHBand="0" w:noVBand="1"/>
      </w:tblPr>
      <w:tblGrid>
        <w:gridCol w:w="10656"/>
      </w:tblGrid>
      <w:tr w:rsidR="005A5E87" w14:paraId="3D7F6DA9" w14:textId="77777777">
        <w:trPr>
          <w:cantSplit/>
          <w:jc w:val="center"/>
        </w:trPr>
        <w:tc>
          <w:tcPr>
            <w:tcW w:w="10656" w:type="dxa"/>
            <w:shd w:val="clear" w:color="auto" w:fill="17191C"/>
            <w:tcMar>
              <w:top w:w="80" w:type="dxa"/>
              <w:left w:w="120" w:type="dxa"/>
              <w:bottom w:w="80" w:type="dxa"/>
              <w:right w:w="120" w:type="dxa"/>
            </w:tcMar>
          </w:tcPr>
          <w:p w14:paraId="16CFD086" w14:textId="77777777" w:rsidR="005A5E87" w:rsidRDefault="001C7255">
            <w:pPr>
              <w:spacing w:after="0" w:line="240" w:lineRule="auto"/>
            </w:pPr>
            <w:r>
              <w:rPr>
                <w:b/>
                <w:color w:val="FFFFFF"/>
                <w:sz w:val="22"/>
              </w:rPr>
              <w:t>14. APPLICANT CERTIFICATION AND ELECTRONIC SIGNATURE</w:t>
            </w:r>
          </w:p>
        </w:tc>
      </w:tr>
    </w:tbl>
    <w:p w14:paraId="5C9EC316" w14:textId="77777777" w:rsidR="005A5E87" w:rsidRDefault="005A5E87">
      <w:pPr>
        <w:spacing w:after="0"/>
      </w:pPr>
    </w:p>
    <w:tbl>
      <w:tblPr>
        <w:tblStyle w:val="TableGrid"/>
        <w:tblW w:w="0" w:type="auto"/>
        <w:jc w:val="center"/>
        <w:tblLook w:val="04A0" w:firstRow="1" w:lastRow="0" w:firstColumn="1" w:lastColumn="0" w:noHBand="0" w:noVBand="1"/>
      </w:tblPr>
      <w:tblGrid>
        <w:gridCol w:w="5323"/>
        <w:gridCol w:w="5323"/>
      </w:tblGrid>
      <w:tr w:rsidR="005A5E87" w14:paraId="420F1E93" w14:textId="77777777">
        <w:trPr>
          <w:cantSplit/>
          <w:jc w:val="center"/>
        </w:trPr>
        <w:tc>
          <w:tcPr>
            <w:tcW w:w="10656" w:type="dxa"/>
            <w:gridSpan w:val="2"/>
            <w:tcMar>
              <w:top w:w="70" w:type="dxa"/>
              <w:left w:w="90" w:type="dxa"/>
              <w:bottom w:w="70" w:type="dxa"/>
              <w:right w:w="90" w:type="dxa"/>
            </w:tcMar>
            <w:vAlign w:val="center"/>
          </w:tcPr>
          <w:p w14:paraId="51AF02E6" w14:textId="77777777" w:rsidR="005A5E87" w:rsidRDefault="001C7255">
            <w:r>
              <w:rPr>
                <w:b/>
                <w:color w:val="111111"/>
                <w:sz w:val="16"/>
              </w:rPr>
              <w:t xml:space="preserve">☐ Accuracy of Information: </w:t>
            </w:r>
            <w:r>
              <w:rPr>
                <w:color w:val="111111"/>
                <w:sz w:val="16"/>
              </w:rPr>
              <w:t>I certify that the information provided in this application is true, complete and accurate to the best of my knowledge. I understand that material misrepresentations or omissions may result in disqualification or, if hired, disciplinary action up to and including termination.</w:t>
            </w:r>
          </w:p>
        </w:tc>
      </w:tr>
      <w:tr w:rsidR="005A5E87" w14:paraId="0ED2F430" w14:textId="77777777">
        <w:trPr>
          <w:cantSplit/>
          <w:jc w:val="center"/>
        </w:trPr>
        <w:tc>
          <w:tcPr>
            <w:tcW w:w="10656" w:type="dxa"/>
            <w:gridSpan w:val="2"/>
            <w:tcMar>
              <w:top w:w="70" w:type="dxa"/>
              <w:left w:w="90" w:type="dxa"/>
              <w:bottom w:w="70" w:type="dxa"/>
              <w:right w:w="90" w:type="dxa"/>
            </w:tcMar>
            <w:vAlign w:val="center"/>
          </w:tcPr>
          <w:p w14:paraId="5914D241" w14:textId="77777777" w:rsidR="005A5E87" w:rsidRDefault="001C7255">
            <w:r>
              <w:rPr>
                <w:b/>
                <w:color w:val="111111"/>
                <w:sz w:val="16"/>
              </w:rPr>
              <w:t xml:space="preserve">☐ Authorization to Verify Qualifications: </w:t>
            </w:r>
            <w:r>
              <w:rPr>
                <w:color w:val="111111"/>
                <w:sz w:val="16"/>
              </w:rPr>
              <w:t>I authorize 1776 Customs to verify the employment history, education, professional credentials, certifications and references provided in this application, subject to applicable law.</w:t>
            </w:r>
          </w:p>
        </w:tc>
      </w:tr>
      <w:tr w:rsidR="005A5E87" w14:paraId="54299D9E" w14:textId="77777777">
        <w:trPr>
          <w:cantSplit/>
          <w:jc w:val="center"/>
        </w:trPr>
        <w:tc>
          <w:tcPr>
            <w:tcW w:w="10656" w:type="dxa"/>
            <w:gridSpan w:val="2"/>
            <w:tcMar>
              <w:top w:w="70" w:type="dxa"/>
              <w:left w:w="90" w:type="dxa"/>
              <w:bottom w:w="70" w:type="dxa"/>
              <w:right w:w="90" w:type="dxa"/>
            </w:tcMar>
            <w:vAlign w:val="center"/>
          </w:tcPr>
          <w:p w14:paraId="4DEE907B" w14:textId="77777777" w:rsidR="005A5E87" w:rsidRDefault="001C7255">
            <w:r>
              <w:rPr>
                <w:b/>
                <w:color w:val="111111"/>
                <w:sz w:val="16"/>
              </w:rPr>
              <w:t xml:space="preserve">☐ Confidential Information: </w:t>
            </w:r>
            <w:r>
              <w:rPr>
                <w:color w:val="111111"/>
                <w:sz w:val="16"/>
              </w:rPr>
              <w:t>I certify that application materials and work samples I submit do not knowingly contain trade secrets, confidential customer information or proprietary information belonging to another person or organization.</w:t>
            </w:r>
          </w:p>
        </w:tc>
      </w:tr>
      <w:tr w:rsidR="005A5E87" w14:paraId="54C65CA6" w14:textId="77777777">
        <w:trPr>
          <w:cantSplit/>
          <w:jc w:val="center"/>
        </w:trPr>
        <w:tc>
          <w:tcPr>
            <w:tcW w:w="10656" w:type="dxa"/>
            <w:gridSpan w:val="2"/>
            <w:tcMar>
              <w:top w:w="70" w:type="dxa"/>
              <w:left w:w="90" w:type="dxa"/>
              <w:bottom w:w="70" w:type="dxa"/>
              <w:right w:w="90" w:type="dxa"/>
            </w:tcMar>
            <w:vAlign w:val="center"/>
          </w:tcPr>
          <w:p w14:paraId="5B90958E" w14:textId="77777777" w:rsidR="005A5E87" w:rsidRDefault="001C7255">
            <w:r>
              <w:rPr>
                <w:b/>
                <w:color w:val="111111"/>
                <w:sz w:val="16"/>
              </w:rPr>
              <w:t xml:space="preserve">☐ No Employment Contract: </w:t>
            </w:r>
            <w:r>
              <w:rPr>
                <w:color w:val="111111"/>
                <w:sz w:val="16"/>
              </w:rPr>
              <w:t>I understand that submitting this application does not create a contract or guarantee of employment. If hired, employment will be governed by applicable law and the written policies and agreements issued by 1776 Customs.</w:t>
            </w:r>
          </w:p>
        </w:tc>
      </w:tr>
      <w:tr w:rsidR="005A5E87" w14:paraId="3920F330" w14:textId="77777777">
        <w:trPr>
          <w:cantSplit/>
          <w:jc w:val="center"/>
        </w:trPr>
        <w:tc>
          <w:tcPr>
            <w:tcW w:w="10656" w:type="dxa"/>
            <w:gridSpan w:val="2"/>
            <w:tcMar>
              <w:top w:w="70" w:type="dxa"/>
              <w:left w:w="90" w:type="dxa"/>
              <w:bottom w:w="70" w:type="dxa"/>
              <w:right w:w="90" w:type="dxa"/>
            </w:tcMar>
            <w:vAlign w:val="center"/>
          </w:tcPr>
          <w:p w14:paraId="58DD3401" w14:textId="77777777" w:rsidR="005A5E87" w:rsidRDefault="001C7255">
            <w:r>
              <w:rPr>
                <w:b/>
                <w:color w:val="111111"/>
                <w:sz w:val="16"/>
              </w:rPr>
              <w:t xml:space="preserve">☐ Separate Finalist Screening: </w:t>
            </w:r>
            <w:r>
              <w:rPr>
                <w:color w:val="111111"/>
                <w:sz w:val="16"/>
              </w:rPr>
              <w:t>I understand that finalists may be asked to complete job-related interviews, practical skills assessments, reference checks and other lawful screening. Any background or motor-vehicle-record check will use separate disclosures and authorization.</w:t>
            </w:r>
          </w:p>
        </w:tc>
      </w:tr>
      <w:tr w:rsidR="005A5E87" w14:paraId="66F0D7D5" w14:textId="77777777">
        <w:trPr>
          <w:cantSplit/>
          <w:jc w:val="center"/>
        </w:trPr>
        <w:tc>
          <w:tcPr>
            <w:tcW w:w="10656" w:type="dxa"/>
            <w:gridSpan w:val="2"/>
            <w:tcMar>
              <w:top w:w="70" w:type="dxa"/>
              <w:left w:w="90" w:type="dxa"/>
              <w:bottom w:w="70" w:type="dxa"/>
              <w:right w:w="90" w:type="dxa"/>
            </w:tcMar>
            <w:vAlign w:val="center"/>
          </w:tcPr>
          <w:p w14:paraId="401E56B3" w14:textId="77777777" w:rsidR="005A5E87" w:rsidRDefault="001C7255">
            <w:r>
              <w:rPr>
                <w:b/>
                <w:color w:val="111111"/>
                <w:sz w:val="16"/>
              </w:rPr>
              <w:t xml:space="preserve">☐ Drug-Free and Safe Workplace: </w:t>
            </w:r>
            <w:r>
              <w:rPr>
                <w:color w:val="111111"/>
                <w:sz w:val="16"/>
              </w:rPr>
              <w:t>I understand that employment may be subject to compliance with lawful drug-free workplace, impairment, safety and testing policies applicable to the position.</w:t>
            </w:r>
          </w:p>
        </w:tc>
      </w:tr>
      <w:tr w:rsidR="005A5E87" w14:paraId="2E27CAF4" w14:textId="77777777">
        <w:trPr>
          <w:cantSplit/>
          <w:jc w:val="center"/>
        </w:trPr>
        <w:tc>
          <w:tcPr>
            <w:tcW w:w="10656" w:type="dxa"/>
            <w:gridSpan w:val="2"/>
            <w:tcMar>
              <w:top w:w="70" w:type="dxa"/>
              <w:left w:w="90" w:type="dxa"/>
              <w:bottom w:w="70" w:type="dxa"/>
              <w:right w:w="90" w:type="dxa"/>
            </w:tcMar>
            <w:vAlign w:val="center"/>
          </w:tcPr>
          <w:p w14:paraId="4094F92B" w14:textId="77777777" w:rsidR="005A5E87" w:rsidRDefault="001C7255">
            <w:r>
              <w:rPr>
                <w:b/>
                <w:color w:val="111111"/>
                <w:sz w:val="16"/>
              </w:rPr>
              <w:t xml:space="preserve">☐ Electronic Communications: </w:t>
            </w:r>
            <w:r>
              <w:rPr>
                <w:color w:val="111111"/>
                <w:sz w:val="16"/>
              </w:rPr>
              <w:t>I consent to receive application-related communications electronically at the telephone number and email address provided.</w:t>
            </w:r>
          </w:p>
        </w:tc>
      </w:tr>
      <w:tr w:rsidR="005A5E87" w14:paraId="27A06126"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7A1AE6F" w14:textId="77777777" w:rsidR="005A5E87" w:rsidRDefault="001C7255">
            <w:pPr>
              <w:spacing w:after="20"/>
            </w:pPr>
            <w:r>
              <w:rPr>
                <w:b/>
                <w:color w:val="222222"/>
                <w:sz w:val="17"/>
              </w:rPr>
              <w:t>Applicant Full Legal Name *</w:t>
            </w:r>
          </w:p>
          <w:p w14:paraId="20ADB038"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424E0A4B" w14:textId="77777777" w:rsidR="005A5E87" w:rsidRDefault="001C7255">
            <w:pPr>
              <w:spacing w:after="20"/>
            </w:pPr>
            <w:r>
              <w:rPr>
                <w:b/>
                <w:color w:val="222222"/>
                <w:sz w:val="17"/>
              </w:rPr>
              <w:t>Electronic or Handwritten Signature *</w:t>
            </w:r>
          </w:p>
          <w:p w14:paraId="46EDB0B1" w14:textId="77777777" w:rsidR="005A5E87" w:rsidRDefault="001C7255">
            <w:r>
              <w:t xml:space="preserve"> </w:t>
            </w:r>
          </w:p>
        </w:tc>
      </w:tr>
      <w:tr w:rsidR="005A5E87" w14:paraId="16C5EA19" w14:textId="77777777">
        <w:trPr>
          <w:cantSplit/>
          <w:jc w:val="center"/>
        </w:trPr>
        <w:tc>
          <w:tcPr>
            <w:tcW w:w="5328" w:type="dxa"/>
            <w:tcBorders>
              <w:bottom w:val="single" w:sz="4" w:space="0" w:color="B8BEC5"/>
            </w:tcBorders>
            <w:tcMar>
              <w:top w:w="70" w:type="dxa"/>
              <w:left w:w="90" w:type="dxa"/>
              <w:bottom w:w="70" w:type="dxa"/>
              <w:right w:w="90" w:type="dxa"/>
            </w:tcMar>
            <w:vAlign w:val="center"/>
          </w:tcPr>
          <w:p w14:paraId="4EBBC964" w14:textId="77777777" w:rsidR="005A5E87" w:rsidRDefault="001C7255">
            <w:pPr>
              <w:spacing w:after="20"/>
            </w:pPr>
            <w:r>
              <w:rPr>
                <w:b/>
                <w:color w:val="222222"/>
                <w:sz w:val="17"/>
              </w:rPr>
              <w:t>Date *</w:t>
            </w:r>
          </w:p>
          <w:p w14:paraId="1529F253" w14:textId="77777777" w:rsidR="005A5E87" w:rsidRDefault="001C7255">
            <w:r>
              <w:t xml:space="preserve"> </w:t>
            </w:r>
          </w:p>
        </w:tc>
        <w:tc>
          <w:tcPr>
            <w:tcW w:w="5328" w:type="dxa"/>
            <w:tcBorders>
              <w:bottom w:val="single" w:sz="4" w:space="0" w:color="B8BEC5"/>
            </w:tcBorders>
            <w:tcMar>
              <w:top w:w="70" w:type="dxa"/>
              <w:left w:w="90" w:type="dxa"/>
              <w:bottom w:w="70" w:type="dxa"/>
              <w:right w:w="90" w:type="dxa"/>
            </w:tcMar>
            <w:vAlign w:val="center"/>
          </w:tcPr>
          <w:p w14:paraId="05420A56" w14:textId="77777777" w:rsidR="005A5E87" w:rsidRDefault="001C7255">
            <w:pPr>
              <w:spacing w:after="20"/>
            </w:pPr>
            <w:r>
              <w:rPr>
                <w:b/>
                <w:color w:val="222222"/>
                <w:sz w:val="17"/>
              </w:rPr>
              <w:t>Application Submission ID (website-generated)</w:t>
            </w:r>
          </w:p>
          <w:p w14:paraId="519330DA" w14:textId="77777777" w:rsidR="005A5E87" w:rsidRDefault="001C7255">
            <w:r>
              <w:t xml:space="preserve"> </w:t>
            </w:r>
          </w:p>
        </w:tc>
      </w:tr>
      <w:tr w:rsidR="005A5E87" w14:paraId="705F4F2B" w14:textId="77777777">
        <w:trPr>
          <w:cantSplit/>
          <w:jc w:val="center"/>
        </w:trPr>
        <w:tc>
          <w:tcPr>
            <w:tcW w:w="10656" w:type="dxa"/>
            <w:gridSpan w:val="2"/>
            <w:tcMar>
              <w:top w:w="70" w:type="dxa"/>
              <w:left w:w="90" w:type="dxa"/>
              <w:bottom w:w="70" w:type="dxa"/>
              <w:right w:w="90" w:type="dxa"/>
            </w:tcMar>
            <w:vAlign w:val="center"/>
          </w:tcPr>
          <w:p w14:paraId="41B27ED3" w14:textId="77777777" w:rsidR="005A5E87" w:rsidRDefault="001C7255">
            <w:pPr>
              <w:spacing w:after="20"/>
            </w:pPr>
            <w:r>
              <w:rPr>
                <w:b/>
                <w:color w:val="111111"/>
                <w:sz w:val="17"/>
              </w:rPr>
              <w:t>I agree that my electronic signature has the same effect as my handwritten signature. *</w:t>
            </w:r>
          </w:p>
          <w:p w14:paraId="77B831E6" w14:textId="77777777" w:rsidR="005A5E87" w:rsidRDefault="001C7255">
            <w:pPr>
              <w:spacing w:after="20"/>
            </w:pPr>
            <w:r>
              <w:rPr>
                <w:color w:val="111111"/>
                <w:sz w:val="16"/>
              </w:rPr>
              <w:t>☐ I agree</w:t>
            </w:r>
          </w:p>
        </w:tc>
      </w:tr>
    </w:tbl>
    <w:tbl>
      <w:tblPr>
        <w:tblW w:w="0" w:type="auto"/>
        <w:jc w:val="center"/>
        <w:tblLook w:val="04A0" w:firstRow="1" w:lastRow="0" w:firstColumn="1" w:lastColumn="0" w:noHBand="0" w:noVBand="1"/>
      </w:tblPr>
      <w:tblGrid>
        <w:gridCol w:w="10656"/>
      </w:tblGrid>
      <w:tr w:rsidR="005A5E87" w14:paraId="5D6401D0" w14:textId="77777777">
        <w:trPr>
          <w:cantSplit/>
          <w:jc w:val="center"/>
        </w:trPr>
        <w:tc>
          <w:tcPr>
            <w:tcW w:w="10656" w:type="dxa"/>
            <w:shd w:val="clear" w:color="auto" w:fill="17191C"/>
            <w:tcMar>
              <w:top w:w="80" w:type="dxa"/>
              <w:left w:w="120" w:type="dxa"/>
              <w:bottom w:w="80" w:type="dxa"/>
              <w:right w:w="120" w:type="dxa"/>
            </w:tcMar>
          </w:tcPr>
          <w:p w14:paraId="136D2653" w14:textId="77777777" w:rsidR="005A5E87" w:rsidRDefault="001C7255">
            <w:pPr>
              <w:spacing w:after="0" w:line="240" w:lineRule="auto"/>
            </w:pPr>
            <w:r>
              <w:rPr>
                <w:b/>
                <w:color w:val="FFFFFF"/>
                <w:sz w:val="22"/>
              </w:rPr>
              <w:t>15. SUBMISSION CHECKLIST</w:t>
            </w:r>
          </w:p>
        </w:tc>
      </w:tr>
    </w:tbl>
    <w:p w14:paraId="60A66339" w14:textId="77777777" w:rsidR="005A5E87" w:rsidRDefault="005A5E87">
      <w:pPr>
        <w:spacing w:after="0"/>
      </w:pPr>
    </w:p>
    <w:tbl>
      <w:tblPr>
        <w:tblStyle w:val="TableGrid"/>
        <w:tblW w:w="0" w:type="auto"/>
        <w:jc w:val="center"/>
        <w:tblLook w:val="04A0" w:firstRow="1" w:lastRow="0" w:firstColumn="1" w:lastColumn="0" w:noHBand="0" w:noVBand="1"/>
      </w:tblPr>
      <w:tblGrid>
        <w:gridCol w:w="10646"/>
      </w:tblGrid>
      <w:tr w:rsidR="005A5E87" w14:paraId="39FD678B" w14:textId="77777777">
        <w:trPr>
          <w:cantSplit/>
          <w:jc w:val="center"/>
        </w:trPr>
        <w:tc>
          <w:tcPr>
            <w:tcW w:w="10656" w:type="dxa"/>
            <w:tcMar>
              <w:top w:w="70" w:type="dxa"/>
              <w:left w:w="90" w:type="dxa"/>
              <w:bottom w:w="70" w:type="dxa"/>
              <w:right w:w="90" w:type="dxa"/>
            </w:tcMar>
            <w:vAlign w:val="center"/>
          </w:tcPr>
          <w:p w14:paraId="6A3979AA" w14:textId="77777777" w:rsidR="005A5E87" w:rsidRDefault="001C7255">
            <w:r>
              <w:rPr>
                <w:color w:val="111111"/>
                <w:sz w:val="17"/>
              </w:rPr>
              <w:t>☐ Required fields completed</w:t>
            </w:r>
            <w:r>
              <w:rPr>
                <w:color w:val="111111"/>
                <w:sz w:val="17"/>
              </w:rPr>
              <w:br/>
              <w:t>☐ Applicable technical section completed</w:t>
            </w:r>
            <w:r>
              <w:rPr>
                <w:color w:val="111111"/>
                <w:sz w:val="17"/>
              </w:rPr>
              <w:br/>
              <w:t>☐ Position-specific questions completed</w:t>
            </w:r>
            <w:r>
              <w:rPr>
                <w:color w:val="111111"/>
                <w:sz w:val="17"/>
              </w:rPr>
              <w:br/>
              <w:t>☐ Resume attached</w:t>
            </w:r>
            <w:r>
              <w:rPr>
                <w:color w:val="111111"/>
                <w:sz w:val="17"/>
              </w:rPr>
              <w:br/>
              <w:t>☐ Portfolio / work samples attached if relevant</w:t>
            </w:r>
            <w:r>
              <w:rPr>
                <w:color w:val="111111"/>
                <w:sz w:val="17"/>
              </w:rPr>
              <w:br/>
              <w:t>☐ Certification boxes acknowledged</w:t>
            </w:r>
            <w:r>
              <w:rPr>
                <w:color w:val="111111"/>
                <w:sz w:val="17"/>
              </w:rPr>
              <w:br/>
              <w:t>☐ Signature and date completed</w:t>
            </w:r>
            <w:r>
              <w:rPr>
                <w:color w:val="111111"/>
                <w:sz w:val="17"/>
              </w:rPr>
              <w:br/>
            </w:r>
          </w:p>
        </w:tc>
      </w:tr>
    </w:tbl>
    <w:p w14:paraId="497A11D8" w14:textId="77777777" w:rsidR="005A5E87" w:rsidRDefault="001C7255">
      <w:r>
        <w:br w:type="page"/>
      </w:r>
    </w:p>
    <w:sectPr w:rsidR="005A5E87" w:rsidSect="00034616">
      <w:headerReference w:type="default" r:id="rId8"/>
      <w:footerReference w:type="default" r:id="rId9"/>
      <w:pgSz w:w="12240" w:h="15840"/>
      <w:pgMar w:top="648" w:right="792" w:bottom="648" w:left="79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F887" w14:textId="77777777" w:rsidR="001C7255" w:rsidRDefault="001C7255">
      <w:pPr>
        <w:spacing w:after="0" w:line="240" w:lineRule="auto"/>
      </w:pPr>
      <w:r>
        <w:separator/>
      </w:r>
    </w:p>
  </w:endnote>
  <w:endnote w:type="continuationSeparator" w:id="0">
    <w:p w14:paraId="4A2372C2" w14:textId="77777777" w:rsidR="001C7255" w:rsidRDefault="001C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5292"/>
      <w:gridCol w:w="5292"/>
    </w:tblGrid>
    <w:tr w:rsidR="005A5E87" w14:paraId="37C37333" w14:textId="77777777">
      <w:trPr>
        <w:jc w:val="center"/>
      </w:trPr>
      <w:tc>
        <w:tcPr>
          <w:tcW w:w="5292" w:type="dxa"/>
          <w:shd w:val="clear" w:color="auto" w:fill="F0F1F2"/>
          <w:tcMar>
            <w:top w:w="40" w:type="dxa"/>
            <w:left w:w="70" w:type="dxa"/>
            <w:bottom w:w="40" w:type="dxa"/>
            <w:right w:w="70" w:type="dxa"/>
          </w:tcMar>
        </w:tcPr>
        <w:p w14:paraId="4D573579" w14:textId="77777777" w:rsidR="005A5E87" w:rsidRDefault="001C7255">
          <w:pPr>
            <w:spacing w:after="0" w:line="240" w:lineRule="auto"/>
          </w:pPr>
          <w:r>
            <w:rPr>
              <w:color w:val="4D535A"/>
              <w:sz w:val="15"/>
            </w:rPr>
            <w:t>1776 Customs Employment Application | Confidential Applicant Information</w:t>
          </w:r>
        </w:p>
      </w:tc>
      <w:tc>
        <w:tcPr>
          <w:tcW w:w="5292" w:type="dxa"/>
          <w:shd w:val="clear" w:color="auto" w:fill="F0F1F2"/>
          <w:tcMar>
            <w:top w:w="40" w:type="dxa"/>
            <w:left w:w="70" w:type="dxa"/>
            <w:bottom w:w="40" w:type="dxa"/>
            <w:right w:w="70" w:type="dxa"/>
          </w:tcMar>
        </w:tcPr>
        <w:p w14:paraId="25AB4D5B" w14:textId="77777777" w:rsidR="005A5E87" w:rsidRDefault="001C7255">
          <w:pPr>
            <w:jc w:val="right"/>
          </w:pPr>
          <w:r>
            <w:rPr>
              <w:sz w:val="16"/>
            </w:rPr>
            <w:t xml:space="preserve">Page </w:t>
          </w:r>
          <w:r>
            <w:rPr>
              <w:sz w:val="16"/>
            </w:rPr>
            <w:fldChar w:fldCharType="begin"/>
          </w:r>
          <w:r>
            <w:rPr>
              <w:sz w:val="16"/>
            </w:rPr>
            <w:instrText>PAGE</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Pr>
              <w:noProof/>
              <w:sz w:val="16"/>
            </w:rPr>
            <w:t>2</w:t>
          </w:r>
          <w:r>
            <w:rPr>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4C50" w14:textId="77777777" w:rsidR="001C7255" w:rsidRDefault="001C7255">
      <w:pPr>
        <w:spacing w:after="0" w:line="240" w:lineRule="auto"/>
      </w:pPr>
      <w:r>
        <w:separator/>
      </w:r>
    </w:p>
  </w:footnote>
  <w:footnote w:type="continuationSeparator" w:id="0">
    <w:p w14:paraId="6D55272F" w14:textId="77777777" w:rsidR="001C7255" w:rsidRDefault="001C7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5292"/>
      <w:gridCol w:w="5292"/>
    </w:tblGrid>
    <w:tr w:rsidR="005A5E87" w14:paraId="50F081F9" w14:textId="77777777">
      <w:trPr>
        <w:jc w:val="center"/>
      </w:trPr>
      <w:tc>
        <w:tcPr>
          <w:tcW w:w="5292" w:type="dxa"/>
          <w:shd w:val="clear" w:color="auto" w:fill="111315"/>
          <w:tcMar>
            <w:top w:w="70" w:type="dxa"/>
            <w:left w:w="100" w:type="dxa"/>
            <w:bottom w:w="70" w:type="dxa"/>
            <w:right w:w="100" w:type="dxa"/>
          </w:tcMar>
        </w:tcPr>
        <w:p w14:paraId="2023C111" w14:textId="77777777" w:rsidR="005A5E87" w:rsidRDefault="001C7255">
          <w:pPr>
            <w:spacing w:after="0" w:line="240" w:lineRule="auto"/>
          </w:pPr>
          <w:r>
            <w:rPr>
              <w:b/>
              <w:color w:val="E6E8EA"/>
              <w:sz w:val="36"/>
            </w:rPr>
            <w:t>1776 CUSTOMS</w:t>
          </w:r>
        </w:p>
        <w:p w14:paraId="16B27348" w14:textId="77777777" w:rsidR="005A5E87" w:rsidRDefault="001C7255">
          <w:pPr>
            <w:spacing w:after="0" w:line="240" w:lineRule="auto"/>
          </w:pPr>
          <w:r>
            <w:rPr>
              <w:b/>
              <w:color w:val="B8BEC5"/>
              <w:sz w:val="15"/>
            </w:rPr>
            <w:t>FREEDOM ENGINEERED. PERFORMANCE PERFECTED.</w:t>
          </w:r>
        </w:p>
      </w:tc>
      <w:tc>
        <w:tcPr>
          <w:tcW w:w="5292" w:type="dxa"/>
          <w:shd w:val="clear" w:color="auto" w:fill="111315"/>
          <w:tcMar>
            <w:top w:w="70" w:type="dxa"/>
            <w:left w:w="100" w:type="dxa"/>
            <w:bottom w:w="70" w:type="dxa"/>
            <w:right w:w="100" w:type="dxa"/>
          </w:tcMar>
        </w:tcPr>
        <w:p w14:paraId="56FD5D48" w14:textId="77777777" w:rsidR="005A5E87" w:rsidRDefault="001C7255">
          <w:pPr>
            <w:spacing w:after="0" w:line="240" w:lineRule="auto"/>
            <w:jc w:val="right"/>
          </w:pPr>
          <w:r>
            <w:rPr>
              <w:b/>
              <w:color w:val="FFFFFF"/>
              <w:sz w:val="24"/>
            </w:rPr>
            <w:t>EMPLOYMENT</w:t>
          </w:r>
          <w:r>
            <w:rPr>
              <w:b/>
              <w:color w:val="FFFFFF"/>
              <w:sz w:val="24"/>
            </w:rPr>
            <w:br/>
            <w:t>APPLICATION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3916919">
    <w:abstractNumId w:val="8"/>
  </w:num>
  <w:num w:numId="2" w16cid:durableId="314770949">
    <w:abstractNumId w:val="6"/>
  </w:num>
  <w:num w:numId="3" w16cid:durableId="406390167">
    <w:abstractNumId w:val="5"/>
  </w:num>
  <w:num w:numId="4" w16cid:durableId="1471944815">
    <w:abstractNumId w:val="4"/>
  </w:num>
  <w:num w:numId="5" w16cid:durableId="804276335">
    <w:abstractNumId w:val="7"/>
  </w:num>
  <w:num w:numId="6" w16cid:durableId="1370031759">
    <w:abstractNumId w:val="3"/>
  </w:num>
  <w:num w:numId="7" w16cid:durableId="1920139816">
    <w:abstractNumId w:val="2"/>
  </w:num>
  <w:num w:numId="8" w16cid:durableId="344985803">
    <w:abstractNumId w:val="1"/>
  </w:num>
  <w:num w:numId="9" w16cid:durableId="1095320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255"/>
    <w:rsid w:val="0029639D"/>
    <w:rsid w:val="00326F90"/>
    <w:rsid w:val="005A5E87"/>
    <w:rsid w:val="006027C6"/>
    <w:rsid w:val="00AA1D8D"/>
    <w:rsid w:val="00B47730"/>
    <w:rsid w:val="00C0063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78D031"/>
  <w14:defaultImageDpi w14:val="300"/>
  <w15:docId w15:val="{7E0B2D26-D6D3-474B-A575-324BCE4EF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4461</Words>
  <Characters>25432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1776 Customs Employment Application - Web Ready</dc:title>
  <dc:subject>Master applicant form for website and printable use</dc:subject>
  <dc:creator>1776 Customs</dc:creator>
  <cp:keywords>employment application, automotive, hiring, web form, 1776 Customs</cp:keywords>
  <dc:description>generated by python-docx</dc:description>
  <cp:lastModifiedBy>Paul Farless</cp:lastModifiedBy>
  <cp:revision>3</cp:revision>
  <dcterms:created xsi:type="dcterms:W3CDTF">2026-07-26T06:00:00Z</dcterms:created>
  <dcterms:modified xsi:type="dcterms:W3CDTF">2026-07-26T06:02:00Z</dcterms:modified>
  <cp:category/>
</cp:coreProperties>
</file>